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6055B" w14:textId="77777777" w:rsidR="001A559F" w:rsidRPr="002635E5" w:rsidRDefault="00DB66BA">
      <w:pPr>
        <w:pStyle w:val="Body"/>
        <w:spacing w:after="240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Na </w:t>
      </w:r>
      <w:proofErr w:type="spellStart"/>
      <w:r w:rsidRPr="002635E5">
        <w:rPr>
          <w:rFonts w:ascii="Aptos Narrow" w:hAnsi="Aptos Narrow"/>
          <w:sz w:val="24"/>
          <w:szCs w:val="24"/>
        </w:rPr>
        <w:t>temelju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članka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bookmarkStart w:id="0" w:name="_Hlk239084555"/>
      <w:r w:rsidRPr="002635E5">
        <w:rPr>
          <w:rFonts w:ascii="Aptos Narrow" w:hAnsi="Aptos Narrow"/>
          <w:sz w:val="24"/>
          <w:szCs w:val="24"/>
        </w:rPr>
        <w:t xml:space="preserve">6. </w:t>
      </w:r>
      <w:proofErr w:type="spellStart"/>
      <w:r w:rsidRPr="002635E5">
        <w:rPr>
          <w:rFonts w:ascii="Aptos Narrow" w:hAnsi="Aptos Narrow"/>
          <w:sz w:val="24"/>
          <w:szCs w:val="24"/>
        </w:rPr>
        <w:t>stavka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2., </w:t>
      </w:r>
      <w:proofErr w:type="spellStart"/>
      <w:r w:rsidRPr="002635E5">
        <w:rPr>
          <w:rFonts w:ascii="Aptos Narrow" w:hAnsi="Aptos Narrow"/>
          <w:sz w:val="24"/>
          <w:szCs w:val="24"/>
        </w:rPr>
        <w:t>članka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33. </w:t>
      </w:r>
      <w:proofErr w:type="spellStart"/>
      <w:r w:rsidRPr="002635E5">
        <w:rPr>
          <w:rFonts w:ascii="Aptos Narrow" w:hAnsi="Aptos Narrow"/>
          <w:sz w:val="24"/>
          <w:szCs w:val="24"/>
        </w:rPr>
        <w:t>stavka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4.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članka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39.a </w:t>
      </w:r>
      <w:proofErr w:type="spellStart"/>
      <w:r w:rsidRPr="002635E5">
        <w:rPr>
          <w:rFonts w:ascii="Aptos Narrow" w:hAnsi="Aptos Narrow"/>
          <w:sz w:val="24"/>
          <w:szCs w:val="24"/>
        </w:rPr>
        <w:t>Zakona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zakupu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kupoprodaji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(»</w:t>
      </w:r>
      <w:proofErr w:type="spellStart"/>
      <w:r w:rsidRPr="002635E5">
        <w:rPr>
          <w:rFonts w:ascii="Aptos Narrow" w:hAnsi="Aptos Narrow"/>
          <w:sz w:val="24"/>
          <w:szCs w:val="24"/>
        </w:rPr>
        <w:t>Narodne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novine«, </w:t>
      </w:r>
      <w:proofErr w:type="spellStart"/>
      <w:r w:rsidRPr="002635E5">
        <w:rPr>
          <w:rFonts w:ascii="Aptos Narrow" w:hAnsi="Aptos Narrow"/>
          <w:sz w:val="24"/>
          <w:szCs w:val="24"/>
        </w:rPr>
        <w:t>broj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125/11, 64/15, 112/18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123/24)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članka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24. </w:t>
      </w:r>
      <w:proofErr w:type="spellStart"/>
      <w:r w:rsidRPr="002635E5">
        <w:rPr>
          <w:rFonts w:ascii="Aptos Narrow" w:hAnsi="Aptos Narrow"/>
          <w:sz w:val="24"/>
          <w:szCs w:val="24"/>
        </w:rPr>
        <w:t>Statuta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Malinska-Dubašnica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(»</w:t>
      </w:r>
      <w:proofErr w:type="spellStart"/>
      <w:r w:rsidRPr="002635E5">
        <w:rPr>
          <w:rFonts w:ascii="Aptos Narrow" w:hAnsi="Aptos Narrow"/>
          <w:sz w:val="24"/>
          <w:szCs w:val="24"/>
        </w:rPr>
        <w:t>Službene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novine </w:t>
      </w:r>
      <w:proofErr w:type="spellStart"/>
      <w:r w:rsidRPr="002635E5">
        <w:rPr>
          <w:rFonts w:ascii="Aptos Narrow" w:hAnsi="Aptos Narrow"/>
          <w:sz w:val="24"/>
          <w:szCs w:val="24"/>
        </w:rPr>
        <w:t>Primorsko-goranske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županije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«, </w:t>
      </w:r>
      <w:proofErr w:type="spellStart"/>
      <w:r w:rsidRPr="002635E5">
        <w:rPr>
          <w:rFonts w:ascii="Aptos Narrow" w:hAnsi="Aptos Narrow"/>
          <w:sz w:val="24"/>
          <w:szCs w:val="24"/>
        </w:rPr>
        <w:t>broj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7/21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39/24)</w:t>
      </w:r>
      <w:bookmarkEnd w:id="0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Općinsko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vijeće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Malinska-Dubašnica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sjednici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održanoj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__________ 2026. </w:t>
      </w:r>
      <w:proofErr w:type="spellStart"/>
      <w:r w:rsidRPr="002635E5">
        <w:rPr>
          <w:rFonts w:ascii="Aptos Narrow" w:hAnsi="Aptos Narrow"/>
          <w:sz w:val="24"/>
          <w:szCs w:val="24"/>
        </w:rPr>
        <w:t>godine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donijelo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</w:t>
      </w:r>
    </w:p>
    <w:p w14:paraId="79AB8462" w14:textId="77777777" w:rsidR="001A559F" w:rsidRPr="00FE587E" w:rsidRDefault="00DB66BA">
      <w:pPr>
        <w:spacing w:after="80"/>
        <w:jc w:val="center"/>
        <w:rPr>
          <w:rFonts w:ascii="Aptos Narrow" w:hAnsi="Aptos Narrow"/>
          <w:i/>
          <w:iCs/>
          <w:sz w:val="24"/>
          <w:szCs w:val="24"/>
        </w:rPr>
      </w:pPr>
      <w:r w:rsidRPr="00FE587E">
        <w:rPr>
          <w:rFonts w:ascii="Aptos Narrow" w:hAnsi="Aptos Narrow"/>
          <w:b/>
          <w:i/>
          <w:iCs/>
          <w:sz w:val="24"/>
          <w:szCs w:val="24"/>
        </w:rPr>
        <w:t>ODLUKU</w:t>
      </w:r>
    </w:p>
    <w:p w14:paraId="4402A873" w14:textId="77777777" w:rsidR="001A559F" w:rsidRPr="00FE587E" w:rsidRDefault="00DB66BA">
      <w:pPr>
        <w:spacing w:after="360"/>
        <w:jc w:val="center"/>
        <w:rPr>
          <w:rFonts w:ascii="Aptos Narrow" w:hAnsi="Aptos Narrow"/>
          <w:i/>
          <w:iCs/>
          <w:sz w:val="24"/>
          <w:szCs w:val="24"/>
        </w:rPr>
      </w:pPr>
      <w:bookmarkStart w:id="1" w:name="_Hlk239084455"/>
      <w:r w:rsidRPr="00FE587E">
        <w:rPr>
          <w:rFonts w:ascii="Aptos Narrow" w:hAnsi="Aptos Narrow"/>
          <w:b/>
          <w:i/>
          <w:iCs/>
          <w:sz w:val="24"/>
          <w:szCs w:val="24"/>
        </w:rPr>
        <w:t>O ZAKUPU I KUPOPRODAJI POSLOVNOG PROSTORA</w:t>
      </w:r>
      <w:r w:rsidRPr="00FE587E">
        <w:rPr>
          <w:rFonts w:ascii="Aptos Narrow" w:hAnsi="Aptos Narrow"/>
          <w:b/>
          <w:i/>
          <w:iCs/>
          <w:sz w:val="24"/>
          <w:szCs w:val="24"/>
        </w:rPr>
        <w:br/>
        <w:t>OPĆINE MALINSKA-DUBAŠNICA</w:t>
      </w:r>
    </w:p>
    <w:bookmarkEnd w:id="1"/>
    <w:p w14:paraId="35051F91" w14:textId="77777777" w:rsidR="001A559F" w:rsidRPr="002635E5" w:rsidRDefault="00DB66BA">
      <w:pPr>
        <w:pStyle w:val="Chapter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>I. OPĆE ODREDBE</w:t>
      </w:r>
    </w:p>
    <w:p w14:paraId="2098C4B6" w14:textId="77777777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1.</w:t>
      </w:r>
    </w:p>
    <w:p w14:paraId="1FBF3517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</w:t>
      </w:r>
      <w:proofErr w:type="spellStart"/>
      <w:r w:rsidRPr="002635E5">
        <w:rPr>
          <w:rFonts w:ascii="Aptos Narrow" w:hAnsi="Aptos Narrow"/>
          <w:sz w:val="24"/>
          <w:szCs w:val="24"/>
        </w:rPr>
        <w:t>Ovom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Odlukom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uređuju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uvjeti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postupak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davanja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zakup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zasnivanje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prestanak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međusobna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prava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obveze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zakupodavca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kriteriji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2635E5">
        <w:rPr>
          <w:rFonts w:ascii="Aptos Narrow" w:hAnsi="Aptos Narrow"/>
          <w:sz w:val="24"/>
          <w:szCs w:val="24"/>
        </w:rPr>
        <w:t>određivanje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uvjeti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postupak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kupoprodaje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vlasništvu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Malinska-Dubašnica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(u </w:t>
      </w:r>
      <w:proofErr w:type="spellStart"/>
      <w:r w:rsidRPr="002635E5">
        <w:rPr>
          <w:rFonts w:ascii="Aptos Narrow" w:hAnsi="Aptos Narrow"/>
          <w:sz w:val="24"/>
          <w:szCs w:val="24"/>
        </w:rPr>
        <w:t>daljnjem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tekstu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: </w:t>
      </w:r>
      <w:proofErr w:type="spellStart"/>
      <w:r w:rsidRPr="002635E5">
        <w:rPr>
          <w:rFonts w:ascii="Aptos Narrow" w:hAnsi="Aptos Narrow"/>
          <w:sz w:val="24"/>
          <w:szCs w:val="24"/>
        </w:rPr>
        <w:t>Općina</w:t>
      </w:r>
      <w:proofErr w:type="spellEnd"/>
      <w:r w:rsidRPr="002635E5">
        <w:rPr>
          <w:rFonts w:ascii="Aptos Narrow" w:hAnsi="Aptos Narrow"/>
          <w:sz w:val="24"/>
          <w:szCs w:val="24"/>
        </w:rPr>
        <w:t>).</w:t>
      </w:r>
    </w:p>
    <w:p w14:paraId="056464F6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</w:t>
      </w:r>
      <w:proofErr w:type="spellStart"/>
      <w:r w:rsidRPr="002635E5">
        <w:rPr>
          <w:rFonts w:ascii="Aptos Narrow" w:hAnsi="Aptos Narrow"/>
          <w:sz w:val="24"/>
          <w:szCs w:val="24"/>
        </w:rPr>
        <w:t>Odredbe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Odluke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primjenjuju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kojem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Općina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suvlasnik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upravitelj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nositelj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prava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raspolaganja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odnosno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korištenja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u </w:t>
      </w:r>
      <w:proofErr w:type="spellStart"/>
      <w:r w:rsidRPr="002635E5">
        <w:rPr>
          <w:rFonts w:ascii="Aptos Narrow" w:hAnsi="Aptos Narrow"/>
          <w:sz w:val="24"/>
          <w:szCs w:val="24"/>
        </w:rPr>
        <w:t>opsegu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koji </w:t>
      </w:r>
      <w:proofErr w:type="spellStart"/>
      <w:r w:rsidRPr="002635E5">
        <w:rPr>
          <w:rFonts w:ascii="Aptos Narrow" w:hAnsi="Aptos Narrow"/>
          <w:sz w:val="24"/>
          <w:szCs w:val="24"/>
        </w:rPr>
        <w:t>proizlazi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propisa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ugovora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drugoga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pravnog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temelja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7781EE48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(3) </w:t>
      </w:r>
      <w:proofErr w:type="spellStart"/>
      <w:r w:rsidRPr="002635E5">
        <w:rPr>
          <w:rFonts w:ascii="Aptos Narrow" w:hAnsi="Aptos Narrow"/>
          <w:sz w:val="24"/>
          <w:szCs w:val="24"/>
        </w:rPr>
        <w:t>Odredbe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Odluke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primjenjuju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koji je </w:t>
      </w:r>
      <w:proofErr w:type="spellStart"/>
      <w:r w:rsidRPr="002635E5">
        <w:rPr>
          <w:rFonts w:ascii="Aptos Narrow" w:hAnsi="Aptos Narrow"/>
          <w:sz w:val="24"/>
          <w:szCs w:val="24"/>
        </w:rPr>
        <w:t>još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upisan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kao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društveno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vlasništvo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kojem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pravo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raspolaganja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korištenja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koji je bio u </w:t>
      </w:r>
      <w:proofErr w:type="spellStart"/>
      <w:r w:rsidRPr="002635E5">
        <w:rPr>
          <w:rFonts w:ascii="Aptos Narrow" w:hAnsi="Aptos Narrow"/>
          <w:sz w:val="24"/>
          <w:szCs w:val="24"/>
        </w:rPr>
        <w:t>društvenom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vlasništvu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 </w:t>
      </w:r>
      <w:proofErr w:type="spellStart"/>
      <w:r w:rsidRPr="002635E5">
        <w:rPr>
          <w:rFonts w:ascii="Aptos Narrow" w:hAnsi="Aptos Narrow"/>
          <w:sz w:val="24"/>
          <w:szCs w:val="24"/>
        </w:rPr>
        <w:t>pravom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korištenja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a za koji se </w:t>
      </w:r>
      <w:proofErr w:type="spellStart"/>
      <w:r w:rsidRPr="002635E5">
        <w:rPr>
          <w:rFonts w:ascii="Aptos Narrow" w:hAnsi="Aptos Narrow"/>
          <w:sz w:val="24"/>
          <w:szCs w:val="24"/>
        </w:rPr>
        <w:t>vodi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postupak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propisu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naknadi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2635E5">
        <w:rPr>
          <w:rFonts w:ascii="Aptos Narrow" w:hAnsi="Aptos Narrow"/>
          <w:sz w:val="24"/>
          <w:szCs w:val="24"/>
        </w:rPr>
        <w:t>imovinu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oduzetu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2635E5">
        <w:rPr>
          <w:rFonts w:ascii="Aptos Narrow" w:hAnsi="Aptos Narrow"/>
          <w:sz w:val="24"/>
          <w:szCs w:val="24"/>
        </w:rPr>
        <w:t>vrijeme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jugoslavenske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komunističke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vladavine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do </w:t>
      </w:r>
      <w:proofErr w:type="spellStart"/>
      <w:r w:rsidRPr="002635E5">
        <w:rPr>
          <w:rFonts w:ascii="Aptos Narrow" w:hAnsi="Aptos Narrow"/>
          <w:sz w:val="24"/>
          <w:szCs w:val="24"/>
        </w:rPr>
        <w:t>pravomoćnog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okončanja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toga </w:t>
      </w:r>
      <w:proofErr w:type="spellStart"/>
      <w:r w:rsidRPr="002635E5">
        <w:rPr>
          <w:rFonts w:ascii="Aptos Narrow" w:hAnsi="Aptos Narrow"/>
          <w:sz w:val="24"/>
          <w:szCs w:val="24"/>
        </w:rPr>
        <w:t>postupka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4E9F33D8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(4) Na </w:t>
      </w:r>
      <w:proofErr w:type="spellStart"/>
      <w:r w:rsidRPr="002635E5">
        <w:rPr>
          <w:rFonts w:ascii="Aptos Narrow" w:hAnsi="Aptos Narrow"/>
          <w:sz w:val="24"/>
          <w:szCs w:val="24"/>
        </w:rPr>
        <w:t>pitanja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nisu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uređena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ovom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Odlukom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neposredno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primjenjuju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Zakon o </w:t>
      </w:r>
      <w:proofErr w:type="spellStart"/>
      <w:r w:rsidRPr="002635E5">
        <w:rPr>
          <w:rFonts w:ascii="Aptos Narrow" w:hAnsi="Aptos Narrow"/>
          <w:sz w:val="24"/>
          <w:szCs w:val="24"/>
        </w:rPr>
        <w:t>zakupu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kupoprodaji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(u </w:t>
      </w:r>
      <w:proofErr w:type="spellStart"/>
      <w:r w:rsidRPr="002635E5">
        <w:rPr>
          <w:rFonts w:ascii="Aptos Narrow" w:hAnsi="Aptos Narrow"/>
          <w:sz w:val="24"/>
          <w:szCs w:val="24"/>
        </w:rPr>
        <w:t>daljnjem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tekstu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: Zakon), </w:t>
      </w:r>
      <w:proofErr w:type="spellStart"/>
      <w:r w:rsidRPr="002635E5">
        <w:rPr>
          <w:rFonts w:ascii="Aptos Narrow" w:hAnsi="Aptos Narrow"/>
          <w:sz w:val="24"/>
          <w:szCs w:val="24"/>
        </w:rPr>
        <w:t>propisi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kojima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uređuju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obvezni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odnosi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vlasništvo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druga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stvarna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prava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procjena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vrijednosti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nekretnina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lokalna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područna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(</w:t>
      </w:r>
      <w:proofErr w:type="spellStart"/>
      <w:r w:rsidRPr="002635E5">
        <w:rPr>
          <w:rFonts w:ascii="Aptos Narrow" w:hAnsi="Aptos Narrow"/>
          <w:sz w:val="24"/>
          <w:szCs w:val="24"/>
        </w:rPr>
        <w:t>regionalna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) </w:t>
      </w:r>
      <w:proofErr w:type="spellStart"/>
      <w:r w:rsidRPr="002635E5">
        <w:rPr>
          <w:rFonts w:ascii="Aptos Narrow" w:hAnsi="Aptos Narrow"/>
          <w:sz w:val="24"/>
          <w:szCs w:val="24"/>
        </w:rPr>
        <w:t>samouprava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drugi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mjerodavni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propisi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4C94D0B1" w14:textId="77777777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2.</w:t>
      </w:r>
    </w:p>
    <w:p w14:paraId="0416ED5F" w14:textId="36708C38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</w:t>
      </w:r>
      <w:proofErr w:type="spellStart"/>
      <w:r w:rsidRPr="002635E5">
        <w:rPr>
          <w:rFonts w:ascii="Aptos Narrow" w:hAnsi="Aptos Narrow"/>
          <w:sz w:val="24"/>
          <w:szCs w:val="24"/>
        </w:rPr>
        <w:t>Pojmovi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zgrada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poslovna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prostorija</w:t>
      </w:r>
      <w:proofErr w:type="spellEnd"/>
      <w:r w:rsidR="008173F1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sadašnji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imaju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značenje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određeno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Zakonom.</w:t>
      </w:r>
    </w:p>
    <w:p w14:paraId="7E9D0B88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</w:t>
      </w:r>
      <w:proofErr w:type="spellStart"/>
      <w:r w:rsidRPr="002635E5">
        <w:rPr>
          <w:rFonts w:ascii="Aptos Narrow" w:hAnsi="Aptos Narrow"/>
          <w:sz w:val="24"/>
          <w:szCs w:val="24"/>
        </w:rPr>
        <w:t>Poslovnom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prostorijom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smatra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jedna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više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prostorija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namijenjenih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obavljanju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djelatnosti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u </w:t>
      </w:r>
      <w:proofErr w:type="spellStart"/>
      <w:r w:rsidRPr="002635E5">
        <w:rPr>
          <w:rFonts w:ascii="Aptos Narrow" w:hAnsi="Aptos Narrow"/>
          <w:sz w:val="24"/>
          <w:szCs w:val="24"/>
        </w:rPr>
        <w:t>pravilu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čine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samostalnu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uporabnu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cjelinu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imaju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zaseban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glavni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ulaz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69D05F2F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(3) </w:t>
      </w:r>
      <w:proofErr w:type="spellStart"/>
      <w:r w:rsidRPr="002635E5">
        <w:rPr>
          <w:rFonts w:ascii="Aptos Narrow" w:hAnsi="Aptos Narrow"/>
          <w:sz w:val="24"/>
          <w:szCs w:val="24"/>
        </w:rPr>
        <w:t>Korisnom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površinom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smatra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površina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utvrđena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zemljišnoknjižne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katastarske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etažne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druge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vjerodostojne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tehničke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dokumentacije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gramStart"/>
      <w:r w:rsidRPr="002635E5">
        <w:rPr>
          <w:rFonts w:ascii="Aptos Narrow" w:hAnsi="Aptos Narrow"/>
          <w:sz w:val="24"/>
          <w:szCs w:val="24"/>
        </w:rPr>
        <w:t>a</w:t>
      </w:r>
      <w:proofErr w:type="gram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ako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takva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dokumentacija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ne </w:t>
      </w:r>
      <w:proofErr w:type="spellStart"/>
      <w:r w:rsidRPr="002635E5">
        <w:rPr>
          <w:rFonts w:ascii="Aptos Narrow" w:hAnsi="Aptos Narrow"/>
          <w:sz w:val="24"/>
          <w:szCs w:val="24"/>
        </w:rPr>
        <w:t>postoji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ne </w:t>
      </w:r>
      <w:proofErr w:type="spellStart"/>
      <w:r w:rsidRPr="002635E5">
        <w:rPr>
          <w:rFonts w:ascii="Aptos Narrow" w:hAnsi="Aptos Narrow"/>
          <w:sz w:val="24"/>
          <w:szCs w:val="24"/>
        </w:rPr>
        <w:t>odgovara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stvarnom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stanju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površina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utvrđena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izmjerom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ovlaštene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osobe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79E074CC" w14:textId="6BC2CFCC" w:rsidR="001A559F" w:rsidRPr="000124C7" w:rsidRDefault="00DB66BA">
      <w:pPr>
        <w:pStyle w:val="Body"/>
        <w:rPr>
          <w:rFonts w:ascii="Aptos Narrow" w:hAnsi="Aptos Narrow"/>
          <w:color w:val="EE0000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(4) </w:t>
      </w:r>
      <w:proofErr w:type="spellStart"/>
      <w:r w:rsidRPr="002635E5">
        <w:rPr>
          <w:rFonts w:ascii="Aptos Narrow" w:hAnsi="Aptos Narrow"/>
          <w:sz w:val="24"/>
          <w:szCs w:val="24"/>
        </w:rPr>
        <w:t>Kriteriji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u </w:t>
      </w:r>
      <w:proofErr w:type="spellStart"/>
      <w:r w:rsidRPr="002635E5">
        <w:rPr>
          <w:rFonts w:ascii="Aptos Narrow" w:hAnsi="Aptos Narrow"/>
          <w:sz w:val="24"/>
          <w:szCs w:val="24"/>
        </w:rPr>
        <w:t>smislu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Odluke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jesu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kriteriji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2635E5">
        <w:rPr>
          <w:rFonts w:ascii="Aptos Narrow" w:hAnsi="Aptos Narrow"/>
          <w:sz w:val="24"/>
          <w:szCs w:val="24"/>
        </w:rPr>
        <w:t>određivanje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početne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odnosno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ugovorene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zakupnine</w:t>
      </w:r>
      <w:proofErr w:type="spellEnd"/>
      <w:r w:rsidR="00347325">
        <w:rPr>
          <w:rFonts w:ascii="Aptos Narrow" w:hAnsi="Aptos Narrow"/>
          <w:sz w:val="24"/>
          <w:szCs w:val="24"/>
        </w:rPr>
        <w:t>.</w:t>
      </w:r>
    </w:p>
    <w:p w14:paraId="32EDB770" w14:textId="77777777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lastRenderedPageBreak/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3.</w:t>
      </w:r>
    </w:p>
    <w:p w14:paraId="64A30AF1" w14:textId="64650716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</w:t>
      </w:r>
      <w:proofErr w:type="spellStart"/>
      <w:r w:rsidRPr="002635E5">
        <w:rPr>
          <w:rFonts w:ascii="Aptos Narrow" w:hAnsi="Aptos Narrow"/>
          <w:sz w:val="24"/>
          <w:szCs w:val="24"/>
        </w:rPr>
        <w:t>Poslovnim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upravlja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F325B5">
        <w:rPr>
          <w:rFonts w:ascii="Aptos Narrow" w:hAnsi="Aptos Narrow"/>
          <w:sz w:val="24"/>
          <w:szCs w:val="24"/>
        </w:rPr>
        <w:t>Načelnik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Malinska-Dubašnica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(u </w:t>
      </w:r>
      <w:proofErr w:type="spellStart"/>
      <w:r w:rsidRPr="002635E5">
        <w:rPr>
          <w:rFonts w:ascii="Aptos Narrow" w:hAnsi="Aptos Narrow"/>
          <w:sz w:val="24"/>
          <w:szCs w:val="24"/>
        </w:rPr>
        <w:t>daljnjem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tekstu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: </w:t>
      </w:r>
      <w:proofErr w:type="spellStart"/>
      <w:r w:rsidRPr="002635E5">
        <w:rPr>
          <w:rFonts w:ascii="Aptos Narrow" w:hAnsi="Aptos Narrow"/>
          <w:sz w:val="24"/>
          <w:szCs w:val="24"/>
        </w:rPr>
        <w:t>Načelnik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) </w:t>
      </w:r>
      <w:proofErr w:type="spellStart"/>
      <w:r w:rsidRPr="002635E5">
        <w:rPr>
          <w:rFonts w:ascii="Aptos Narrow" w:hAnsi="Aptos Narrow"/>
          <w:sz w:val="24"/>
          <w:szCs w:val="24"/>
        </w:rPr>
        <w:t>pažnjom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dobroga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gospodara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u </w:t>
      </w:r>
      <w:proofErr w:type="spellStart"/>
      <w:r w:rsidRPr="002635E5">
        <w:rPr>
          <w:rFonts w:ascii="Aptos Narrow" w:hAnsi="Aptos Narrow"/>
          <w:sz w:val="24"/>
          <w:szCs w:val="24"/>
        </w:rPr>
        <w:t>skladu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Zakonom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ovom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Odlukom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Statutom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drugim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aktima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Općine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5DE7B5C9" w14:textId="7711ABAB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</w:t>
      </w:r>
      <w:proofErr w:type="spellStart"/>
      <w:r w:rsidR="00D144A2">
        <w:rPr>
          <w:rFonts w:ascii="Aptos Narrow" w:hAnsi="Aptos Narrow"/>
          <w:sz w:val="24"/>
          <w:szCs w:val="24"/>
        </w:rPr>
        <w:t>Jedinstveni</w:t>
      </w:r>
      <w:proofErr w:type="spellEnd"/>
      <w:r w:rsidR="00D144A2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D144A2">
        <w:rPr>
          <w:rFonts w:ascii="Aptos Narrow" w:hAnsi="Aptos Narrow"/>
          <w:sz w:val="24"/>
          <w:szCs w:val="24"/>
        </w:rPr>
        <w:t>u</w:t>
      </w:r>
      <w:r w:rsidRPr="002635E5">
        <w:rPr>
          <w:rFonts w:ascii="Aptos Narrow" w:hAnsi="Aptos Narrow"/>
          <w:sz w:val="24"/>
          <w:szCs w:val="24"/>
        </w:rPr>
        <w:t>pravni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odjel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(u </w:t>
      </w:r>
      <w:proofErr w:type="spellStart"/>
      <w:r w:rsidRPr="002635E5">
        <w:rPr>
          <w:rFonts w:ascii="Aptos Narrow" w:hAnsi="Aptos Narrow"/>
          <w:sz w:val="24"/>
          <w:szCs w:val="24"/>
        </w:rPr>
        <w:t>daljnjem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tekstu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: </w:t>
      </w:r>
      <w:proofErr w:type="spellStart"/>
      <w:r w:rsidR="00D144A2">
        <w:rPr>
          <w:rFonts w:ascii="Aptos Narrow" w:hAnsi="Aptos Narrow"/>
          <w:sz w:val="24"/>
          <w:szCs w:val="24"/>
        </w:rPr>
        <w:t>Jedinstveni</w:t>
      </w:r>
      <w:proofErr w:type="spellEnd"/>
      <w:r w:rsidR="00D144A2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D144A2">
        <w:rPr>
          <w:rFonts w:ascii="Aptos Narrow" w:hAnsi="Aptos Narrow"/>
          <w:sz w:val="24"/>
          <w:szCs w:val="24"/>
        </w:rPr>
        <w:t>upravn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) </w:t>
      </w:r>
      <w:proofErr w:type="spellStart"/>
      <w:r w:rsidRPr="002635E5">
        <w:rPr>
          <w:rFonts w:ascii="Aptos Narrow" w:hAnsi="Aptos Narrow"/>
          <w:sz w:val="24"/>
          <w:szCs w:val="24"/>
        </w:rPr>
        <w:t>vodi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stručne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upravne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evidencijske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tehničke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provedbi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Odluke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1D35D1FD" w14:textId="77777777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4.</w:t>
      </w:r>
    </w:p>
    <w:p w14:paraId="38D59583" w14:textId="77777777" w:rsidR="00B967FF" w:rsidRPr="00B967FF" w:rsidRDefault="00B967FF" w:rsidP="00B967FF">
      <w:pPr>
        <w:pStyle w:val="StandardWeb"/>
        <w:rPr>
          <w:rFonts w:ascii="Aptos Narrow" w:hAnsi="Aptos Narrow"/>
        </w:rPr>
      </w:pPr>
      <w:r w:rsidRPr="00B967FF">
        <w:rPr>
          <w:rFonts w:ascii="Aptos Narrow" w:hAnsi="Aptos Narrow"/>
        </w:rPr>
        <w:t>(1) Općinsko vijeće Općine Malinska-</w:t>
      </w:r>
      <w:proofErr w:type="spellStart"/>
      <w:r w:rsidRPr="00B967FF">
        <w:rPr>
          <w:rFonts w:ascii="Aptos Narrow" w:hAnsi="Aptos Narrow"/>
        </w:rPr>
        <w:t>Dubašnica</w:t>
      </w:r>
      <w:proofErr w:type="spellEnd"/>
      <w:r w:rsidRPr="00B967FF">
        <w:rPr>
          <w:rFonts w:ascii="Aptos Narrow" w:hAnsi="Aptos Narrow"/>
        </w:rPr>
        <w:t xml:space="preserve"> (u daljnjem tekstu: Općinsko vijeće):</w:t>
      </w:r>
    </w:p>
    <w:p w14:paraId="74D5941C" w14:textId="77777777" w:rsidR="00B967FF" w:rsidRPr="00B967FF" w:rsidRDefault="00B967FF" w:rsidP="00B967FF">
      <w:pPr>
        <w:pStyle w:val="StandardWeb"/>
        <w:numPr>
          <w:ilvl w:val="0"/>
          <w:numId w:val="2"/>
        </w:numPr>
        <w:rPr>
          <w:rFonts w:ascii="Aptos Narrow" w:hAnsi="Aptos Narrow"/>
        </w:rPr>
      </w:pPr>
      <w:r w:rsidRPr="00B967FF">
        <w:rPr>
          <w:rFonts w:ascii="Aptos Narrow" w:hAnsi="Aptos Narrow"/>
        </w:rPr>
        <w:t>donosi ovu Odluku te njezine izmjene i dopune,</w:t>
      </w:r>
    </w:p>
    <w:p w14:paraId="409FE7FD" w14:textId="3C843C2F" w:rsidR="00B967FF" w:rsidRDefault="00B967FF" w:rsidP="00B967FF">
      <w:pPr>
        <w:pStyle w:val="StandardWeb"/>
        <w:numPr>
          <w:ilvl w:val="0"/>
          <w:numId w:val="2"/>
        </w:numPr>
        <w:rPr>
          <w:rFonts w:ascii="Aptos Narrow" w:hAnsi="Aptos Narrow"/>
        </w:rPr>
      </w:pPr>
      <w:r w:rsidRPr="00B967FF">
        <w:rPr>
          <w:rFonts w:ascii="Aptos Narrow" w:hAnsi="Aptos Narrow"/>
        </w:rPr>
        <w:t>odlučuje o namjeni poslovnog prostora</w:t>
      </w:r>
    </w:p>
    <w:p w14:paraId="45BFC9EE" w14:textId="782A70B6" w:rsidR="00F325B5" w:rsidRPr="00B967FF" w:rsidRDefault="00F325B5" w:rsidP="00B967FF">
      <w:pPr>
        <w:pStyle w:val="StandardWeb"/>
        <w:numPr>
          <w:ilvl w:val="0"/>
          <w:numId w:val="2"/>
        </w:numPr>
        <w:rPr>
          <w:rFonts w:ascii="Aptos Narrow" w:hAnsi="Aptos Narrow"/>
        </w:rPr>
      </w:pPr>
      <w:r>
        <w:rPr>
          <w:rFonts w:ascii="Aptos Narrow" w:hAnsi="Aptos Narrow"/>
        </w:rPr>
        <w:t xml:space="preserve">odlučuje o </w:t>
      </w:r>
      <w:r w:rsidRPr="00F325B5">
        <w:rPr>
          <w:rFonts w:ascii="Aptos Narrow" w:hAnsi="Aptos Narrow"/>
        </w:rPr>
        <w:t>visin</w:t>
      </w:r>
      <w:r>
        <w:rPr>
          <w:rFonts w:ascii="Aptos Narrow" w:hAnsi="Aptos Narrow"/>
        </w:rPr>
        <w:t>i</w:t>
      </w:r>
      <w:r w:rsidRPr="00F325B5">
        <w:rPr>
          <w:rFonts w:ascii="Aptos Narrow" w:hAnsi="Aptos Narrow"/>
        </w:rPr>
        <w:t xml:space="preserve"> zakupnine za poslovne prostor</w:t>
      </w:r>
      <w:r>
        <w:rPr>
          <w:rFonts w:ascii="Aptos Narrow" w:hAnsi="Aptos Narrow"/>
        </w:rPr>
        <w:t>a, kao i djelatnosti koja će se obavljati</w:t>
      </w:r>
    </w:p>
    <w:p w14:paraId="5193AB74" w14:textId="77777777" w:rsidR="00B967FF" w:rsidRPr="00B967FF" w:rsidRDefault="00B967FF" w:rsidP="00B967FF">
      <w:pPr>
        <w:pStyle w:val="StandardWeb"/>
        <w:numPr>
          <w:ilvl w:val="0"/>
          <w:numId w:val="2"/>
        </w:numPr>
        <w:rPr>
          <w:rFonts w:ascii="Aptos Narrow" w:hAnsi="Aptos Narrow"/>
        </w:rPr>
      </w:pPr>
      <w:r w:rsidRPr="00B967FF">
        <w:rPr>
          <w:rFonts w:ascii="Aptos Narrow" w:hAnsi="Aptos Narrow"/>
        </w:rPr>
        <w:t>odlučuje o promjeni, odnosno prenamjeni poslovnog prostora,</w:t>
      </w:r>
    </w:p>
    <w:p w14:paraId="2925531D" w14:textId="77777777" w:rsidR="00B967FF" w:rsidRPr="00B967FF" w:rsidRDefault="00B967FF" w:rsidP="00B967FF">
      <w:pPr>
        <w:pStyle w:val="StandardWeb"/>
        <w:numPr>
          <w:ilvl w:val="0"/>
          <w:numId w:val="2"/>
        </w:numPr>
        <w:rPr>
          <w:rFonts w:ascii="Aptos Narrow" w:hAnsi="Aptos Narrow"/>
        </w:rPr>
      </w:pPr>
      <w:r w:rsidRPr="00B967FF">
        <w:rPr>
          <w:rFonts w:ascii="Aptos Narrow" w:hAnsi="Aptos Narrow"/>
        </w:rPr>
        <w:t>odlučuje o spajanju ili razdvajanju poslovnih prostora,</w:t>
      </w:r>
    </w:p>
    <w:p w14:paraId="45B7DC6E" w14:textId="77777777" w:rsidR="00B967FF" w:rsidRPr="00B967FF" w:rsidRDefault="00B967FF" w:rsidP="00B967FF">
      <w:pPr>
        <w:pStyle w:val="StandardWeb"/>
        <w:numPr>
          <w:ilvl w:val="0"/>
          <w:numId w:val="2"/>
        </w:numPr>
        <w:rPr>
          <w:rFonts w:ascii="Aptos Narrow" w:hAnsi="Aptos Narrow"/>
        </w:rPr>
      </w:pPr>
      <w:r w:rsidRPr="00B967FF">
        <w:rPr>
          <w:rFonts w:ascii="Aptos Narrow" w:hAnsi="Aptos Narrow"/>
        </w:rPr>
        <w:t>odlučuje o izvođenju radova kojima se mijenja namjena, funkcionalna cjelina, površina, raspored ili druge bitne karakteristike poslovnog prostora,</w:t>
      </w:r>
    </w:p>
    <w:p w14:paraId="39903536" w14:textId="569C29E1" w:rsidR="00B967FF" w:rsidRPr="00B967FF" w:rsidRDefault="00B967FF" w:rsidP="00B967FF">
      <w:pPr>
        <w:pStyle w:val="StandardWeb"/>
        <w:numPr>
          <w:ilvl w:val="0"/>
          <w:numId w:val="2"/>
        </w:numPr>
        <w:rPr>
          <w:rFonts w:ascii="Aptos Narrow" w:hAnsi="Aptos Narrow"/>
        </w:rPr>
      </w:pPr>
      <w:r w:rsidRPr="00B967FF">
        <w:rPr>
          <w:rFonts w:ascii="Aptos Narrow" w:hAnsi="Aptos Narrow"/>
        </w:rPr>
        <w:t xml:space="preserve">na prijedlog </w:t>
      </w:r>
      <w:r w:rsidR="00F325B5">
        <w:rPr>
          <w:rFonts w:ascii="Aptos Narrow" w:hAnsi="Aptos Narrow"/>
        </w:rPr>
        <w:t>Načelnika</w:t>
      </w:r>
      <w:r w:rsidRPr="00B967FF">
        <w:rPr>
          <w:rFonts w:ascii="Aptos Narrow" w:hAnsi="Aptos Narrow"/>
        </w:rPr>
        <w:t xml:space="preserve"> utvrđuje popis poslovnih prostora koji su predmet kupoprodaje,</w:t>
      </w:r>
    </w:p>
    <w:p w14:paraId="6C563CDE" w14:textId="77777777" w:rsidR="00B967FF" w:rsidRPr="00B967FF" w:rsidRDefault="00B967FF" w:rsidP="00B967FF">
      <w:pPr>
        <w:pStyle w:val="StandardWeb"/>
        <w:numPr>
          <w:ilvl w:val="0"/>
          <w:numId w:val="2"/>
        </w:numPr>
        <w:rPr>
          <w:rFonts w:ascii="Aptos Narrow" w:hAnsi="Aptos Narrow"/>
        </w:rPr>
      </w:pPr>
      <w:r w:rsidRPr="00B967FF">
        <w:rPr>
          <w:rFonts w:ascii="Aptos Narrow" w:hAnsi="Aptos Narrow"/>
        </w:rPr>
        <w:t>donosi odluku o kupoprodaji poslovnog prostora kada je za to nadležno prema vrijednosti poslovnog prostora,</w:t>
      </w:r>
    </w:p>
    <w:p w14:paraId="436A1233" w14:textId="77777777" w:rsidR="00B967FF" w:rsidRPr="00B967FF" w:rsidRDefault="00B967FF" w:rsidP="00B967FF">
      <w:pPr>
        <w:pStyle w:val="StandardWeb"/>
        <w:numPr>
          <w:ilvl w:val="0"/>
          <w:numId w:val="2"/>
        </w:numPr>
        <w:rPr>
          <w:rFonts w:ascii="Aptos Narrow" w:hAnsi="Aptos Narrow"/>
        </w:rPr>
      </w:pPr>
      <w:r w:rsidRPr="00B967FF">
        <w:rPr>
          <w:rFonts w:ascii="Aptos Narrow" w:hAnsi="Aptos Narrow"/>
        </w:rPr>
        <w:t>može posebnom odlukom ograničiti djelatnosti koje se smiju obavljati u poslovnim prostorima u određenim ulicama, dijelovima ulica ili na određenim trgovima te utvrditi tradicionalne ili deficitarne djelatnosti od interesa za Općinu, uz pribavljanje mišljenja nadležne obrtničke komore kada je ono propisano Zakonom,</w:t>
      </w:r>
    </w:p>
    <w:p w14:paraId="57490A9D" w14:textId="77777777" w:rsidR="00B967FF" w:rsidRPr="00B967FF" w:rsidRDefault="00B967FF" w:rsidP="00B967FF">
      <w:pPr>
        <w:pStyle w:val="StandardWeb"/>
        <w:numPr>
          <w:ilvl w:val="0"/>
          <w:numId w:val="2"/>
        </w:numPr>
        <w:rPr>
          <w:rFonts w:ascii="Aptos Narrow" w:hAnsi="Aptos Narrow"/>
        </w:rPr>
      </w:pPr>
      <w:r w:rsidRPr="00B967FF">
        <w:rPr>
          <w:rFonts w:ascii="Aptos Narrow" w:hAnsi="Aptos Narrow"/>
        </w:rPr>
        <w:t>odlučuje o drugim pitanjima kada je to određeno Zakonom, Statutom ili ovom Odlukom.</w:t>
      </w:r>
    </w:p>
    <w:p w14:paraId="28290BF1" w14:textId="77777777" w:rsidR="00B967FF" w:rsidRPr="00B967FF" w:rsidRDefault="00B967FF" w:rsidP="00B967FF">
      <w:pPr>
        <w:pStyle w:val="StandardWeb"/>
        <w:rPr>
          <w:rFonts w:ascii="Aptos Narrow" w:hAnsi="Aptos Narrow"/>
        </w:rPr>
      </w:pPr>
      <w:r w:rsidRPr="00B967FF">
        <w:rPr>
          <w:rFonts w:ascii="Aptos Narrow" w:hAnsi="Aptos Narrow"/>
        </w:rPr>
        <w:t>(2) Načelnik osobito:</w:t>
      </w:r>
    </w:p>
    <w:p w14:paraId="4C8F368A" w14:textId="77777777" w:rsidR="00B967FF" w:rsidRDefault="00B967FF" w:rsidP="00B967FF">
      <w:pPr>
        <w:pStyle w:val="Odlomakpopisa"/>
        <w:numPr>
          <w:ilvl w:val="0"/>
          <w:numId w:val="3"/>
        </w:numPr>
        <w:spacing w:after="0" w:line="240" w:lineRule="auto"/>
        <w:ind w:left="714" w:hanging="357"/>
        <w:rPr>
          <w:rFonts w:ascii="Aptos Narrow" w:eastAsia="Times New Roman" w:hAnsi="Aptos Narrow" w:cs="Times New Roman"/>
          <w:sz w:val="24"/>
          <w:szCs w:val="24"/>
          <w:lang w:val="hr-HR" w:eastAsia="hr-HR"/>
        </w:rPr>
      </w:pPr>
      <w:r w:rsidRPr="00B967FF">
        <w:rPr>
          <w:rFonts w:ascii="Aptos Narrow" w:eastAsia="Times New Roman" w:hAnsi="Aptos Narrow" w:cs="Times New Roman"/>
          <w:sz w:val="24"/>
          <w:szCs w:val="24"/>
          <w:lang w:val="hr-HR" w:eastAsia="hr-HR"/>
        </w:rPr>
        <w:t>odlučuje o raspisivanju javnog natječaja za zakup poslovnog prostora,</w:t>
      </w:r>
    </w:p>
    <w:p w14:paraId="11DE51F6" w14:textId="3DFB4E08" w:rsidR="00B967FF" w:rsidRPr="00B967FF" w:rsidRDefault="00B967FF" w:rsidP="00B967FF">
      <w:pPr>
        <w:pStyle w:val="Odlomakpopisa"/>
        <w:numPr>
          <w:ilvl w:val="0"/>
          <w:numId w:val="3"/>
        </w:numPr>
        <w:spacing w:after="0" w:line="240" w:lineRule="auto"/>
        <w:ind w:left="714" w:hanging="357"/>
        <w:rPr>
          <w:rFonts w:ascii="Aptos Narrow" w:eastAsia="Times New Roman" w:hAnsi="Aptos Narrow" w:cs="Times New Roman"/>
          <w:sz w:val="24"/>
          <w:szCs w:val="24"/>
          <w:lang w:val="hr-HR" w:eastAsia="hr-HR"/>
        </w:rPr>
      </w:pPr>
      <w:r>
        <w:rPr>
          <w:rFonts w:ascii="Aptos Narrow" w:eastAsia="Times New Roman" w:hAnsi="Aptos Narrow" w:cs="Times New Roman"/>
          <w:sz w:val="24"/>
          <w:szCs w:val="24"/>
          <w:lang w:val="hr-HR" w:eastAsia="hr-HR"/>
        </w:rPr>
        <w:t>imenuje Povjerenstvo za provedbu javnog natječaja</w:t>
      </w:r>
    </w:p>
    <w:p w14:paraId="498F3B85" w14:textId="77777777" w:rsidR="00B967FF" w:rsidRPr="00B967FF" w:rsidRDefault="00B967FF" w:rsidP="00B967FF">
      <w:pPr>
        <w:pStyle w:val="StandardWeb"/>
        <w:numPr>
          <w:ilvl w:val="0"/>
          <w:numId w:val="3"/>
        </w:numPr>
        <w:spacing w:before="0" w:beforeAutospacing="0" w:after="0" w:afterAutospacing="0"/>
        <w:ind w:left="714" w:hanging="357"/>
        <w:rPr>
          <w:rFonts w:ascii="Aptos Narrow" w:hAnsi="Aptos Narrow"/>
        </w:rPr>
      </w:pPr>
      <w:r w:rsidRPr="00B967FF">
        <w:rPr>
          <w:rFonts w:ascii="Aptos Narrow" w:hAnsi="Aptos Narrow"/>
        </w:rPr>
        <w:t>donosi odluku o obrazloženom poništenju javnog natječaja,</w:t>
      </w:r>
    </w:p>
    <w:p w14:paraId="16EB3283" w14:textId="128B701D" w:rsidR="00B967FF" w:rsidRPr="00B967FF" w:rsidRDefault="00B967FF" w:rsidP="00B967FF">
      <w:pPr>
        <w:pStyle w:val="StandardWeb"/>
        <w:numPr>
          <w:ilvl w:val="0"/>
          <w:numId w:val="3"/>
        </w:numPr>
        <w:rPr>
          <w:rFonts w:ascii="Aptos Narrow" w:hAnsi="Aptos Narrow"/>
        </w:rPr>
      </w:pPr>
      <w:r w:rsidRPr="00B967FF">
        <w:rPr>
          <w:rFonts w:ascii="Aptos Narrow" w:hAnsi="Aptos Narrow"/>
        </w:rPr>
        <w:t xml:space="preserve">odlučuje </w:t>
      </w:r>
      <w:r w:rsidR="000124C7">
        <w:rPr>
          <w:rFonts w:ascii="Aptos Narrow" w:hAnsi="Aptos Narrow"/>
        </w:rPr>
        <w:t>po prigovorima na Odluku povjerenstva o najpovoljnijoj ponudi</w:t>
      </w:r>
      <w:r w:rsidRPr="00B967FF">
        <w:rPr>
          <w:rFonts w:ascii="Aptos Narrow" w:hAnsi="Aptos Narrow"/>
        </w:rPr>
        <w:t>,</w:t>
      </w:r>
    </w:p>
    <w:p w14:paraId="57FD9338" w14:textId="77777777" w:rsidR="00B967FF" w:rsidRPr="00B967FF" w:rsidRDefault="00B967FF" w:rsidP="00B967FF">
      <w:pPr>
        <w:pStyle w:val="StandardWeb"/>
        <w:numPr>
          <w:ilvl w:val="0"/>
          <w:numId w:val="3"/>
        </w:numPr>
        <w:rPr>
          <w:rFonts w:ascii="Aptos Narrow" w:hAnsi="Aptos Narrow"/>
        </w:rPr>
      </w:pPr>
      <w:r w:rsidRPr="00B967FF">
        <w:rPr>
          <w:rFonts w:ascii="Aptos Narrow" w:hAnsi="Aptos Narrow"/>
        </w:rPr>
        <w:t>odlučuje o sklapanju ugovora o zakupu bez javnog natječaja kada su za to ispunjene zakonske pretpostavke,</w:t>
      </w:r>
    </w:p>
    <w:p w14:paraId="3605BE0F" w14:textId="77777777" w:rsidR="00B967FF" w:rsidRPr="00B967FF" w:rsidRDefault="00B967FF" w:rsidP="00B967FF">
      <w:pPr>
        <w:pStyle w:val="StandardWeb"/>
        <w:numPr>
          <w:ilvl w:val="0"/>
          <w:numId w:val="3"/>
        </w:numPr>
        <w:rPr>
          <w:rFonts w:ascii="Aptos Narrow" w:hAnsi="Aptos Narrow"/>
        </w:rPr>
      </w:pPr>
      <w:r w:rsidRPr="00B967FF">
        <w:rPr>
          <w:rFonts w:ascii="Aptos Narrow" w:hAnsi="Aptos Narrow"/>
        </w:rPr>
        <w:t>odlučuje o sklapanju, izmjenama, produljenju i otkazu ugovora o zakupu,</w:t>
      </w:r>
    </w:p>
    <w:p w14:paraId="155922D0" w14:textId="77777777" w:rsidR="00B967FF" w:rsidRPr="00B967FF" w:rsidRDefault="00B967FF" w:rsidP="00B967FF">
      <w:pPr>
        <w:pStyle w:val="StandardWeb"/>
        <w:numPr>
          <w:ilvl w:val="0"/>
          <w:numId w:val="3"/>
        </w:numPr>
        <w:rPr>
          <w:rFonts w:ascii="Aptos Narrow" w:hAnsi="Aptos Narrow"/>
        </w:rPr>
      </w:pPr>
      <w:r w:rsidRPr="00B967FF">
        <w:rPr>
          <w:rFonts w:ascii="Aptos Narrow" w:hAnsi="Aptos Narrow"/>
        </w:rPr>
        <w:t>odlučuje o izvođenju redovitih i nužnih radova održavanja poslovnog prostora,</w:t>
      </w:r>
    </w:p>
    <w:p w14:paraId="1799457B" w14:textId="77777777" w:rsidR="00B967FF" w:rsidRPr="00B967FF" w:rsidRDefault="00B967FF" w:rsidP="00B967FF">
      <w:pPr>
        <w:pStyle w:val="StandardWeb"/>
        <w:numPr>
          <w:ilvl w:val="0"/>
          <w:numId w:val="3"/>
        </w:numPr>
        <w:rPr>
          <w:rFonts w:ascii="Aptos Narrow" w:hAnsi="Aptos Narrow"/>
        </w:rPr>
      </w:pPr>
      <w:r w:rsidRPr="00B967FF">
        <w:rPr>
          <w:rFonts w:ascii="Aptos Narrow" w:hAnsi="Aptos Narrow"/>
        </w:rPr>
        <w:t>utvrđuje prijedlog popisa poslovnih prostora koji su predmet kupoprodaje,</w:t>
      </w:r>
    </w:p>
    <w:p w14:paraId="3E5D6193" w14:textId="77777777" w:rsidR="00B967FF" w:rsidRPr="00B967FF" w:rsidRDefault="00B967FF" w:rsidP="00B967FF">
      <w:pPr>
        <w:pStyle w:val="StandardWeb"/>
        <w:numPr>
          <w:ilvl w:val="0"/>
          <w:numId w:val="3"/>
        </w:numPr>
        <w:rPr>
          <w:rFonts w:ascii="Aptos Narrow" w:hAnsi="Aptos Narrow"/>
        </w:rPr>
      </w:pPr>
      <w:r w:rsidRPr="00B967FF">
        <w:rPr>
          <w:rFonts w:ascii="Aptos Narrow" w:hAnsi="Aptos Narrow"/>
        </w:rPr>
        <w:t>obavlja i druge poslove iz područja zakupa i kupoprodaje poslovnih prostora koji su mu povjereni Zakonom, Statutom ili ovom Odlukom.</w:t>
      </w:r>
    </w:p>
    <w:p w14:paraId="07FB52B0" w14:textId="29C0D0A7" w:rsidR="001A559F" w:rsidRPr="00B967FF" w:rsidRDefault="00DB66BA">
      <w:pPr>
        <w:pStyle w:val="Body"/>
        <w:rPr>
          <w:rFonts w:ascii="Aptos Narrow" w:hAnsi="Aptos Narrow"/>
          <w:sz w:val="24"/>
          <w:szCs w:val="24"/>
        </w:rPr>
      </w:pPr>
      <w:r w:rsidRPr="00B967FF">
        <w:rPr>
          <w:rFonts w:ascii="Aptos Narrow" w:hAnsi="Aptos Narrow"/>
          <w:sz w:val="24"/>
          <w:szCs w:val="24"/>
        </w:rPr>
        <w:t xml:space="preserve">(3) </w:t>
      </w:r>
      <w:proofErr w:type="spellStart"/>
      <w:r w:rsidRPr="00B967FF">
        <w:rPr>
          <w:rFonts w:ascii="Aptos Narrow" w:hAnsi="Aptos Narrow"/>
          <w:sz w:val="24"/>
          <w:szCs w:val="24"/>
        </w:rPr>
        <w:t>Povjerenstvo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B967FF">
        <w:rPr>
          <w:rFonts w:ascii="Aptos Narrow" w:hAnsi="Aptos Narrow"/>
          <w:sz w:val="24"/>
          <w:szCs w:val="24"/>
        </w:rPr>
        <w:t>provedbu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javnoga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natječaja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B967FF">
        <w:rPr>
          <w:rFonts w:ascii="Aptos Narrow" w:hAnsi="Aptos Narrow"/>
          <w:sz w:val="24"/>
          <w:szCs w:val="24"/>
        </w:rPr>
        <w:t>zakup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poslovnoga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prostora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(u </w:t>
      </w:r>
      <w:proofErr w:type="spellStart"/>
      <w:r w:rsidRPr="00B967FF">
        <w:rPr>
          <w:rFonts w:ascii="Aptos Narrow" w:hAnsi="Aptos Narrow"/>
          <w:sz w:val="24"/>
          <w:szCs w:val="24"/>
        </w:rPr>
        <w:t>daljnjem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tekstu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: </w:t>
      </w:r>
      <w:proofErr w:type="spellStart"/>
      <w:r w:rsidRPr="00B967FF">
        <w:rPr>
          <w:rFonts w:ascii="Aptos Narrow" w:hAnsi="Aptos Narrow"/>
          <w:sz w:val="24"/>
          <w:szCs w:val="24"/>
        </w:rPr>
        <w:t>Povjerenstvo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) </w:t>
      </w:r>
      <w:proofErr w:type="spellStart"/>
      <w:r w:rsidRPr="00B967FF">
        <w:rPr>
          <w:rFonts w:ascii="Aptos Narrow" w:hAnsi="Aptos Narrow"/>
          <w:sz w:val="24"/>
          <w:szCs w:val="24"/>
        </w:rPr>
        <w:t>ovlašteno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B967FF">
        <w:rPr>
          <w:rFonts w:ascii="Aptos Narrow" w:hAnsi="Aptos Narrow"/>
          <w:sz w:val="24"/>
          <w:szCs w:val="24"/>
        </w:rPr>
        <w:t>tijelo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B967FF">
        <w:rPr>
          <w:rFonts w:ascii="Aptos Narrow" w:hAnsi="Aptos Narrow"/>
          <w:sz w:val="24"/>
          <w:szCs w:val="24"/>
        </w:rPr>
        <w:t>provedbu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postupka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0124C7">
        <w:rPr>
          <w:rFonts w:ascii="Aptos Narrow" w:hAnsi="Aptos Narrow"/>
          <w:sz w:val="24"/>
          <w:szCs w:val="24"/>
        </w:rPr>
        <w:t>javnog</w:t>
      </w:r>
      <w:proofErr w:type="spellEnd"/>
      <w:r w:rsidR="000124C7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0124C7">
        <w:rPr>
          <w:rFonts w:ascii="Aptos Narrow" w:hAnsi="Aptos Narrow"/>
          <w:sz w:val="24"/>
          <w:szCs w:val="24"/>
        </w:rPr>
        <w:t>natječaja</w:t>
      </w:r>
      <w:proofErr w:type="spellEnd"/>
      <w:r w:rsidR="000124C7">
        <w:rPr>
          <w:rFonts w:ascii="Aptos Narrow" w:hAnsi="Aptos Narrow"/>
          <w:sz w:val="24"/>
          <w:szCs w:val="24"/>
        </w:rPr>
        <w:t xml:space="preserve">, </w:t>
      </w:r>
      <w:proofErr w:type="spellStart"/>
      <w:r w:rsidR="000124C7">
        <w:rPr>
          <w:rFonts w:ascii="Aptos Narrow" w:hAnsi="Aptos Narrow"/>
          <w:sz w:val="24"/>
          <w:szCs w:val="24"/>
        </w:rPr>
        <w:t>te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F542E9">
        <w:rPr>
          <w:rFonts w:ascii="Aptos Narrow" w:hAnsi="Aptos Narrow"/>
          <w:sz w:val="24"/>
          <w:szCs w:val="24"/>
        </w:rPr>
        <w:t>odlučivanja</w:t>
      </w:r>
      <w:proofErr w:type="spellEnd"/>
      <w:r w:rsidR="00F542E9">
        <w:rPr>
          <w:rFonts w:ascii="Aptos Narrow" w:hAnsi="Aptos Narrow"/>
          <w:sz w:val="24"/>
          <w:szCs w:val="24"/>
        </w:rPr>
        <w:t xml:space="preserve"> o </w:t>
      </w:r>
      <w:proofErr w:type="spellStart"/>
      <w:r w:rsidR="00F542E9">
        <w:rPr>
          <w:rFonts w:ascii="Aptos Narrow" w:hAnsi="Aptos Narrow"/>
          <w:sz w:val="24"/>
          <w:szCs w:val="24"/>
        </w:rPr>
        <w:t>najpovoljnijoj</w:t>
      </w:r>
      <w:proofErr w:type="spellEnd"/>
      <w:r w:rsidR="00F542E9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F542E9">
        <w:rPr>
          <w:rFonts w:ascii="Aptos Narrow" w:hAnsi="Aptos Narrow"/>
          <w:sz w:val="24"/>
          <w:szCs w:val="24"/>
        </w:rPr>
        <w:t>ponudi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. </w:t>
      </w:r>
      <w:proofErr w:type="spellStart"/>
      <w:r w:rsidRPr="00B967FF">
        <w:rPr>
          <w:rFonts w:ascii="Aptos Narrow" w:hAnsi="Aptos Narrow"/>
          <w:sz w:val="24"/>
          <w:szCs w:val="24"/>
        </w:rPr>
        <w:t>Povjerenstvo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ima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predsjednika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i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dva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člana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koje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imenuje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i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razrješuje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Načelnik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. Za </w:t>
      </w:r>
      <w:proofErr w:type="spellStart"/>
      <w:r w:rsidRPr="00B967FF">
        <w:rPr>
          <w:rFonts w:ascii="Aptos Narrow" w:hAnsi="Aptos Narrow"/>
          <w:sz w:val="24"/>
          <w:szCs w:val="24"/>
        </w:rPr>
        <w:t>člana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B967FF">
        <w:rPr>
          <w:rFonts w:ascii="Aptos Narrow" w:hAnsi="Aptos Narrow"/>
          <w:sz w:val="24"/>
          <w:szCs w:val="24"/>
        </w:rPr>
        <w:t>može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imenovati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i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zamjenik</w:t>
      </w:r>
      <w:proofErr w:type="spellEnd"/>
      <w:r w:rsidRPr="00B967FF">
        <w:rPr>
          <w:rFonts w:ascii="Aptos Narrow" w:hAnsi="Aptos Narrow"/>
          <w:sz w:val="24"/>
          <w:szCs w:val="24"/>
        </w:rPr>
        <w:t>.</w:t>
      </w:r>
    </w:p>
    <w:p w14:paraId="4F9FE62E" w14:textId="77777777" w:rsidR="001A559F" w:rsidRPr="00B967FF" w:rsidRDefault="00DB66BA">
      <w:pPr>
        <w:pStyle w:val="Body"/>
        <w:rPr>
          <w:rFonts w:ascii="Aptos Narrow" w:hAnsi="Aptos Narrow"/>
          <w:sz w:val="24"/>
          <w:szCs w:val="24"/>
        </w:rPr>
      </w:pPr>
      <w:r w:rsidRPr="00B967FF">
        <w:rPr>
          <w:rFonts w:ascii="Aptos Narrow" w:hAnsi="Aptos Narrow"/>
          <w:sz w:val="24"/>
          <w:szCs w:val="24"/>
        </w:rPr>
        <w:t xml:space="preserve">(4) O </w:t>
      </w:r>
      <w:proofErr w:type="spellStart"/>
      <w:r w:rsidRPr="00B967FF">
        <w:rPr>
          <w:rFonts w:ascii="Aptos Narrow" w:hAnsi="Aptos Narrow"/>
          <w:sz w:val="24"/>
          <w:szCs w:val="24"/>
        </w:rPr>
        <w:t>svojem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radu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Povjerenstvo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sastavlja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zapisnike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i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donosi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odluke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većinom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glasova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svih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članova</w:t>
      </w:r>
      <w:proofErr w:type="spellEnd"/>
      <w:r w:rsidRPr="00B967FF">
        <w:rPr>
          <w:rFonts w:ascii="Aptos Narrow" w:hAnsi="Aptos Narrow"/>
          <w:sz w:val="24"/>
          <w:szCs w:val="24"/>
        </w:rPr>
        <w:t>.</w:t>
      </w:r>
    </w:p>
    <w:p w14:paraId="444E4E0C" w14:textId="77777777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lastRenderedPageBreak/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5.</w:t>
      </w:r>
    </w:p>
    <w:p w14:paraId="41860665" w14:textId="75ADAC38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>(</w:t>
      </w:r>
      <w:r w:rsidR="00B967FF">
        <w:rPr>
          <w:rFonts w:ascii="Aptos Narrow" w:hAnsi="Aptos Narrow"/>
          <w:sz w:val="24"/>
          <w:szCs w:val="24"/>
        </w:rPr>
        <w:t>1</w:t>
      </w:r>
      <w:r w:rsidRPr="002635E5">
        <w:rPr>
          <w:rFonts w:ascii="Aptos Narrow" w:hAnsi="Aptos Narrow"/>
          <w:sz w:val="24"/>
          <w:szCs w:val="24"/>
        </w:rPr>
        <w:t xml:space="preserve">)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ne </w:t>
      </w:r>
      <w:proofErr w:type="spellStart"/>
      <w:r w:rsidRPr="002635E5">
        <w:rPr>
          <w:rFonts w:ascii="Aptos Narrow" w:hAnsi="Aptos Narrow"/>
          <w:sz w:val="24"/>
          <w:szCs w:val="24"/>
        </w:rPr>
        <w:t>smije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bez </w:t>
      </w:r>
      <w:proofErr w:type="spellStart"/>
      <w:r w:rsidRPr="002635E5">
        <w:rPr>
          <w:rFonts w:ascii="Aptos Narrow" w:hAnsi="Aptos Narrow"/>
          <w:sz w:val="24"/>
          <w:szCs w:val="24"/>
        </w:rPr>
        <w:t>prethodne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pisane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suglasnosti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B967FF">
        <w:rPr>
          <w:rFonts w:ascii="Aptos Narrow" w:hAnsi="Aptos Narrow"/>
          <w:sz w:val="24"/>
          <w:szCs w:val="24"/>
        </w:rPr>
        <w:t>Općinskog</w:t>
      </w:r>
      <w:proofErr w:type="spellEnd"/>
      <w:r w:rsid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B967FF">
        <w:rPr>
          <w:rFonts w:ascii="Aptos Narrow" w:hAnsi="Aptos Narrow"/>
          <w:sz w:val="24"/>
          <w:szCs w:val="24"/>
        </w:rPr>
        <w:t>vijeća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promijeniti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ugovorenu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djelatnost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poslovnom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obavljati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djelatnost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ugovorena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6523F44E" w14:textId="2F6042EE" w:rsidR="0075748A" w:rsidRPr="0075748A" w:rsidRDefault="00DB66BA" w:rsidP="0075748A">
      <w:pPr>
        <w:pStyle w:val="Body"/>
        <w:rPr>
          <w:rFonts w:ascii="Aptos Narrow" w:hAnsi="Aptos Narrow"/>
          <w:strike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>(</w:t>
      </w:r>
      <w:r w:rsidR="00B967FF">
        <w:rPr>
          <w:rFonts w:ascii="Aptos Narrow" w:hAnsi="Aptos Narrow"/>
          <w:sz w:val="24"/>
          <w:szCs w:val="24"/>
        </w:rPr>
        <w:t>2</w:t>
      </w:r>
      <w:r w:rsidRPr="002635E5">
        <w:rPr>
          <w:rFonts w:ascii="Aptos Narrow" w:hAnsi="Aptos Narrow"/>
          <w:sz w:val="24"/>
          <w:szCs w:val="24"/>
        </w:rPr>
        <w:t xml:space="preserve">) </w:t>
      </w:r>
      <w:proofErr w:type="spellStart"/>
      <w:r w:rsidR="00B967FF">
        <w:rPr>
          <w:rFonts w:ascii="Aptos Narrow" w:hAnsi="Aptos Narrow"/>
          <w:sz w:val="24"/>
          <w:szCs w:val="24"/>
        </w:rPr>
        <w:t>Općinsko</w:t>
      </w:r>
      <w:proofErr w:type="spellEnd"/>
      <w:r w:rsid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B967FF">
        <w:rPr>
          <w:rFonts w:ascii="Aptos Narrow" w:hAnsi="Aptos Narrow"/>
          <w:sz w:val="24"/>
          <w:szCs w:val="24"/>
        </w:rPr>
        <w:t>vijeće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može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obrazloženi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zahtjev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odobriti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dodatnu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djelatnost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srodna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spojiva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 </w:t>
      </w:r>
      <w:proofErr w:type="spellStart"/>
      <w:r w:rsidRPr="002635E5">
        <w:rPr>
          <w:rFonts w:ascii="Aptos Narrow" w:hAnsi="Aptos Narrow"/>
          <w:sz w:val="24"/>
          <w:szCs w:val="24"/>
        </w:rPr>
        <w:t>ugovorenom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djelatnošću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ako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time </w:t>
      </w:r>
      <w:proofErr w:type="spellStart"/>
      <w:r w:rsidRPr="002635E5">
        <w:rPr>
          <w:rFonts w:ascii="Aptos Narrow" w:hAnsi="Aptos Narrow"/>
          <w:sz w:val="24"/>
          <w:szCs w:val="24"/>
        </w:rPr>
        <w:t>nije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povrijeđena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svrha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natječaja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="00F325B5">
        <w:rPr>
          <w:rFonts w:ascii="Aptos Narrow" w:hAnsi="Aptos Narrow"/>
          <w:sz w:val="24"/>
          <w:szCs w:val="24"/>
        </w:rPr>
        <w:t>namjena</w:t>
      </w:r>
      <w:proofErr w:type="spellEnd"/>
      <w:r w:rsidR="00F325B5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F325B5">
        <w:rPr>
          <w:rFonts w:ascii="Aptos Narrow" w:hAnsi="Aptos Narrow"/>
          <w:sz w:val="24"/>
          <w:szCs w:val="24"/>
        </w:rPr>
        <w:t>poslovnog</w:t>
      </w:r>
      <w:proofErr w:type="spellEnd"/>
      <w:r w:rsidR="00F325B5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F325B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prava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drugih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osoba</w:t>
      </w:r>
      <w:proofErr w:type="spellEnd"/>
      <w:r w:rsidR="000124C7">
        <w:rPr>
          <w:rFonts w:ascii="Aptos Narrow" w:hAnsi="Aptos Narrow"/>
          <w:sz w:val="24"/>
          <w:szCs w:val="24"/>
        </w:rPr>
        <w:t>.</w:t>
      </w:r>
      <w:r w:rsidRPr="002635E5">
        <w:rPr>
          <w:rFonts w:ascii="Aptos Narrow" w:hAnsi="Aptos Narrow"/>
          <w:sz w:val="24"/>
          <w:szCs w:val="24"/>
        </w:rPr>
        <w:t xml:space="preserve"> </w:t>
      </w:r>
    </w:p>
    <w:p w14:paraId="16E399AC" w14:textId="36C95739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6.</w:t>
      </w:r>
    </w:p>
    <w:p w14:paraId="348B1541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Ova se </w:t>
      </w:r>
      <w:proofErr w:type="spellStart"/>
      <w:r w:rsidRPr="002635E5">
        <w:rPr>
          <w:rFonts w:ascii="Aptos Narrow" w:hAnsi="Aptos Narrow"/>
          <w:sz w:val="24"/>
          <w:szCs w:val="24"/>
        </w:rPr>
        <w:t>Odluka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ne </w:t>
      </w:r>
      <w:proofErr w:type="spellStart"/>
      <w:r w:rsidRPr="002635E5">
        <w:rPr>
          <w:rFonts w:ascii="Aptos Narrow" w:hAnsi="Aptos Narrow"/>
          <w:sz w:val="24"/>
          <w:szCs w:val="24"/>
        </w:rPr>
        <w:t>primjenjuje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privremeno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korištenje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njegova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dijela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radi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održavanja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sajmova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izložbi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priredbi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sastanaka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savjetovanja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predavanja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druge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slične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svrhe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ako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korištenje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ne </w:t>
      </w:r>
      <w:proofErr w:type="spellStart"/>
      <w:r w:rsidRPr="002635E5">
        <w:rPr>
          <w:rFonts w:ascii="Aptos Narrow" w:hAnsi="Aptos Narrow"/>
          <w:sz w:val="24"/>
          <w:szCs w:val="24"/>
        </w:rPr>
        <w:t>traje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dulje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od 30 dana, </w:t>
      </w:r>
      <w:proofErr w:type="spellStart"/>
      <w:r w:rsidRPr="002635E5">
        <w:rPr>
          <w:rFonts w:ascii="Aptos Narrow" w:hAnsi="Aptos Narrow"/>
          <w:sz w:val="24"/>
          <w:szCs w:val="24"/>
        </w:rPr>
        <w:t>odnosno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ako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ne </w:t>
      </w:r>
      <w:proofErr w:type="spellStart"/>
      <w:r w:rsidRPr="002635E5">
        <w:rPr>
          <w:rFonts w:ascii="Aptos Narrow" w:hAnsi="Aptos Narrow"/>
          <w:sz w:val="24"/>
          <w:szCs w:val="24"/>
        </w:rPr>
        <w:t>traje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dulje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šest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mjeseci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kada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prostor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koristi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radi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skladištenja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čuvanja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robe, pod </w:t>
      </w:r>
      <w:proofErr w:type="spellStart"/>
      <w:r w:rsidRPr="002635E5">
        <w:rPr>
          <w:rFonts w:ascii="Aptos Narrow" w:hAnsi="Aptos Narrow"/>
          <w:sz w:val="24"/>
          <w:szCs w:val="24"/>
        </w:rPr>
        <w:t>uvjetom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da </w:t>
      </w:r>
      <w:proofErr w:type="spellStart"/>
      <w:r w:rsidRPr="002635E5">
        <w:rPr>
          <w:rFonts w:ascii="Aptos Narrow" w:hAnsi="Aptos Narrow"/>
          <w:sz w:val="24"/>
          <w:szCs w:val="24"/>
        </w:rPr>
        <w:t>korištenje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ne </w:t>
      </w:r>
      <w:proofErr w:type="spellStart"/>
      <w:r w:rsidRPr="002635E5">
        <w:rPr>
          <w:rFonts w:ascii="Aptos Narrow" w:hAnsi="Aptos Narrow"/>
          <w:sz w:val="24"/>
          <w:szCs w:val="24"/>
        </w:rPr>
        <w:t>predstavlja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prikriveni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56BB3A2D" w14:textId="77777777" w:rsidR="001A559F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</w:t>
      </w:r>
      <w:proofErr w:type="spellStart"/>
      <w:r w:rsidRPr="002635E5">
        <w:rPr>
          <w:rFonts w:ascii="Aptos Narrow" w:hAnsi="Aptos Narrow"/>
          <w:sz w:val="24"/>
          <w:szCs w:val="24"/>
        </w:rPr>
        <w:t>Uvjete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naknadu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2635E5">
        <w:rPr>
          <w:rFonts w:ascii="Aptos Narrow" w:hAnsi="Aptos Narrow"/>
          <w:sz w:val="24"/>
          <w:szCs w:val="24"/>
        </w:rPr>
        <w:t>privremeno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korištenje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stavka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1. </w:t>
      </w:r>
      <w:proofErr w:type="spellStart"/>
      <w:r w:rsidRPr="002635E5">
        <w:rPr>
          <w:rFonts w:ascii="Aptos Narrow" w:hAnsi="Aptos Narrow"/>
          <w:sz w:val="24"/>
          <w:szCs w:val="24"/>
        </w:rPr>
        <w:t>ovoga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članka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utvrđuje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Načelnik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posebnim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aktom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uz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jednako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postupanje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usporedivim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korisnicima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31339AEC" w14:textId="77777777" w:rsidR="0075748A" w:rsidRPr="002635E5" w:rsidRDefault="0075748A">
      <w:pPr>
        <w:pStyle w:val="Body"/>
        <w:rPr>
          <w:rFonts w:ascii="Aptos Narrow" w:hAnsi="Aptos Narrow"/>
          <w:sz w:val="24"/>
          <w:szCs w:val="24"/>
        </w:rPr>
      </w:pPr>
    </w:p>
    <w:p w14:paraId="67B3A8D6" w14:textId="77777777" w:rsidR="001A559F" w:rsidRPr="002635E5" w:rsidRDefault="00DB66BA">
      <w:pPr>
        <w:pStyle w:val="Chapter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>II. ZASNIVANJE ZAKUPA</w:t>
      </w:r>
    </w:p>
    <w:p w14:paraId="7261076F" w14:textId="77777777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7.</w:t>
      </w:r>
    </w:p>
    <w:p w14:paraId="0F672A88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</w:t>
      </w:r>
      <w:proofErr w:type="spellStart"/>
      <w:r w:rsidRPr="002635E5">
        <w:rPr>
          <w:rFonts w:ascii="Aptos Narrow" w:hAnsi="Aptos Narrow"/>
          <w:sz w:val="24"/>
          <w:szCs w:val="24"/>
        </w:rPr>
        <w:t>Poslovni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daje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u </w:t>
      </w:r>
      <w:proofErr w:type="spellStart"/>
      <w:r w:rsidRPr="002635E5">
        <w:rPr>
          <w:rFonts w:ascii="Aptos Narrow" w:hAnsi="Aptos Narrow"/>
          <w:sz w:val="24"/>
          <w:szCs w:val="24"/>
        </w:rPr>
        <w:t>zakup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putem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javnoga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natječaja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osim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slučajevima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kojima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Zakonom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dopušteno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sklapanje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bez </w:t>
      </w:r>
      <w:proofErr w:type="spellStart"/>
      <w:r w:rsidRPr="002635E5">
        <w:rPr>
          <w:rFonts w:ascii="Aptos Narrow" w:hAnsi="Aptos Narrow"/>
          <w:sz w:val="24"/>
          <w:szCs w:val="24"/>
        </w:rPr>
        <w:t>javnoga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natječaja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03D76AF7" w14:textId="727507EA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</w:t>
      </w:r>
      <w:proofErr w:type="spellStart"/>
      <w:r w:rsidRPr="002635E5">
        <w:rPr>
          <w:rFonts w:ascii="Aptos Narrow" w:hAnsi="Aptos Narrow"/>
          <w:sz w:val="24"/>
          <w:szCs w:val="24"/>
        </w:rPr>
        <w:t>Poslovni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daje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u </w:t>
      </w:r>
      <w:proofErr w:type="spellStart"/>
      <w:r w:rsidRPr="002635E5">
        <w:rPr>
          <w:rFonts w:ascii="Aptos Narrow" w:hAnsi="Aptos Narrow"/>
          <w:sz w:val="24"/>
          <w:szCs w:val="24"/>
        </w:rPr>
        <w:t>zakup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određeno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vrijeme</w:t>
      </w:r>
      <w:proofErr w:type="spellEnd"/>
      <w:r w:rsid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najdulje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do </w:t>
      </w:r>
      <w:proofErr w:type="spellStart"/>
      <w:r w:rsidRPr="002635E5">
        <w:rPr>
          <w:rFonts w:ascii="Aptos Narrow" w:hAnsi="Aptos Narrow"/>
          <w:sz w:val="24"/>
          <w:szCs w:val="24"/>
        </w:rPr>
        <w:t>deset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godina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ovisno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vrsti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potrebnim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ulaganjima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djelatnosti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interesu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Općine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7A2F4B1C" w14:textId="0080AB78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(3) </w:t>
      </w:r>
      <w:proofErr w:type="spellStart"/>
      <w:r w:rsidRPr="002635E5">
        <w:rPr>
          <w:rFonts w:ascii="Aptos Narrow" w:hAnsi="Aptos Narrow"/>
          <w:sz w:val="24"/>
          <w:szCs w:val="24"/>
        </w:rPr>
        <w:t>Trajanje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2635E5">
        <w:rPr>
          <w:rFonts w:ascii="Aptos Narrow" w:hAnsi="Aptos Narrow"/>
          <w:sz w:val="24"/>
          <w:szCs w:val="24"/>
        </w:rPr>
        <w:t>pojedini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određuje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Načelnik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odlukom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raspisivanju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javnoga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natječaja</w:t>
      </w:r>
      <w:proofErr w:type="spellEnd"/>
      <w:r w:rsidR="00B96948">
        <w:rPr>
          <w:rFonts w:ascii="Aptos Narrow" w:hAnsi="Aptos Narrow"/>
          <w:sz w:val="24"/>
          <w:szCs w:val="24"/>
        </w:rPr>
        <w:t xml:space="preserve">, </w:t>
      </w:r>
      <w:proofErr w:type="spellStart"/>
      <w:r w:rsidR="00B96948">
        <w:rPr>
          <w:rFonts w:ascii="Aptos Narrow" w:hAnsi="Aptos Narrow"/>
          <w:sz w:val="24"/>
          <w:szCs w:val="24"/>
        </w:rPr>
        <w:t>odnosno</w:t>
      </w:r>
      <w:proofErr w:type="spellEnd"/>
      <w:r w:rsidR="00B96948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B96948">
        <w:rPr>
          <w:rFonts w:ascii="Aptos Narrow" w:hAnsi="Aptos Narrow"/>
          <w:sz w:val="24"/>
          <w:szCs w:val="24"/>
        </w:rPr>
        <w:t>sklapanjem</w:t>
      </w:r>
      <w:proofErr w:type="spellEnd"/>
      <w:r w:rsidR="00B96948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B96948">
        <w:rPr>
          <w:rFonts w:ascii="Aptos Narrow" w:hAnsi="Aptos Narrow"/>
          <w:sz w:val="24"/>
          <w:szCs w:val="24"/>
        </w:rPr>
        <w:t>ugovora</w:t>
      </w:r>
      <w:proofErr w:type="spellEnd"/>
      <w:r w:rsidR="00B96948">
        <w:rPr>
          <w:rFonts w:ascii="Aptos Narrow" w:hAnsi="Aptos Narrow"/>
          <w:sz w:val="24"/>
          <w:szCs w:val="24"/>
        </w:rPr>
        <w:t xml:space="preserve"> o </w:t>
      </w:r>
      <w:proofErr w:type="spellStart"/>
      <w:r w:rsidR="00B96948">
        <w:rPr>
          <w:rFonts w:ascii="Aptos Narrow" w:hAnsi="Aptos Narrow"/>
          <w:sz w:val="24"/>
          <w:szCs w:val="24"/>
        </w:rPr>
        <w:t>produljenju</w:t>
      </w:r>
      <w:proofErr w:type="spellEnd"/>
      <w:r w:rsidR="00B96948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B96948">
        <w:rPr>
          <w:rFonts w:ascii="Aptos Narrow" w:hAnsi="Aptos Narrow"/>
          <w:sz w:val="24"/>
          <w:szCs w:val="24"/>
        </w:rPr>
        <w:t>zakupa</w:t>
      </w:r>
      <w:proofErr w:type="spellEnd"/>
      <w:r w:rsidR="00B96948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B96948">
        <w:rPr>
          <w:rFonts w:ascii="Aptos Narrow" w:hAnsi="Aptos Narrow"/>
          <w:sz w:val="24"/>
          <w:szCs w:val="24"/>
        </w:rPr>
        <w:t>poslovnog</w:t>
      </w:r>
      <w:proofErr w:type="spellEnd"/>
      <w:r w:rsidR="00B96948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B96948">
        <w:rPr>
          <w:rFonts w:ascii="Aptos Narrow" w:hAnsi="Aptos Narrow"/>
          <w:sz w:val="24"/>
          <w:szCs w:val="24"/>
        </w:rPr>
        <w:t>prostora</w:t>
      </w:r>
      <w:proofErr w:type="spellEnd"/>
      <w:r w:rsidR="00B96948">
        <w:rPr>
          <w:rFonts w:ascii="Aptos Narrow" w:hAnsi="Aptos Narrow"/>
          <w:sz w:val="24"/>
          <w:szCs w:val="24"/>
        </w:rPr>
        <w:t>.</w:t>
      </w:r>
    </w:p>
    <w:p w14:paraId="03617905" w14:textId="77777777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8.</w:t>
      </w:r>
    </w:p>
    <w:p w14:paraId="4D6C746E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</w:t>
      </w:r>
      <w:proofErr w:type="spellStart"/>
      <w:r w:rsidRPr="002635E5">
        <w:rPr>
          <w:rFonts w:ascii="Aptos Narrow" w:hAnsi="Aptos Narrow"/>
          <w:sz w:val="24"/>
          <w:szCs w:val="24"/>
        </w:rPr>
        <w:t>Ugovor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zakupu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ne mora se </w:t>
      </w:r>
      <w:proofErr w:type="spellStart"/>
      <w:r w:rsidRPr="002635E5">
        <w:rPr>
          <w:rFonts w:ascii="Aptos Narrow" w:hAnsi="Aptos Narrow"/>
          <w:sz w:val="24"/>
          <w:szCs w:val="24"/>
        </w:rPr>
        <w:t>sklopiti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temelju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javnoga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natječaja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kada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ga </w:t>
      </w:r>
      <w:proofErr w:type="spellStart"/>
      <w:r w:rsidRPr="002635E5">
        <w:rPr>
          <w:rFonts w:ascii="Aptos Narrow" w:hAnsi="Aptos Narrow"/>
          <w:sz w:val="24"/>
          <w:szCs w:val="24"/>
        </w:rPr>
        <w:t>međusobno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sklapaju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Republika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Hrvatska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odnosno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pravna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osoba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isključivom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vlasništvu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Republike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Hrvatske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ako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to u </w:t>
      </w:r>
      <w:proofErr w:type="spellStart"/>
      <w:r w:rsidRPr="002635E5">
        <w:rPr>
          <w:rFonts w:ascii="Aptos Narrow" w:hAnsi="Aptos Narrow"/>
          <w:sz w:val="24"/>
          <w:szCs w:val="24"/>
        </w:rPr>
        <w:t>interesu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radi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ostvarivanja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gospodarskoga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socijalnoga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napretka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građana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Općine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54BB81F7" w14:textId="78C073CF" w:rsidR="001A559F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</w:t>
      </w:r>
      <w:proofErr w:type="spellStart"/>
      <w:r w:rsidRPr="002635E5">
        <w:rPr>
          <w:rFonts w:ascii="Aptos Narrow" w:hAnsi="Aptos Narrow"/>
          <w:sz w:val="24"/>
          <w:szCs w:val="24"/>
        </w:rPr>
        <w:t>Zakupnina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stavka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1. </w:t>
      </w:r>
      <w:proofErr w:type="spellStart"/>
      <w:r w:rsidRPr="002635E5">
        <w:rPr>
          <w:rFonts w:ascii="Aptos Narrow" w:hAnsi="Aptos Narrow"/>
          <w:sz w:val="24"/>
          <w:szCs w:val="24"/>
        </w:rPr>
        <w:t>ovoga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članka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određuje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prema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3A3030">
        <w:rPr>
          <w:rFonts w:ascii="Aptos Narrow" w:hAnsi="Aptos Narrow"/>
          <w:sz w:val="24"/>
          <w:szCs w:val="24"/>
        </w:rPr>
        <w:t>kriterijima</w:t>
      </w:r>
      <w:proofErr w:type="spellEnd"/>
      <w:r w:rsidR="003A3030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3A3030">
        <w:rPr>
          <w:rFonts w:ascii="Aptos Narrow" w:hAnsi="Aptos Narrow"/>
          <w:sz w:val="24"/>
          <w:szCs w:val="24"/>
        </w:rPr>
        <w:t>koje</w:t>
      </w:r>
      <w:proofErr w:type="spellEnd"/>
      <w:r w:rsidR="003A3030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3A3030">
        <w:rPr>
          <w:rFonts w:ascii="Aptos Narrow" w:hAnsi="Aptos Narrow"/>
          <w:sz w:val="24"/>
          <w:szCs w:val="24"/>
        </w:rPr>
        <w:t>odredi</w:t>
      </w:r>
      <w:proofErr w:type="spellEnd"/>
      <w:r w:rsidR="003A3030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3A3030">
        <w:rPr>
          <w:rFonts w:ascii="Aptos Narrow" w:hAnsi="Aptos Narrow"/>
          <w:sz w:val="24"/>
          <w:szCs w:val="24"/>
        </w:rPr>
        <w:t>Općinsko</w:t>
      </w:r>
      <w:proofErr w:type="spellEnd"/>
      <w:r w:rsidR="003A3030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3A3030">
        <w:rPr>
          <w:rFonts w:ascii="Aptos Narrow" w:hAnsi="Aptos Narrow"/>
          <w:sz w:val="24"/>
          <w:szCs w:val="24"/>
        </w:rPr>
        <w:t>vijeće</w:t>
      </w:r>
      <w:proofErr w:type="spellEnd"/>
    </w:p>
    <w:p w14:paraId="583F9E4B" w14:textId="4432D4AE" w:rsidR="00B967FF" w:rsidRPr="002635E5" w:rsidRDefault="00B967FF">
      <w:pPr>
        <w:pStyle w:val="Body"/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  <w:t xml:space="preserve">(3) </w:t>
      </w:r>
      <w:r w:rsidRPr="00B967FF">
        <w:rPr>
          <w:rFonts w:ascii="Aptos Narrow" w:hAnsi="Aptos Narrow"/>
          <w:sz w:val="24"/>
          <w:szCs w:val="24"/>
        </w:rPr>
        <w:t xml:space="preserve">Za </w:t>
      </w:r>
      <w:proofErr w:type="spellStart"/>
      <w:r w:rsidRPr="00B967FF">
        <w:rPr>
          <w:rFonts w:ascii="Aptos Narrow" w:hAnsi="Aptos Narrow"/>
          <w:sz w:val="24"/>
          <w:szCs w:val="24"/>
        </w:rPr>
        <w:t>zakup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poslovnog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prostora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iz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stavka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1. </w:t>
      </w:r>
      <w:proofErr w:type="spellStart"/>
      <w:r w:rsidRPr="00B967FF">
        <w:rPr>
          <w:rFonts w:ascii="Aptos Narrow" w:hAnsi="Aptos Narrow"/>
          <w:sz w:val="24"/>
          <w:szCs w:val="24"/>
        </w:rPr>
        <w:t>ovoga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članka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može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B967FF">
        <w:rPr>
          <w:rFonts w:ascii="Aptos Narrow" w:hAnsi="Aptos Narrow"/>
          <w:sz w:val="24"/>
          <w:szCs w:val="24"/>
        </w:rPr>
        <w:t>odrediti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zakupnina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niža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od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zakupnine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CA057C">
        <w:rPr>
          <w:rFonts w:ascii="Aptos Narrow" w:hAnsi="Aptos Narrow"/>
          <w:sz w:val="24"/>
          <w:szCs w:val="24"/>
        </w:rPr>
        <w:t>iz</w:t>
      </w:r>
      <w:proofErr w:type="spellEnd"/>
      <w:r w:rsidR="00CA057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CA057C">
        <w:rPr>
          <w:rFonts w:ascii="Aptos Narrow" w:hAnsi="Aptos Narrow"/>
          <w:sz w:val="24"/>
          <w:szCs w:val="24"/>
        </w:rPr>
        <w:t>stavka</w:t>
      </w:r>
      <w:proofErr w:type="spellEnd"/>
      <w:r w:rsidR="00CA057C">
        <w:rPr>
          <w:rFonts w:ascii="Aptos Narrow" w:hAnsi="Aptos Narrow"/>
          <w:sz w:val="24"/>
          <w:szCs w:val="24"/>
        </w:rPr>
        <w:t xml:space="preserve"> 2.</w:t>
      </w:r>
      <w:r w:rsidRPr="00B967FF">
        <w:rPr>
          <w:rFonts w:ascii="Aptos Narrow" w:hAnsi="Aptos Narrow"/>
          <w:sz w:val="24"/>
          <w:szCs w:val="24"/>
        </w:rPr>
        <w:t xml:space="preserve">, a </w:t>
      </w:r>
      <w:proofErr w:type="spellStart"/>
      <w:r w:rsidRPr="00B967FF">
        <w:rPr>
          <w:rFonts w:ascii="Aptos Narrow" w:hAnsi="Aptos Narrow"/>
          <w:sz w:val="24"/>
          <w:szCs w:val="24"/>
        </w:rPr>
        <w:t>visinu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zakupnine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utvrđuje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Općinsko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vijeće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posebnom</w:t>
      </w:r>
      <w:proofErr w:type="spellEnd"/>
      <w:r w:rsidRPr="00B967F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B967FF">
        <w:rPr>
          <w:rFonts w:ascii="Aptos Narrow" w:hAnsi="Aptos Narrow"/>
          <w:sz w:val="24"/>
          <w:szCs w:val="24"/>
        </w:rPr>
        <w:t>odlukom</w:t>
      </w:r>
      <w:proofErr w:type="spellEnd"/>
      <w:r w:rsidRPr="00B967FF">
        <w:rPr>
          <w:rFonts w:ascii="Aptos Narrow" w:hAnsi="Aptos Narrow"/>
          <w:sz w:val="24"/>
          <w:szCs w:val="24"/>
        </w:rPr>
        <w:t>.</w:t>
      </w:r>
    </w:p>
    <w:p w14:paraId="3875D10C" w14:textId="50CC6776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(3) </w:t>
      </w:r>
      <w:proofErr w:type="spellStart"/>
      <w:r w:rsidRPr="002635E5">
        <w:rPr>
          <w:rFonts w:ascii="Aptos Narrow" w:hAnsi="Aptos Narrow"/>
          <w:sz w:val="24"/>
          <w:szCs w:val="24"/>
        </w:rPr>
        <w:t>Odluka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sklapanju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stavka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1.</w:t>
      </w:r>
      <w:r w:rsidR="00CA057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9516F1">
        <w:rPr>
          <w:rFonts w:ascii="Aptos Narrow" w:hAnsi="Aptos Narrow"/>
          <w:sz w:val="24"/>
          <w:szCs w:val="24"/>
        </w:rPr>
        <w:t>i</w:t>
      </w:r>
      <w:proofErr w:type="spellEnd"/>
      <w:r w:rsidR="00CA057C">
        <w:rPr>
          <w:rFonts w:ascii="Aptos Narrow" w:hAnsi="Aptos Narrow"/>
          <w:sz w:val="24"/>
          <w:szCs w:val="24"/>
        </w:rPr>
        <w:t xml:space="preserve"> 2.</w:t>
      </w:r>
      <w:r w:rsidRPr="002635E5">
        <w:rPr>
          <w:rFonts w:ascii="Aptos Narrow" w:hAnsi="Aptos Narrow"/>
          <w:sz w:val="24"/>
          <w:szCs w:val="24"/>
        </w:rPr>
        <w:t xml:space="preserve"> mora </w:t>
      </w:r>
      <w:proofErr w:type="spellStart"/>
      <w:r w:rsidRPr="002635E5">
        <w:rPr>
          <w:rFonts w:ascii="Aptos Narrow" w:hAnsi="Aptos Narrow"/>
          <w:sz w:val="24"/>
          <w:szCs w:val="24"/>
        </w:rPr>
        <w:t>biti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obrazložena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javno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objavljena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skladu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 </w:t>
      </w:r>
      <w:proofErr w:type="spellStart"/>
      <w:r w:rsidRPr="002635E5">
        <w:rPr>
          <w:rFonts w:ascii="Aptos Narrow" w:hAnsi="Aptos Narrow"/>
          <w:sz w:val="24"/>
          <w:szCs w:val="24"/>
        </w:rPr>
        <w:t>pravilima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transparentnoga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upravljanja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općinskom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imovinom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1AE19DEA" w14:textId="77777777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9.</w:t>
      </w:r>
    </w:p>
    <w:p w14:paraId="3A518884" w14:textId="743532C3" w:rsidR="009516F1" w:rsidRPr="009516F1" w:rsidRDefault="009516F1" w:rsidP="00D346B8">
      <w:pPr>
        <w:pStyle w:val="Article"/>
        <w:jc w:val="both"/>
        <w:rPr>
          <w:rFonts w:ascii="Aptos Narrow" w:hAnsi="Aptos Narrow"/>
          <w:b w:val="0"/>
          <w:sz w:val="24"/>
          <w:szCs w:val="24"/>
        </w:rPr>
      </w:pPr>
      <w:r w:rsidRPr="009516F1">
        <w:rPr>
          <w:rFonts w:ascii="Aptos Narrow" w:hAnsi="Aptos Narrow"/>
          <w:b w:val="0"/>
          <w:sz w:val="24"/>
          <w:szCs w:val="24"/>
        </w:rPr>
        <w:t xml:space="preserve">(1)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Zakupniku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poslovnoga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prostora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koji u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potpunosti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ispunjava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obveze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iz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ugovora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o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zakupu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i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kojemu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istječe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ugovor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sklopljen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na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temelju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javnoga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natječaja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Načelnik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će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najkasnije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60 dana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prije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isteka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ugovora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ponuditi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sklapanje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novoga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ugovora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na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određeno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vrijeme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najdulje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do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deset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godina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osim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lastRenderedPageBreak/>
        <w:t>ako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je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poslovni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prostor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potreban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Općini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za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vlastite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potrebe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ili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Općina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namjerava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poslovni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prostor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dati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u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zakup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za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drugu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namjenu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odnosno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djelatnost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ili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drugačije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raspolagati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poslovnim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prostorom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>.</w:t>
      </w:r>
    </w:p>
    <w:p w14:paraId="64EF0A17" w14:textId="77777777" w:rsidR="009516F1" w:rsidRPr="009516F1" w:rsidRDefault="009516F1" w:rsidP="00D346B8">
      <w:pPr>
        <w:pStyle w:val="Article"/>
        <w:jc w:val="both"/>
        <w:rPr>
          <w:rFonts w:ascii="Aptos Narrow" w:hAnsi="Aptos Narrow"/>
          <w:b w:val="0"/>
          <w:sz w:val="24"/>
          <w:szCs w:val="24"/>
        </w:rPr>
      </w:pPr>
      <w:r w:rsidRPr="009516F1">
        <w:rPr>
          <w:rFonts w:ascii="Aptos Narrow" w:hAnsi="Aptos Narrow"/>
          <w:b w:val="0"/>
          <w:sz w:val="24"/>
          <w:szCs w:val="24"/>
        </w:rPr>
        <w:t xml:space="preserve">(2) Osobi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kojoj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je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istekao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ugovor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o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zakupu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sklopljen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na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temelju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javnoga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natječaja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, a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koja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uredno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izvršava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sve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obveze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iz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ugovora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o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zakupu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i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dalje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obavlja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ugovorenu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djelatnost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te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nema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zapreka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iz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stavka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1.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ovoga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članka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Načelnik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može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ponuditi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sklapanje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ugovora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na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određeno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vrijeme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najdulje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do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deset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godina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>.</w:t>
      </w:r>
    </w:p>
    <w:p w14:paraId="0E4CC3D4" w14:textId="77777777" w:rsidR="009516F1" w:rsidRPr="009516F1" w:rsidRDefault="009516F1" w:rsidP="00D346B8">
      <w:pPr>
        <w:pStyle w:val="Article"/>
        <w:jc w:val="both"/>
        <w:rPr>
          <w:rFonts w:ascii="Aptos Narrow" w:hAnsi="Aptos Narrow"/>
          <w:b w:val="0"/>
          <w:sz w:val="24"/>
          <w:szCs w:val="24"/>
        </w:rPr>
      </w:pPr>
      <w:r w:rsidRPr="009516F1">
        <w:rPr>
          <w:rFonts w:ascii="Aptos Narrow" w:hAnsi="Aptos Narrow"/>
          <w:b w:val="0"/>
          <w:sz w:val="24"/>
          <w:szCs w:val="24"/>
        </w:rPr>
        <w:t xml:space="preserve">(3)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Nakon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isteka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ugovora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sklopljenoga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prema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stavcima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1.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ili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2.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ovoga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članka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zakupniku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koji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uredno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ispunjava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sve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obveze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iz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ugovora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može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se, pod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zakonskim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pretpostavkama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ponovno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ponuditi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sklapanje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ugovora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na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određeno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vrijeme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najdulje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do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deset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godina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>.</w:t>
      </w:r>
    </w:p>
    <w:p w14:paraId="75CF57E7" w14:textId="77777777" w:rsidR="009516F1" w:rsidRPr="009516F1" w:rsidRDefault="009516F1" w:rsidP="00D346B8">
      <w:pPr>
        <w:pStyle w:val="Article"/>
        <w:jc w:val="both"/>
        <w:rPr>
          <w:rFonts w:ascii="Aptos Narrow" w:hAnsi="Aptos Narrow"/>
          <w:b w:val="0"/>
          <w:sz w:val="24"/>
          <w:szCs w:val="24"/>
        </w:rPr>
      </w:pPr>
      <w:r w:rsidRPr="009516F1">
        <w:rPr>
          <w:rFonts w:ascii="Aptos Narrow" w:hAnsi="Aptos Narrow"/>
          <w:b w:val="0"/>
          <w:sz w:val="24"/>
          <w:szCs w:val="24"/>
        </w:rPr>
        <w:t xml:space="preserve">(4)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Zakupnina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u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ponudama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iz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ovoga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članka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određuje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se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prema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kriterijima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Općine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ovisno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o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djelatnosti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koja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će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se u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poslovnom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prostoru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obavljati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. Ako bi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tako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utvrđena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zakupnina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bila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niža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od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postojeće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zakupnine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odnosno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zakupnine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koju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je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zakupnik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plaćao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prije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isteka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ugovora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, u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ponudi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se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zadržava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postojeća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odnosno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prethodno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ugovorena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zakupnina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>.</w:t>
      </w:r>
    </w:p>
    <w:p w14:paraId="24B2A373" w14:textId="77777777" w:rsidR="00D346B8" w:rsidRDefault="009516F1" w:rsidP="00D346B8">
      <w:pPr>
        <w:pStyle w:val="Article"/>
        <w:jc w:val="both"/>
        <w:rPr>
          <w:rFonts w:ascii="Aptos Narrow" w:hAnsi="Aptos Narrow"/>
          <w:b w:val="0"/>
          <w:sz w:val="24"/>
          <w:szCs w:val="24"/>
        </w:rPr>
      </w:pPr>
      <w:r w:rsidRPr="009516F1">
        <w:rPr>
          <w:rFonts w:ascii="Aptos Narrow" w:hAnsi="Aptos Narrow"/>
          <w:b w:val="0"/>
          <w:sz w:val="24"/>
          <w:szCs w:val="24"/>
        </w:rPr>
        <w:t xml:space="preserve">(5)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Ponuda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mora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sadržavati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rok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od 30 dana za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pisani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prihvat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. Ako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zakupnik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u tom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roku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ne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prihvati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ponudu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i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ne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preda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Općini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poslovni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prostor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u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posjed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Općina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će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pokrenuti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postupak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radi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ispražnjenja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i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predaje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poslovnoga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9516F1">
        <w:rPr>
          <w:rFonts w:ascii="Aptos Narrow" w:hAnsi="Aptos Narrow"/>
          <w:b w:val="0"/>
          <w:sz w:val="24"/>
          <w:szCs w:val="24"/>
        </w:rPr>
        <w:t>prostora</w:t>
      </w:r>
      <w:proofErr w:type="spellEnd"/>
      <w:r w:rsidRPr="009516F1">
        <w:rPr>
          <w:rFonts w:ascii="Aptos Narrow" w:hAnsi="Aptos Narrow"/>
          <w:b w:val="0"/>
          <w:sz w:val="24"/>
          <w:szCs w:val="24"/>
        </w:rPr>
        <w:t>.</w:t>
      </w:r>
    </w:p>
    <w:p w14:paraId="718A2E50" w14:textId="362781FD" w:rsidR="001A559F" w:rsidRPr="002635E5" w:rsidRDefault="00DB66BA" w:rsidP="009516F1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10.</w:t>
      </w:r>
    </w:p>
    <w:p w14:paraId="5D1F9597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Ako se za </w:t>
      </w:r>
      <w:proofErr w:type="spellStart"/>
      <w:r w:rsidRPr="002635E5">
        <w:rPr>
          <w:rFonts w:ascii="Aptos Narrow" w:hAnsi="Aptos Narrow"/>
          <w:sz w:val="24"/>
          <w:szCs w:val="24"/>
        </w:rPr>
        <w:t>vrijeme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trajanja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sklopljenoga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temelju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članka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9. </w:t>
      </w:r>
      <w:proofErr w:type="spellStart"/>
      <w:r w:rsidRPr="002635E5">
        <w:rPr>
          <w:rFonts w:ascii="Aptos Narrow" w:hAnsi="Aptos Narrow"/>
          <w:sz w:val="24"/>
          <w:szCs w:val="24"/>
        </w:rPr>
        <w:t>ove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Odluke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promijene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kriteriji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2635E5">
        <w:rPr>
          <w:rFonts w:ascii="Aptos Narrow" w:hAnsi="Aptos Narrow"/>
          <w:sz w:val="24"/>
          <w:szCs w:val="24"/>
        </w:rPr>
        <w:t>određivanje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iznos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uskladit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će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od </w:t>
      </w:r>
      <w:proofErr w:type="spellStart"/>
      <w:r w:rsidRPr="002635E5">
        <w:rPr>
          <w:rFonts w:ascii="Aptos Narrow" w:hAnsi="Aptos Narrow"/>
          <w:sz w:val="24"/>
          <w:szCs w:val="24"/>
        </w:rPr>
        <w:t>prvoga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dana </w:t>
      </w:r>
      <w:proofErr w:type="spellStart"/>
      <w:r w:rsidRPr="002635E5">
        <w:rPr>
          <w:rFonts w:ascii="Aptos Narrow" w:hAnsi="Aptos Narrow"/>
          <w:sz w:val="24"/>
          <w:szCs w:val="24"/>
        </w:rPr>
        <w:t>sljedećega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mjeseca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samo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ako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tako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izračunani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iznos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viši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ugovorene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o </w:t>
      </w:r>
      <w:proofErr w:type="spellStart"/>
      <w:r w:rsidRPr="002635E5">
        <w:rPr>
          <w:rFonts w:ascii="Aptos Narrow" w:hAnsi="Aptos Narrow"/>
          <w:sz w:val="24"/>
          <w:szCs w:val="24"/>
        </w:rPr>
        <w:t>čemu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sklapa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dodatak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ugovoru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1FBABCAA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Ako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odbije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sklopiti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dodatak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stavka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1. </w:t>
      </w:r>
      <w:proofErr w:type="spellStart"/>
      <w:r w:rsidRPr="002635E5">
        <w:rPr>
          <w:rFonts w:ascii="Aptos Narrow" w:hAnsi="Aptos Narrow"/>
          <w:sz w:val="24"/>
          <w:szCs w:val="24"/>
        </w:rPr>
        <w:t>ovoga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članka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ugovor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zakupu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otkazat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će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bez </w:t>
      </w:r>
      <w:proofErr w:type="spellStart"/>
      <w:r w:rsidRPr="002635E5">
        <w:rPr>
          <w:rFonts w:ascii="Aptos Narrow" w:hAnsi="Aptos Narrow"/>
          <w:sz w:val="24"/>
          <w:szCs w:val="24"/>
        </w:rPr>
        <w:t>prava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naknadu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štete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311F3586" w14:textId="77777777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11.</w:t>
      </w:r>
    </w:p>
    <w:p w14:paraId="15552F4C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Ako </w:t>
      </w:r>
      <w:proofErr w:type="spellStart"/>
      <w:r w:rsidRPr="002635E5">
        <w:rPr>
          <w:rFonts w:ascii="Aptos Narrow" w:hAnsi="Aptos Narrow"/>
          <w:sz w:val="24"/>
          <w:szCs w:val="24"/>
        </w:rPr>
        <w:t>Općina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naknadno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utvrdi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da je </w:t>
      </w:r>
      <w:proofErr w:type="spellStart"/>
      <w:r w:rsidRPr="002635E5">
        <w:rPr>
          <w:rFonts w:ascii="Aptos Narrow" w:hAnsi="Aptos Narrow"/>
          <w:sz w:val="24"/>
          <w:szCs w:val="24"/>
        </w:rPr>
        <w:t>vlasnik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može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neposrednom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posjedniku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koji je </w:t>
      </w:r>
      <w:proofErr w:type="spellStart"/>
      <w:r w:rsidRPr="002635E5">
        <w:rPr>
          <w:rFonts w:ascii="Aptos Narrow" w:hAnsi="Aptos Narrow"/>
          <w:sz w:val="24"/>
          <w:szCs w:val="24"/>
        </w:rPr>
        <w:t>prostor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koristio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temelju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valjane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pravne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osnove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pravne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osnove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kasnije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prestala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otpala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koji u </w:t>
      </w:r>
      <w:proofErr w:type="spellStart"/>
      <w:r w:rsidRPr="002635E5">
        <w:rPr>
          <w:rFonts w:ascii="Aptos Narrow" w:hAnsi="Aptos Narrow"/>
          <w:sz w:val="24"/>
          <w:szCs w:val="24"/>
        </w:rPr>
        <w:t>prostoru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obavlja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dopuštenu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djelatnost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ponuditi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sklapanje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zakupu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određeno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vrijeme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od pet </w:t>
      </w:r>
      <w:proofErr w:type="spellStart"/>
      <w:r w:rsidRPr="002635E5">
        <w:rPr>
          <w:rFonts w:ascii="Aptos Narrow" w:hAnsi="Aptos Narrow"/>
          <w:sz w:val="24"/>
          <w:szCs w:val="24"/>
        </w:rPr>
        <w:t>godina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pod </w:t>
      </w:r>
      <w:proofErr w:type="spellStart"/>
      <w:r w:rsidRPr="002635E5">
        <w:rPr>
          <w:rFonts w:ascii="Aptos Narrow" w:hAnsi="Aptos Narrow"/>
          <w:sz w:val="24"/>
          <w:szCs w:val="24"/>
        </w:rPr>
        <w:t>uvjetima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propisanim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člankom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6.a </w:t>
      </w:r>
      <w:proofErr w:type="spellStart"/>
      <w:r w:rsidRPr="002635E5">
        <w:rPr>
          <w:rFonts w:ascii="Aptos Narrow" w:hAnsi="Aptos Narrow"/>
          <w:sz w:val="24"/>
          <w:szCs w:val="24"/>
        </w:rPr>
        <w:t>Zakona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00043361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Osoba </w:t>
      </w:r>
      <w:proofErr w:type="spellStart"/>
      <w:r w:rsidRPr="002635E5">
        <w:rPr>
          <w:rFonts w:ascii="Aptos Narrow" w:hAnsi="Aptos Narrow"/>
          <w:sz w:val="24"/>
          <w:szCs w:val="24"/>
        </w:rPr>
        <w:t>iz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stavka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1. </w:t>
      </w:r>
      <w:proofErr w:type="spellStart"/>
      <w:r w:rsidRPr="002635E5">
        <w:rPr>
          <w:rFonts w:ascii="Aptos Narrow" w:hAnsi="Aptos Narrow"/>
          <w:sz w:val="24"/>
          <w:szCs w:val="24"/>
        </w:rPr>
        <w:t>ovoga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članka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mora </w:t>
      </w:r>
      <w:proofErr w:type="spellStart"/>
      <w:r w:rsidRPr="002635E5">
        <w:rPr>
          <w:rFonts w:ascii="Aptos Narrow" w:hAnsi="Aptos Narrow"/>
          <w:sz w:val="24"/>
          <w:szCs w:val="24"/>
        </w:rPr>
        <w:t>podmiriti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dospjele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obveze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državnom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proračunu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kao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naknadu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2635E5">
        <w:rPr>
          <w:rFonts w:ascii="Aptos Narrow" w:hAnsi="Aptos Narrow"/>
          <w:sz w:val="24"/>
          <w:szCs w:val="24"/>
        </w:rPr>
        <w:t>dotadašnje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korištenje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visini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utvrđene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kriterijima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osim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ako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obveza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podmirena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utvrđena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nagodbom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odnosno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posebnim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o </w:t>
      </w:r>
      <w:proofErr w:type="spellStart"/>
      <w:r w:rsidRPr="002635E5">
        <w:rPr>
          <w:rFonts w:ascii="Aptos Narrow" w:hAnsi="Aptos Narrow"/>
          <w:sz w:val="24"/>
          <w:szCs w:val="24"/>
        </w:rPr>
        <w:t>njoj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vodi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postupak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skladu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Zakonom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3C33CFA1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(3) </w:t>
      </w:r>
      <w:proofErr w:type="spellStart"/>
      <w:r w:rsidRPr="002635E5">
        <w:rPr>
          <w:rFonts w:ascii="Aptos Narrow" w:hAnsi="Aptos Narrow"/>
          <w:sz w:val="24"/>
          <w:szCs w:val="24"/>
        </w:rPr>
        <w:t>Mjesečna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ponudi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utvrđuje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prema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kriterijima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. </w:t>
      </w:r>
      <w:proofErr w:type="spellStart"/>
      <w:r w:rsidRPr="002635E5">
        <w:rPr>
          <w:rFonts w:ascii="Aptos Narrow" w:hAnsi="Aptos Narrow"/>
          <w:sz w:val="24"/>
          <w:szCs w:val="24"/>
        </w:rPr>
        <w:t>Ponuda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prihvaća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roku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od 30 dana. Ako </w:t>
      </w:r>
      <w:proofErr w:type="spellStart"/>
      <w:r w:rsidRPr="002635E5">
        <w:rPr>
          <w:rFonts w:ascii="Aptos Narrow" w:hAnsi="Aptos Narrow"/>
          <w:sz w:val="24"/>
          <w:szCs w:val="24"/>
        </w:rPr>
        <w:t>osoba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ponudu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ne </w:t>
      </w:r>
      <w:proofErr w:type="spellStart"/>
      <w:r w:rsidRPr="002635E5">
        <w:rPr>
          <w:rFonts w:ascii="Aptos Narrow" w:hAnsi="Aptos Narrow"/>
          <w:sz w:val="24"/>
          <w:szCs w:val="24"/>
        </w:rPr>
        <w:t>prihvati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ne </w:t>
      </w:r>
      <w:proofErr w:type="spellStart"/>
      <w:r w:rsidRPr="002635E5">
        <w:rPr>
          <w:rFonts w:ascii="Aptos Narrow" w:hAnsi="Aptos Narrow"/>
          <w:sz w:val="24"/>
          <w:szCs w:val="24"/>
        </w:rPr>
        <w:t>preda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posjed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Općina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će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pokrenuti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postupak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radi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ispražnjenja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predaje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posjeda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2AB12098" w14:textId="77777777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lastRenderedPageBreak/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12.</w:t>
      </w:r>
    </w:p>
    <w:p w14:paraId="6F4AA144" w14:textId="3ED16744" w:rsidR="0021454D" w:rsidRPr="0021454D" w:rsidRDefault="0021454D" w:rsidP="0021454D">
      <w:pPr>
        <w:pStyle w:val="Article"/>
        <w:jc w:val="both"/>
        <w:rPr>
          <w:rFonts w:ascii="Aptos Narrow" w:hAnsi="Aptos Narrow"/>
          <w:b w:val="0"/>
          <w:sz w:val="24"/>
          <w:szCs w:val="24"/>
        </w:rPr>
      </w:pPr>
      <w:r w:rsidRPr="0021454D">
        <w:rPr>
          <w:rFonts w:ascii="Aptos Narrow" w:hAnsi="Aptos Narrow"/>
          <w:b w:val="0"/>
          <w:sz w:val="24"/>
          <w:szCs w:val="24"/>
        </w:rPr>
        <w:t xml:space="preserve">(1)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Ugovor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o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zakupu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ne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može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se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sklopiti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s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ponuditeljem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koji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ima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dospjelu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nepodmirenu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obvezu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prema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državnom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proračunu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ili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Općini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Malinska-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Dubašnica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osim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ako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mu je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prema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posebnom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propisu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odobrena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odgoda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plaćanja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i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uredno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se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pridržava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rokova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plaćanja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>.</w:t>
      </w:r>
    </w:p>
    <w:p w14:paraId="08D71871" w14:textId="77777777" w:rsidR="0021454D" w:rsidRDefault="0021454D" w:rsidP="0021454D">
      <w:pPr>
        <w:pStyle w:val="Article"/>
        <w:jc w:val="both"/>
        <w:rPr>
          <w:rFonts w:ascii="Aptos Narrow" w:hAnsi="Aptos Narrow"/>
          <w:b w:val="0"/>
          <w:sz w:val="24"/>
          <w:szCs w:val="24"/>
        </w:rPr>
      </w:pPr>
      <w:r w:rsidRPr="0021454D">
        <w:rPr>
          <w:rFonts w:ascii="Aptos Narrow" w:hAnsi="Aptos Narrow"/>
          <w:b w:val="0"/>
          <w:sz w:val="24"/>
          <w:szCs w:val="24"/>
        </w:rPr>
        <w:t xml:space="preserve">(2)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Natječajem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se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može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propisati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i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obveza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dokazivanja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da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ponuditelj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nema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dospjelih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nepodmirenih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obveza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prema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pravnim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osobama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u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vlasništvu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ili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suvlasništvu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Općine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Malinska-Dubašnica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kada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su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te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obveze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neposredno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povezane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s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korištenjem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poslovnoga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21454D">
        <w:rPr>
          <w:rFonts w:ascii="Aptos Narrow" w:hAnsi="Aptos Narrow"/>
          <w:b w:val="0"/>
          <w:sz w:val="24"/>
          <w:szCs w:val="24"/>
        </w:rPr>
        <w:t>prostora</w:t>
      </w:r>
      <w:proofErr w:type="spellEnd"/>
      <w:r w:rsidRPr="0021454D">
        <w:rPr>
          <w:rFonts w:ascii="Aptos Narrow" w:hAnsi="Aptos Narrow"/>
          <w:b w:val="0"/>
          <w:sz w:val="24"/>
          <w:szCs w:val="24"/>
        </w:rPr>
        <w:t>.</w:t>
      </w:r>
    </w:p>
    <w:p w14:paraId="740E0D0E" w14:textId="1CC691E1" w:rsidR="001A559F" w:rsidRPr="002635E5" w:rsidRDefault="00DB66BA" w:rsidP="0021454D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13.</w:t>
      </w:r>
    </w:p>
    <w:p w14:paraId="5A17D0F0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Ugovor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zakupu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sklopljen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protivno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Zakonu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odredbama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Odluke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ništetan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je.</w:t>
      </w:r>
    </w:p>
    <w:p w14:paraId="5EB774F5" w14:textId="77777777" w:rsidR="001A559F" w:rsidRPr="002635E5" w:rsidRDefault="00DB66BA">
      <w:pPr>
        <w:pStyle w:val="Chapter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>III. JAVNI NATJEČAJ</w:t>
      </w:r>
    </w:p>
    <w:p w14:paraId="3F0EB8D1" w14:textId="77777777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14.</w:t>
      </w:r>
    </w:p>
    <w:p w14:paraId="32D4ED4A" w14:textId="324D0615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</w:t>
      </w:r>
      <w:proofErr w:type="spellStart"/>
      <w:r w:rsidRPr="002635E5">
        <w:rPr>
          <w:rFonts w:ascii="Aptos Narrow" w:hAnsi="Aptos Narrow"/>
          <w:sz w:val="24"/>
          <w:szCs w:val="24"/>
        </w:rPr>
        <w:t>Prije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raspisivanja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javnoga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natječaja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r w:rsidR="00CA057C">
        <w:rPr>
          <w:rFonts w:ascii="Aptos Narrow" w:hAnsi="Aptos Narrow"/>
          <w:sz w:val="24"/>
          <w:szCs w:val="24"/>
        </w:rPr>
        <w:t>JUO</w:t>
      </w:r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sastavlja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zapisnik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stanju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s </w:t>
      </w:r>
      <w:proofErr w:type="spellStart"/>
      <w:r w:rsidRPr="002635E5">
        <w:rPr>
          <w:rFonts w:ascii="Aptos Narrow" w:hAnsi="Aptos Narrow"/>
          <w:sz w:val="24"/>
          <w:szCs w:val="24"/>
        </w:rPr>
        <w:t>opisom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opreme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fotodokumentacijom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2D9FEEAD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Ako </w:t>
      </w:r>
      <w:proofErr w:type="spellStart"/>
      <w:r w:rsidRPr="002635E5">
        <w:rPr>
          <w:rFonts w:ascii="Aptos Narrow" w:hAnsi="Aptos Narrow"/>
          <w:sz w:val="24"/>
          <w:szCs w:val="24"/>
        </w:rPr>
        <w:t>su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predaje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potrebni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radovi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zapisnikom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određuju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radovi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će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izvesti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radovi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uz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prethodnu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pisanu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suglasnost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može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izvesti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budući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6B941E90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(3) Kada se </w:t>
      </w:r>
      <w:proofErr w:type="spellStart"/>
      <w:r w:rsidRPr="002635E5">
        <w:rPr>
          <w:rFonts w:ascii="Aptos Narrow" w:hAnsi="Aptos Narrow"/>
          <w:sz w:val="24"/>
          <w:szCs w:val="24"/>
        </w:rPr>
        <w:t>predviđa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ulaganje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bi se </w:t>
      </w:r>
      <w:proofErr w:type="spellStart"/>
      <w:r w:rsidRPr="002635E5">
        <w:rPr>
          <w:rFonts w:ascii="Aptos Narrow" w:hAnsi="Aptos Narrow"/>
          <w:sz w:val="24"/>
          <w:szCs w:val="24"/>
        </w:rPr>
        <w:t>priznalo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teret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prije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natječaja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mora se </w:t>
      </w:r>
      <w:proofErr w:type="spellStart"/>
      <w:r w:rsidRPr="002635E5">
        <w:rPr>
          <w:rFonts w:ascii="Aptos Narrow" w:hAnsi="Aptos Narrow"/>
          <w:sz w:val="24"/>
          <w:szCs w:val="24"/>
        </w:rPr>
        <w:t>utvrditi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procijenjena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vrijednost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radova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način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njihova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priznavanja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a </w:t>
      </w:r>
      <w:proofErr w:type="spellStart"/>
      <w:r w:rsidRPr="002635E5">
        <w:rPr>
          <w:rFonts w:ascii="Aptos Narrow" w:hAnsi="Aptos Narrow"/>
          <w:sz w:val="24"/>
          <w:szCs w:val="24"/>
        </w:rPr>
        <w:t>bitni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uvjeti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ulaganja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navode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u </w:t>
      </w:r>
      <w:proofErr w:type="spellStart"/>
      <w:r w:rsidRPr="002635E5">
        <w:rPr>
          <w:rFonts w:ascii="Aptos Narrow" w:hAnsi="Aptos Narrow"/>
          <w:sz w:val="24"/>
          <w:szCs w:val="24"/>
        </w:rPr>
        <w:t>natječaju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2C65719A" w14:textId="77777777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15.</w:t>
      </w:r>
    </w:p>
    <w:p w14:paraId="4AC3DB04" w14:textId="3F7069E1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</w:t>
      </w:r>
      <w:proofErr w:type="spellStart"/>
      <w:r w:rsidRPr="002635E5">
        <w:rPr>
          <w:rFonts w:ascii="Aptos Narrow" w:hAnsi="Aptos Narrow"/>
          <w:sz w:val="24"/>
          <w:szCs w:val="24"/>
        </w:rPr>
        <w:t>Javni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natječaj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raspisuje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Načelnik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objavljuje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mrežnoj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stranici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oglasnoj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ploči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. </w:t>
      </w:r>
      <w:proofErr w:type="spellStart"/>
      <w:r w:rsidRPr="002635E5">
        <w:rPr>
          <w:rFonts w:ascii="Aptos Narrow" w:hAnsi="Aptos Narrow"/>
          <w:sz w:val="24"/>
          <w:szCs w:val="24"/>
        </w:rPr>
        <w:t>Obavijest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objavi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natječaja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može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objaviti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dnevnom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lokalnom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tisku</w:t>
      </w:r>
      <w:proofErr w:type="spellEnd"/>
      <w:r w:rsidR="006C7329">
        <w:rPr>
          <w:rFonts w:ascii="Aptos Narrow" w:hAnsi="Aptos Narrow"/>
          <w:sz w:val="24"/>
          <w:szCs w:val="24"/>
        </w:rPr>
        <w:t>.</w:t>
      </w:r>
    </w:p>
    <w:p w14:paraId="56B5F986" w14:textId="2479B43C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Rok za </w:t>
      </w:r>
      <w:proofErr w:type="spellStart"/>
      <w:r w:rsidRPr="002635E5">
        <w:rPr>
          <w:rFonts w:ascii="Aptos Narrow" w:hAnsi="Aptos Narrow"/>
          <w:sz w:val="24"/>
          <w:szCs w:val="24"/>
        </w:rPr>
        <w:t>dostavu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ponuda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ne </w:t>
      </w:r>
      <w:proofErr w:type="spellStart"/>
      <w:r w:rsidRPr="002635E5">
        <w:rPr>
          <w:rFonts w:ascii="Aptos Narrow" w:hAnsi="Aptos Narrow"/>
          <w:sz w:val="24"/>
          <w:szCs w:val="24"/>
        </w:rPr>
        <w:t>može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biti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kraći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od </w:t>
      </w:r>
      <w:r w:rsidR="00CA057C">
        <w:rPr>
          <w:rFonts w:ascii="Aptos Narrow" w:hAnsi="Aptos Narrow"/>
          <w:sz w:val="24"/>
          <w:szCs w:val="24"/>
        </w:rPr>
        <w:t>8</w:t>
      </w:r>
      <w:r w:rsidRPr="002635E5">
        <w:rPr>
          <w:rFonts w:ascii="Aptos Narrow" w:hAnsi="Aptos Narrow"/>
          <w:sz w:val="24"/>
          <w:szCs w:val="24"/>
        </w:rPr>
        <w:t xml:space="preserve"> dana od dana </w:t>
      </w:r>
      <w:proofErr w:type="spellStart"/>
      <w:r w:rsidRPr="002635E5">
        <w:rPr>
          <w:rFonts w:ascii="Aptos Narrow" w:hAnsi="Aptos Narrow"/>
          <w:sz w:val="24"/>
          <w:szCs w:val="24"/>
        </w:rPr>
        <w:t>objave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natječaja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mrežnoj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stranici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Općine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1134538E" w14:textId="77777777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16.</w:t>
      </w:r>
    </w:p>
    <w:p w14:paraId="1F763758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Javni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natječaj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osobito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sadrži</w:t>
      </w:r>
      <w:proofErr w:type="spellEnd"/>
      <w:r w:rsidRPr="002635E5">
        <w:rPr>
          <w:rFonts w:ascii="Aptos Narrow" w:hAnsi="Aptos Narrow"/>
          <w:sz w:val="24"/>
          <w:szCs w:val="24"/>
        </w:rPr>
        <w:t>:</w:t>
      </w:r>
    </w:p>
    <w:p w14:paraId="1535ECC2" w14:textId="77777777" w:rsidR="001A559F" w:rsidRPr="002635E5" w:rsidRDefault="00DB66BA" w:rsidP="00A76668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podatke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poslovnom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adresu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oznaku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nekretnine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korisnu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površinu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i </w:t>
      </w:r>
      <w:proofErr w:type="spellStart"/>
      <w:r w:rsidRPr="002635E5">
        <w:rPr>
          <w:rFonts w:ascii="Aptos Narrow" w:hAnsi="Aptos Narrow"/>
          <w:sz w:val="24"/>
          <w:szCs w:val="24"/>
        </w:rPr>
        <w:t>opis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stanja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50C89462" w14:textId="2BCB7ADA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proofErr w:type="gramStart"/>
      <w:r w:rsidRPr="002635E5">
        <w:rPr>
          <w:rFonts w:ascii="Aptos Narrow" w:hAnsi="Aptos Narrow"/>
          <w:sz w:val="24"/>
          <w:szCs w:val="24"/>
        </w:rPr>
        <w:t>namjenu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r w:rsidR="00780698">
        <w:rPr>
          <w:rFonts w:ascii="Aptos Narrow" w:hAnsi="Aptos Narrow"/>
          <w:sz w:val="24"/>
          <w:szCs w:val="24"/>
        </w:rPr>
        <w:t>,</w:t>
      </w:r>
      <w:proofErr w:type="gramEnd"/>
      <w:r w:rsidR="00780698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dopuštenu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djelatnost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posebna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ograničenja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39F15F80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vrijeme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prostor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daje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zakup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7BE97A8D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početni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iznos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mjesečne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bez PDV-a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naznaku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obveze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plaćanja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PDV-a </w:t>
      </w:r>
      <w:proofErr w:type="spellStart"/>
      <w:r w:rsidRPr="002635E5">
        <w:rPr>
          <w:rFonts w:ascii="Aptos Narrow" w:hAnsi="Aptos Narrow"/>
          <w:sz w:val="24"/>
          <w:szCs w:val="24"/>
        </w:rPr>
        <w:t>prema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mjerodavnom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propisu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470F773F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iznos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način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rok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plaćanja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jamčevine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375E87D3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rok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način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podnošenja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ponude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naznaku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da se za </w:t>
      </w:r>
      <w:proofErr w:type="spellStart"/>
      <w:r w:rsidRPr="002635E5">
        <w:rPr>
          <w:rFonts w:ascii="Aptos Narrow" w:hAnsi="Aptos Narrow"/>
          <w:sz w:val="24"/>
          <w:szCs w:val="24"/>
        </w:rPr>
        <w:t>svaki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podnosi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zasebna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ponuda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408D7E9F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popis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obvezne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dokumentacije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uvjete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sposobnosti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ponuditelja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0F3F72DB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mjesto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vrijeme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javnoga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otvaranja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ponuda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1025EDEA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vrijeme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način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razgledavanja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1A24DFE2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odredbu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pravu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prvenstva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ako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propisano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posebnim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zakonom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13ADAB95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lastRenderedPageBreak/>
        <w:t>vrstu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sredstava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osiguranja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plaćanja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ispunjenja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ugovornih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obveza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089C3BBD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rok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kojem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odabrani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ponuditelj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mora </w:t>
      </w:r>
      <w:proofErr w:type="spellStart"/>
      <w:r w:rsidRPr="002635E5">
        <w:rPr>
          <w:rFonts w:ascii="Aptos Narrow" w:hAnsi="Aptos Narrow"/>
          <w:sz w:val="24"/>
          <w:szCs w:val="24"/>
        </w:rPr>
        <w:t>sklopiti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preuzeti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6CAC7582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odredbu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troškovima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solemnizacije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ugovora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2F24F0BE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odredbu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da </w:t>
      </w:r>
      <w:proofErr w:type="spellStart"/>
      <w:r w:rsidRPr="002635E5">
        <w:rPr>
          <w:rFonts w:ascii="Aptos Narrow" w:hAnsi="Aptos Narrow"/>
          <w:sz w:val="24"/>
          <w:szCs w:val="24"/>
        </w:rPr>
        <w:t>Općina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može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obrazloženom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odlukom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poništiti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natječaj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do </w:t>
      </w:r>
      <w:proofErr w:type="spellStart"/>
      <w:r w:rsidRPr="002635E5">
        <w:rPr>
          <w:rFonts w:ascii="Aptos Narrow" w:hAnsi="Aptos Narrow"/>
          <w:sz w:val="24"/>
          <w:szCs w:val="24"/>
        </w:rPr>
        <w:t>sklapanja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ugovora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37346DE2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druge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uvjete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važne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2635E5">
        <w:rPr>
          <w:rFonts w:ascii="Aptos Narrow" w:hAnsi="Aptos Narrow"/>
          <w:sz w:val="24"/>
          <w:szCs w:val="24"/>
        </w:rPr>
        <w:t>pojedini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71684E2A" w14:textId="77777777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17.</w:t>
      </w:r>
    </w:p>
    <w:p w14:paraId="498BA402" w14:textId="430A7E64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</w:t>
      </w:r>
      <w:proofErr w:type="spellStart"/>
      <w:r w:rsidRPr="002635E5">
        <w:rPr>
          <w:rFonts w:ascii="Aptos Narrow" w:hAnsi="Aptos Narrow"/>
          <w:sz w:val="24"/>
          <w:szCs w:val="24"/>
        </w:rPr>
        <w:t>Ponuditelj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dužan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uplatiti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jamčevinu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iznosu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određenom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natječajem</w:t>
      </w:r>
      <w:proofErr w:type="spellEnd"/>
      <w:r w:rsidR="00F542E9">
        <w:rPr>
          <w:rFonts w:ascii="Aptos Narrow" w:hAnsi="Aptos Narrow"/>
          <w:sz w:val="24"/>
          <w:szCs w:val="24"/>
        </w:rPr>
        <w:t>.</w:t>
      </w:r>
    </w:p>
    <w:p w14:paraId="0D1FB938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</w:t>
      </w:r>
      <w:proofErr w:type="spellStart"/>
      <w:r w:rsidRPr="002635E5">
        <w:rPr>
          <w:rFonts w:ascii="Aptos Narrow" w:hAnsi="Aptos Narrow"/>
          <w:sz w:val="24"/>
          <w:szCs w:val="24"/>
        </w:rPr>
        <w:t>Jamčevina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odabranoga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ponuditelja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uračunava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u </w:t>
      </w:r>
      <w:proofErr w:type="spellStart"/>
      <w:r w:rsidRPr="002635E5">
        <w:rPr>
          <w:rFonts w:ascii="Aptos Narrow" w:hAnsi="Aptos Narrow"/>
          <w:sz w:val="24"/>
          <w:szCs w:val="24"/>
        </w:rPr>
        <w:t>novčani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polog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2635E5">
        <w:rPr>
          <w:rFonts w:ascii="Aptos Narrow" w:hAnsi="Aptos Narrow"/>
          <w:sz w:val="24"/>
          <w:szCs w:val="24"/>
        </w:rPr>
        <w:t>osiguranje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ugovornih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obveza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prvu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dospjelu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kako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određeno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natječajem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151160AE" w14:textId="443DF61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(3) </w:t>
      </w:r>
      <w:proofErr w:type="spellStart"/>
      <w:r w:rsidRPr="002635E5">
        <w:rPr>
          <w:rFonts w:ascii="Aptos Narrow" w:hAnsi="Aptos Narrow"/>
          <w:sz w:val="24"/>
          <w:szCs w:val="24"/>
        </w:rPr>
        <w:t>Ostalim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ponuditeljima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jamčevina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vraća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bez </w:t>
      </w:r>
      <w:proofErr w:type="spellStart"/>
      <w:r w:rsidRPr="002635E5">
        <w:rPr>
          <w:rFonts w:ascii="Aptos Narrow" w:hAnsi="Aptos Narrow"/>
          <w:sz w:val="24"/>
          <w:szCs w:val="24"/>
        </w:rPr>
        <w:t>kamata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roku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od 15 dana od </w:t>
      </w:r>
      <w:proofErr w:type="spellStart"/>
      <w:r w:rsidR="008D263D">
        <w:rPr>
          <w:rFonts w:ascii="Aptos Narrow" w:hAnsi="Aptos Narrow"/>
          <w:sz w:val="24"/>
          <w:szCs w:val="24"/>
        </w:rPr>
        <w:t>konačnosti</w:t>
      </w:r>
      <w:proofErr w:type="spellEnd"/>
      <w:r w:rsidR="008D263D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odluke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proofErr w:type="gramStart"/>
      <w:r w:rsidR="008D263D">
        <w:rPr>
          <w:rFonts w:ascii="Aptos Narrow" w:hAnsi="Aptos Narrow"/>
          <w:sz w:val="24"/>
          <w:szCs w:val="24"/>
        </w:rPr>
        <w:t>najpovoljnijoj</w:t>
      </w:r>
      <w:proofErr w:type="spellEnd"/>
      <w:r w:rsidR="008D263D">
        <w:rPr>
          <w:rFonts w:ascii="Aptos Narrow" w:hAnsi="Aptos Narrow"/>
          <w:sz w:val="24"/>
          <w:szCs w:val="24"/>
        </w:rPr>
        <w:t xml:space="preserve">  </w:t>
      </w:r>
      <w:proofErr w:type="spellStart"/>
      <w:r w:rsidR="008D263D">
        <w:rPr>
          <w:rFonts w:ascii="Aptos Narrow" w:hAnsi="Aptos Narrow"/>
          <w:sz w:val="24"/>
          <w:szCs w:val="24"/>
        </w:rPr>
        <w:t>ponudi</w:t>
      </w:r>
      <w:proofErr w:type="spellEnd"/>
      <w:proofErr w:type="gramEnd"/>
      <w:r w:rsidR="008D263D">
        <w:rPr>
          <w:rFonts w:ascii="Aptos Narrow" w:hAnsi="Aptos Narrow"/>
          <w:sz w:val="24"/>
          <w:szCs w:val="24"/>
        </w:rPr>
        <w:t xml:space="preserve"> </w:t>
      </w:r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odnosno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poništenju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natječaja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56B6A3B0" w14:textId="7C977093" w:rsidR="001A559F" w:rsidRPr="008D263D" w:rsidRDefault="00DB66BA">
      <w:pPr>
        <w:pStyle w:val="Body"/>
        <w:rPr>
          <w:rFonts w:ascii="Aptos Narrow" w:hAnsi="Aptos Narrow"/>
          <w:sz w:val="24"/>
          <w:szCs w:val="24"/>
        </w:rPr>
      </w:pPr>
      <w:r w:rsidRPr="008D263D">
        <w:rPr>
          <w:rFonts w:ascii="Aptos Narrow" w:hAnsi="Aptos Narrow"/>
          <w:sz w:val="24"/>
          <w:szCs w:val="24"/>
        </w:rPr>
        <w:t xml:space="preserve">(4) </w:t>
      </w:r>
      <w:proofErr w:type="spellStart"/>
      <w:r w:rsidRPr="008D263D">
        <w:rPr>
          <w:rFonts w:ascii="Aptos Narrow" w:hAnsi="Aptos Narrow"/>
          <w:sz w:val="24"/>
          <w:szCs w:val="24"/>
        </w:rPr>
        <w:t>Ponuditelj</w:t>
      </w:r>
      <w:proofErr w:type="spellEnd"/>
      <w:r w:rsidRPr="008D263D">
        <w:rPr>
          <w:rFonts w:ascii="Aptos Narrow" w:hAnsi="Aptos Narrow"/>
          <w:sz w:val="24"/>
          <w:szCs w:val="24"/>
        </w:rPr>
        <w:t xml:space="preserve"> koji </w:t>
      </w:r>
      <w:proofErr w:type="spellStart"/>
      <w:r w:rsidRPr="008D263D">
        <w:rPr>
          <w:rFonts w:ascii="Aptos Narrow" w:hAnsi="Aptos Narrow"/>
          <w:sz w:val="24"/>
          <w:szCs w:val="24"/>
        </w:rPr>
        <w:t>povuče</w:t>
      </w:r>
      <w:proofErr w:type="spellEnd"/>
      <w:r w:rsidRPr="008D263D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8D263D">
        <w:rPr>
          <w:rFonts w:ascii="Aptos Narrow" w:hAnsi="Aptos Narrow"/>
          <w:sz w:val="24"/>
          <w:szCs w:val="24"/>
        </w:rPr>
        <w:t>ponudu</w:t>
      </w:r>
      <w:proofErr w:type="spellEnd"/>
      <w:r w:rsidRPr="008D263D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8D263D">
        <w:rPr>
          <w:rFonts w:ascii="Aptos Narrow" w:hAnsi="Aptos Narrow"/>
          <w:sz w:val="24"/>
          <w:szCs w:val="24"/>
        </w:rPr>
        <w:t>nakon</w:t>
      </w:r>
      <w:proofErr w:type="spellEnd"/>
      <w:r w:rsidRPr="008D263D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8D263D">
        <w:rPr>
          <w:rFonts w:ascii="Aptos Narrow" w:hAnsi="Aptos Narrow"/>
          <w:sz w:val="24"/>
          <w:szCs w:val="24"/>
        </w:rPr>
        <w:t>isteka</w:t>
      </w:r>
      <w:proofErr w:type="spellEnd"/>
      <w:r w:rsidRPr="008D263D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8D263D">
        <w:rPr>
          <w:rFonts w:ascii="Aptos Narrow" w:hAnsi="Aptos Narrow"/>
          <w:sz w:val="24"/>
          <w:szCs w:val="24"/>
        </w:rPr>
        <w:t>roka</w:t>
      </w:r>
      <w:proofErr w:type="spellEnd"/>
      <w:r w:rsidRPr="008D263D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8D263D">
        <w:rPr>
          <w:rFonts w:ascii="Aptos Narrow" w:hAnsi="Aptos Narrow"/>
          <w:sz w:val="24"/>
          <w:szCs w:val="24"/>
        </w:rPr>
        <w:t>njezinu</w:t>
      </w:r>
      <w:proofErr w:type="spellEnd"/>
      <w:r w:rsidRPr="008D263D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8D263D">
        <w:rPr>
          <w:rFonts w:ascii="Aptos Narrow" w:hAnsi="Aptos Narrow"/>
          <w:sz w:val="24"/>
          <w:szCs w:val="24"/>
        </w:rPr>
        <w:t>dostavu</w:t>
      </w:r>
      <w:proofErr w:type="spellEnd"/>
      <w:r w:rsidRPr="008D263D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8D263D">
        <w:rPr>
          <w:rFonts w:ascii="Aptos Narrow" w:hAnsi="Aptos Narrow"/>
          <w:sz w:val="24"/>
          <w:szCs w:val="24"/>
        </w:rPr>
        <w:t>ili</w:t>
      </w:r>
      <w:proofErr w:type="spellEnd"/>
      <w:r w:rsidRPr="008D263D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8D263D" w:rsidRPr="008D263D">
        <w:rPr>
          <w:rFonts w:ascii="Aptos Narrow" w:hAnsi="Aptos Narrow"/>
          <w:sz w:val="24"/>
          <w:szCs w:val="24"/>
        </w:rPr>
        <w:t>najpovoljniji</w:t>
      </w:r>
      <w:proofErr w:type="spellEnd"/>
      <w:r w:rsidR="008D263D" w:rsidRPr="008D263D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8D263D">
        <w:rPr>
          <w:rFonts w:ascii="Aptos Narrow" w:hAnsi="Aptos Narrow"/>
          <w:sz w:val="24"/>
          <w:szCs w:val="24"/>
        </w:rPr>
        <w:t>ponuditelj</w:t>
      </w:r>
      <w:proofErr w:type="spellEnd"/>
      <w:r w:rsidRPr="008D263D">
        <w:rPr>
          <w:rFonts w:ascii="Aptos Narrow" w:hAnsi="Aptos Narrow"/>
          <w:sz w:val="24"/>
          <w:szCs w:val="24"/>
        </w:rPr>
        <w:t xml:space="preserve"> koji bez </w:t>
      </w:r>
      <w:proofErr w:type="spellStart"/>
      <w:r w:rsidRPr="008D263D">
        <w:rPr>
          <w:rFonts w:ascii="Aptos Narrow" w:hAnsi="Aptos Narrow"/>
          <w:sz w:val="24"/>
          <w:szCs w:val="24"/>
        </w:rPr>
        <w:t>opravdanoga</w:t>
      </w:r>
      <w:proofErr w:type="spellEnd"/>
      <w:r w:rsidRPr="008D263D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8D263D">
        <w:rPr>
          <w:rFonts w:ascii="Aptos Narrow" w:hAnsi="Aptos Narrow"/>
          <w:sz w:val="24"/>
          <w:szCs w:val="24"/>
        </w:rPr>
        <w:t>razloga</w:t>
      </w:r>
      <w:proofErr w:type="spellEnd"/>
      <w:r w:rsidRPr="008D263D">
        <w:rPr>
          <w:rFonts w:ascii="Aptos Narrow" w:hAnsi="Aptos Narrow"/>
          <w:sz w:val="24"/>
          <w:szCs w:val="24"/>
        </w:rPr>
        <w:t xml:space="preserve"> ne </w:t>
      </w:r>
      <w:proofErr w:type="spellStart"/>
      <w:r w:rsidRPr="008D263D">
        <w:rPr>
          <w:rFonts w:ascii="Aptos Narrow" w:hAnsi="Aptos Narrow"/>
          <w:sz w:val="24"/>
          <w:szCs w:val="24"/>
        </w:rPr>
        <w:t>sklopi</w:t>
      </w:r>
      <w:proofErr w:type="spellEnd"/>
      <w:r w:rsidRPr="008D263D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8D263D">
        <w:rPr>
          <w:rFonts w:ascii="Aptos Narrow" w:hAnsi="Aptos Narrow"/>
          <w:sz w:val="24"/>
          <w:szCs w:val="24"/>
        </w:rPr>
        <w:t>ugovor</w:t>
      </w:r>
      <w:proofErr w:type="spellEnd"/>
      <w:r w:rsidRPr="008D263D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8D263D">
        <w:rPr>
          <w:rFonts w:ascii="Aptos Narrow" w:hAnsi="Aptos Narrow"/>
          <w:sz w:val="24"/>
          <w:szCs w:val="24"/>
        </w:rPr>
        <w:t>ostavljenom</w:t>
      </w:r>
      <w:proofErr w:type="spellEnd"/>
      <w:r w:rsidRPr="008D263D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8D263D">
        <w:rPr>
          <w:rFonts w:ascii="Aptos Narrow" w:hAnsi="Aptos Narrow"/>
          <w:sz w:val="24"/>
          <w:szCs w:val="24"/>
        </w:rPr>
        <w:t>roku</w:t>
      </w:r>
      <w:proofErr w:type="spellEnd"/>
      <w:r w:rsidRPr="008D263D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8D263D">
        <w:rPr>
          <w:rFonts w:ascii="Aptos Narrow" w:hAnsi="Aptos Narrow"/>
          <w:sz w:val="24"/>
          <w:szCs w:val="24"/>
        </w:rPr>
        <w:t>gubi</w:t>
      </w:r>
      <w:proofErr w:type="spellEnd"/>
      <w:r w:rsidRPr="008D263D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8D263D">
        <w:rPr>
          <w:rFonts w:ascii="Aptos Narrow" w:hAnsi="Aptos Narrow"/>
          <w:sz w:val="24"/>
          <w:szCs w:val="24"/>
        </w:rPr>
        <w:t>pravo</w:t>
      </w:r>
      <w:proofErr w:type="spellEnd"/>
      <w:r w:rsidRPr="008D263D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8D263D">
        <w:rPr>
          <w:rFonts w:ascii="Aptos Narrow" w:hAnsi="Aptos Narrow"/>
          <w:sz w:val="24"/>
          <w:szCs w:val="24"/>
        </w:rPr>
        <w:t>na</w:t>
      </w:r>
      <w:proofErr w:type="spellEnd"/>
      <w:r w:rsidRPr="008D263D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8D263D">
        <w:rPr>
          <w:rFonts w:ascii="Aptos Narrow" w:hAnsi="Aptos Narrow"/>
          <w:sz w:val="24"/>
          <w:szCs w:val="24"/>
        </w:rPr>
        <w:t>povrat</w:t>
      </w:r>
      <w:proofErr w:type="spellEnd"/>
      <w:r w:rsidRPr="008D263D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8D263D">
        <w:rPr>
          <w:rFonts w:ascii="Aptos Narrow" w:hAnsi="Aptos Narrow"/>
          <w:sz w:val="24"/>
          <w:szCs w:val="24"/>
        </w:rPr>
        <w:t>jamčevine</w:t>
      </w:r>
      <w:proofErr w:type="spellEnd"/>
      <w:r w:rsidRPr="008D263D">
        <w:rPr>
          <w:rFonts w:ascii="Aptos Narrow" w:hAnsi="Aptos Narrow"/>
          <w:sz w:val="24"/>
          <w:szCs w:val="24"/>
        </w:rPr>
        <w:t>.</w:t>
      </w:r>
    </w:p>
    <w:p w14:paraId="728311AF" w14:textId="3E5C9888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1</w:t>
      </w:r>
      <w:r w:rsidR="005F3418">
        <w:rPr>
          <w:rFonts w:ascii="Aptos Narrow" w:hAnsi="Aptos Narrow"/>
          <w:sz w:val="24"/>
          <w:szCs w:val="24"/>
        </w:rPr>
        <w:t>8</w:t>
      </w:r>
      <w:r w:rsidRPr="002635E5">
        <w:rPr>
          <w:rFonts w:ascii="Aptos Narrow" w:hAnsi="Aptos Narrow"/>
          <w:sz w:val="24"/>
          <w:szCs w:val="24"/>
        </w:rPr>
        <w:t>.</w:t>
      </w:r>
    </w:p>
    <w:p w14:paraId="294A4942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Ponuda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osobito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sadrži</w:t>
      </w:r>
      <w:proofErr w:type="spellEnd"/>
      <w:r w:rsidRPr="002635E5">
        <w:rPr>
          <w:rFonts w:ascii="Aptos Narrow" w:hAnsi="Aptos Narrow"/>
          <w:sz w:val="24"/>
          <w:szCs w:val="24"/>
        </w:rPr>
        <w:t>:</w:t>
      </w:r>
    </w:p>
    <w:p w14:paraId="21E924FF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ime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prezime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odnosno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naziv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ponuditelja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OIB, </w:t>
      </w:r>
      <w:proofErr w:type="spellStart"/>
      <w:r w:rsidRPr="002635E5">
        <w:rPr>
          <w:rFonts w:ascii="Aptos Narrow" w:hAnsi="Aptos Narrow"/>
          <w:sz w:val="24"/>
          <w:szCs w:val="24"/>
        </w:rPr>
        <w:t>adresu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prebivališta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odnosno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sjedišta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kontaktne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podatke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083D1113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oznaku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 koji se </w:t>
      </w:r>
      <w:proofErr w:type="spellStart"/>
      <w:r w:rsidRPr="002635E5">
        <w:rPr>
          <w:rFonts w:ascii="Aptos Narrow" w:hAnsi="Aptos Narrow"/>
          <w:sz w:val="24"/>
          <w:szCs w:val="24"/>
        </w:rPr>
        <w:t>ponuda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podnosi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29C4AF7D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opis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djelatnosti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ponuditelj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namjerava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obavljati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798D20FA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ponuđeni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iznos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mjesečne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bez PDV-a, </w:t>
      </w:r>
      <w:proofErr w:type="spellStart"/>
      <w:r w:rsidRPr="002635E5">
        <w:rPr>
          <w:rFonts w:ascii="Aptos Narrow" w:hAnsi="Aptos Narrow"/>
          <w:sz w:val="24"/>
          <w:szCs w:val="24"/>
        </w:rPr>
        <w:t>izražen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eurima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brojkama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slovima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pri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čemu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slučaju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razlike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vrijedi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iznos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napisan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slovima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36371D78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izjavu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da je </w:t>
      </w:r>
      <w:proofErr w:type="spellStart"/>
      <w:r w:rsidRPr="002635E5">
        <w:rPr>
          <w:rFonts w:ascii="Aptos Narrow" w:hAnsi="Aptos Narrow"/>
          <w:sz w:val="24"/>
          <w:szCs w:val="24"/>
        </w:rPr>
        <w:t>ponuditelj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upoznat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stanjem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uvjetima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natječaja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nacrtom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da </w:t>
      </w:r>
      <w:proofErr w:type="spellStart"/>
      <w:r w:rsidRPr="002635E5">
        <w:rPr>
          <w:rFonts w:ascii="Aptos Narrow" w:hAnsi="Aptos Narrow"/>
          <w:sz w:val="24"/>
          <w:szCs w:val="24"/>
        </w:rPr>
        <w:t>ih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prihvaća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7B7247CD" w14:textId="77777777" w:rsidR="001A559F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popis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priložene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dokumentacije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vlastoručni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kvalificirani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elektronički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potpis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ovlaštene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osobe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49E7DC29" w14:textId="162EE0A2" w:rsidR="00F542E9" w:rsidRDefault="00F542E9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>
        <w:rPr>
          <w:rFonts w:ascii="Aptos Narrow" w:hAnsi="Aptos Narrow"/>
          <w:sz w:val="24"/>
          <w:szCs w:val="24"/>
        </w:rPr>
        <w:t>ostale</w:t>
      </w:r>
      <w:proofErr w:type="spellEnd"/>
      <w:r>
        <w:rPr>
          <w:rFonts w:ascii="Aptos Narrow" w:hAnsi="Aptos Narrow"/>
          <w:sz w:val="24"/>
          <w:szCs w:val="24"/>
        </w:rPr>
        <w:t xml:space="preserve"> </w:t>
      </w:r>
      <w:proofErr w:type="spellStart"/>
      <w:r>
        <w:rPr>
          <w:rFonts w:ascii="Aptos Narrow" w:hAnsi="Aptos Narrow"/>
          <w:sz w:val="24"/>
          <w:szCs w:val="24"/>
        </w:rPr>
        <w:t>dokaze</w:t>
      </w:r>
      <w:proofErr w:type="spellEnd"/>
      <w:r>
        <w:rPr>
          <w:rFonts w:ascii="Aptos Narrow" w:hAnsi="Aptos Narrow"/>
          <w:sz w:val="24"/>
          <w:szCs w:val="24"/>
        </w:rPr>
        <w:t xml:space="preserve"> </w:t>
      </w:r>
      <w:proofErr w:type="spellStart"/>
      <w:r>
        <w:rPr>
          <w:rFonts w:ascii="Aptos Narrow" w:hAnsi="Aptos Narrow"/>
          <w:sz w:val="24"/>
          <w:szCs w:val="24"/>
        </w:rPr>
        <w:t>određene</w:t>
      </w:r>
      <w:proofErr w:type="spellEnd"/>
      <w:r>
        <w:rPr>
          <w:rFonts w:ascii="Aptos Narrow" w:hAnsi="Aptos Narrow"/>
          <w:sz w:val="24"/>
          <w:szCs w:val="24"/>
        </w:rPr>
        <w:t xml:space="preserve"> </w:t>
      </w:r>
      <w:proofErr w:type="spellStart"/>
      <w:r>
        <w:rPr>
          <w:rFonts w:ascii="Aptos Narrow" w:hAnsi="Aptos Narrow"/>
          <w:sz w:val="24"/>
          <w:szCs w:val="24"/>
        </w:rPr>
        <w:t>natječajem</w:t>
      </w:r>
      <w:proofErr w:type="spellEnd"/>
    </w:p>
    <w:p w14:paraId="5DFE24EF" w14:textId="77777777" w:rsidR="00F542E9" w:rsidRPr="002635E5" w:rsidRDefault="00F542E9" w:rsidP="00F542E9">
      <w:pPr>
        <w:pStyle w:val="ListBody"/>
        <w:ind w:left="760"/>
        <w:rPr>
          <w:rFonts w:ascii="Aptos Narrow" w:hAnsi="Aptos Narrow"/>
          <w:sz w:val="24"/>
          <w:szCs w:val="24"/>
        </w:rPr>
      </w:pPr>
    </w:p>
    <w:p w14:paraId="45790B03" w14:textId="6B84E025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r w:rsidR="005F3418">
        <w:rPr>
          <w:rFonts w:ascii="Aptos Narrow" w:hAnsi="Aptos Narrow"/>
          <w:sz w:val="24"/>
          <w:szCs w:val="24"/>
        </w:rPr>
        <w:t>19</w:t>
      </w:r>
      <w:r w:rsidRPr="002635E5">
        <w:rPr>
          <w:rFonts w:ascii="Aptos Narrow" w:hAnsi="Aptos Narrow"/>
          <w:sz w:val="24"/>
          <w:szCs w:val="24"/>
        </w:rPr>
        <w:t>.</w:t>
      </w:r>
    </w:p>
    <w:p w14:paraId="4FA84230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Osoba </w:t>
      </w:r>
      <w:proofErr w:type="spellStart"/>
      <w:r w:rsidRPr="002635E5">
        <w:rPr>
          <w:rFonts w:ascii="Aptos Narrow" w:hAnsi="Aptos Narrow"/>
          <w:sz w:val="24"/>
          <w:szCs w:val="24"/>
        </w:rPr>
        <w:t>koja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posebnom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zakonu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pravo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prvenstva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dužna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u </w:t>
      </w:r>
      <w:proofErr w:type="spellStart"/>
      <w:r w:rsidRPr="002635E5">
        <w:rPr>
          <w:rFonts w:ascii="Aptos Narrow" w:hAnsi="Aptos Narrow"/>
          <w:sz w:val="24"/>
          <w:szCs w:val="24"/>
        </w:rPr>
        <w:t>ponudi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pozvati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to </w:t>
      </w:r>
      <w:proofErr w:type="spellStart"/>
      <w:r w:rsidRPr="002635E5">
        <w:rPr>
          <w:rFonts w:ascii="Aptos Narrow" w:hAnsi="Aptos Narrow"/>
          <w:sz w:val="24"/>
          <w:szCs w:val="24"/>
        </w:rPr>
        <w:t>pravo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priložiti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propisane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dokaze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05000BF3" w14:textId="5572E538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Ako je </w:t>
      </w:r>
      <w:proofErr w:type="spellStart"/>
      <w:r w:rsidRPr="002635E5">
        <w:rPr>
          <w:rFonts w:ascii="Aptos Narrow" w:hAnsi="Aptos Narrow"/>
          <w:sz w:val="24"/>
          <w:szCs w:val="24"/>
        </w:rPr>
        <w:t>ponuda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osobe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stavka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1. </w:t>
      </w:r>
      <w:proofErr w:type="spellStart"/>
      <w:r w:rsidRPr="002635E5">
        <w:rPr>
          <w:rFonts w:ascii="Aptos Narrow" w:hAnsi="Aptos Narrow"/>
          <w:sz w:val="24"/>
          <w:szCs w:val="24"/>
        </w:rPr>
        <w:t>valjana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ispunjene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zakonske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pretpostavke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Povjerenstvo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će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prije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donošenja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odluke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pozvati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da se u </w:t>
      </w:r>
      <w:proofErr w:type="spellStart"/>
      <w:r w:rsidR="00F542E9">
        <w:rPr>
          <w:rFonts w:ascii="Aptos Narrow" w:hAnsi="Aptos Narrow"/>
          <w:sz w:val="24"/>
          <w:szCs w:val="24"/>
        </w:rPr>
        <w:t>određenom</w:t>
      </w:r>
      <w:proofErr w:type="spellEnd"/>
      <w:r w:rsidR="00F542E9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roku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pisano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izjasni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prihvaća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li </w:t>
      </w:r>
      <w:proofErr w:type="spellStart"/>
      <w:r w:rsidRPr="002635E5">
        <w:rPr>
          <w:rFonts w:ascii="Aptos Narrow" w:hAnsi="Aptos Narrow"/>
          <w:sz w:val="24"/>
          <w:szCs w:val="24"/>
        </w:rPr>
        <w:t>najviši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ponuđeni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iznos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zakupnine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6DD71AF4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(3) Ako </w:t>
      </w:r>
      <w:proofErr w:type="spellStart"/>
      <w:r w:rsidRPr="002635E5">
        <w:rPr>
          <w:rFonts w:ascii="Aptos Narrow" w:hAnsi="Aptos Narrow"/>
          <w:sz w:val="24"/>
          <w:szCs w:val="24"/>
        </w:rPr>
        <w:t>pozvana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osoba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prihvati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najviši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ponuđeni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iznos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smatrat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će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najpovoljnijim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ponuditeljem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. Ako se ne </w:t>
      </w:r>
      <w:proofErr w:type="spellStart"/>
      <w:r w:rsidRPr="002635E5">
        <w:rPr>
          <w:rFonts w:ascii="Aptos Narrow" w:hAnsi="Aptos Narrow"/>
          <w:sz w:val="24"/>
          <w:szCs w:val="24"/>
        </w:rPr>
        <w:t>izjasni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roku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iznos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ne </w:t>
      </w:r>
      <w:proofErr w:type="spellStart"/>
      <w:r w:rsidRPr="002635E5">
        <w:rPr>
          <w:rFonts w:ascii="Aptos Narrow" w:hAnsi="Aptos Narrow"/>
          <w:sz w:val="24"/>
          <w:szCs w:val="24"/>
        </w:rPr>
        <w:t>prihvati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pravo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prvenstva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neće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primijeniti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7031ECE3" w14:textId="3EFBCF95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2</w:t>
      </w:r>
      <w:r w:rsidR="0026014C">
        <w:rPr>
          <w:rFonts w:ascii="Aptos Narrow" w:hAnsi="Aptos Narrow"/>
          <w:sz w:val="24"/>
          <w:szCs w:val="24"/>
        </w:rPr>
        <w:t>0</w:t>
      </w:r>
      <w:r w:rsidRPr="002635E5">
        <w:rPr>
          <w:rFonts w:ascii="Aptos Narrow" w:hAnsi="Aptos Narrow"/>
          <w:sz w:val="24"/>
          <w:szCs w:val="24"/>
        </w:rPr>
        <w:t>.</w:t>
      </w:r>
    </w:p>
    <w:p w14:paraId="4659B02F" w14:textId="36AE7BB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</w:t>
      </w:r>
      <w:proofErr w:type="spellStart"/>
      <w:r w:rsidR="0026014C">
        <w:rPr>
          <w:rFonts w:ascii="Aptos Narrow" w:hAnsi="Aptos Narrow"/>
          <w:sz w:val="24"/>
          <w:szCs w:val="24"/>
        </w:rPr>
        <w:t>Povjerenstvo</w:t>
      </w:r>
      <w:proofErr w:type="spellEnd"/>
      <w:r w:rsidR="0026014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26014C">
        <w:rPr>
          <w:rFonts w:ascii="Aptos Narrow" w:hAnsi="Aptos Narrow"/>
          <w:sz w:val="24"/>
          <w:szCs w:val="24"/>
        </w:rPr>
        <w:t>donosi</w:t>
      </w:r>
      <w:proofErr w:type="spellEnd"/>
      <w:r w:rsidR="0026014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Odluk</w:t>
      </w:r>
      <w:r w:rsidR="0026014C">
        <w:rPr>
          <w:rFonts w:ascii="Aptos Narrow" w:hAnsi="Aptos Narrow"/>
          <w:sz w:val="24"/>
          <w:szCs w:val="24"/>
        </w:rPr>
        <w:t>u</w:t>
      </w:r>
      <w:proofErr w:type="spellEnd"/>
      <w:r w:rsidR="0026014C">
        <w:rPr>
          <w:rFonts w:ascii="Aptos Narrow" w:hAnsi="Aptos Narrow"/>
          <w:sz w:val="24"/>
          <w:szCs w:val="24"/>
        </w:rPr>
        <w:t xml:space="preserve"> </w:t>
      </w:r>
      <w:r w:rsidR="00F542E9">
        <w:rPr>
          <w:rFonts w:ascii="Aptos Narrow" w:hAnsi="Aptos Narrow"/>
          <w:sz w:val="24"/>
          <w:szCs w:val="24"/>
        </w:rPr>
        <w:t xml:space="preserve">o </w:t>
      </w:r>
      <w:proofErr w:type="spellStart"/>
      <w:r w:rsidR="00F542E9">
        <w:rPr>
          <w:rFonts w:ascii="Aptos Narrow" w:hAnsi="Aptos Narrow"/>
          <w:sz w:val="24"/>
          <w:szCs w:val="24"/>
        </w:rPr>
        <w:t>najpovoljnijoj</w:t>
      </w:r>
      <w:proofErr w:type="spellEnd"/>
      <w:r w:rsidR="00F542E9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F542E9">
        <w:rPr>
          <w:rFonts w:ascii="Aptos Narrow" w:hAnsi="Aptos Narrow"/>
          <w:sz w:val="24"/>
          <w:szCs w:val="24"/>
        </w:rPr>
        <w:t>ponudi</w:t>
      </w:r>
      <w:proofErr w:type="spellEnd"/>
      <w:r w:rsidR="0026014C">
        <w:rPr>
          <w:rFonts w:ascii="Aptos Narrow" w:hAnsi="Aptos Narrow"/>
          <w:sz w:val="24"/>
          <w:szCs w:val="24"/>
        </w:rPr>
        <w:t xml:space="preserve">, </w:t>
      </w:r>
      <w:proofErr w:type="spellStart"/>
      <w:r w:rsidR="0026014C">
        <w:rPr>
          <w:rFonts w:ascii="Aptos Narrow" w:hAnsi="Aptos Narrow"/>
          <w:sz w:val="24"/>
          <w:szCs w:val="24"/>
        </w:rPr>
        <w:t>te</w:t>
      </w:r>
      <w:proofErr w:type="spellEnd"/>
      <w:r w:rsidR="0026014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26014C">
        <w:rPr>
          <w:rFonts w:ascii="Aptos Narrow" w:hAnsi="Aptos Narrow"/>
          <w:sz w:val="24"/>
          <w:szCs w:val="24"/>
        </w:rPr>
        <w:t>ju</w:t>
      </w:r>
      <w:proofErr w:type="spellEnd"/>
      <w:r w:rsidR="0026014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objavljuje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mrežnoj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stranici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uz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zaštitu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osobnih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osjetljivih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podataka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79C8CE51" w14:textId="06EC2898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lastRenderedPageBreak/>
        <w:t xml:space="preserve">(2) </w:t>
      </w:r>
      <w:proofErr w:type="spellStart"/>
      <w:r w:rsidRPr="002635E5">
        <w:rPr>
          <w:rFonts w:ascii="Aptos Narrow" w:hAnsi="Aptos Narrow"/>
          <w:sz w:val="24"/>
          <w:szCs w:val="24"/>
        </w:rPr>
        <w:t>Protiv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odluke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Povjerenstva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ponuditelj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može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podnijeti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obrazloženi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prigovor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Načelniku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roku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od </w:t>
      </w:r>
      <w:proofErr w:type="spellStart"/>
      <w:r w:rsidRPr="002635E5">
        <w:rPr>
          <w:rFonts w:ascii="Aptos Narrow" w:hAnsi="Aptos Narrow"/>
          <w:sz w:val="24"/>
          <w:szCs w:val="24"/>
        </w:rPr>
        <w:t>osam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dana od </w:t>
      </w:r>
      <w:r w:rsidR="0091729F">
        <w:rPr>
          <w:rFonts w:ascii="Aptos Narrow" w:hAnsi="Aptos Narrow"/>
          <w:sz w:val="24"/>
          <w:szCs w:val="24"/>
        </w:rPr>
        <w:t xml:space="preserve">dana </w:t>
      </w:r>
      <w:proofErr w:type="spellStart"/>
      <w:r w:rsidR="0091729F">
        <w:rPr>
          <w:rFonts w:ascii="Aptos Narrow" w:hAnsi="Aptos Narrow"/>
          <w:sz w:val="24"/>
          <w:szCs w:val="24"/>
        </w:rPr>
        <w:t>objave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odluke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. </w:t>
      </w:r>
      <w:proofErr w:type="spellStart"/>
      <w:r w:rsidRPr="002635E5">
        <w:rPr>
          <w:rFonts w:ascii="Aptos Narrow" w:hAnsi="Aptos Narrow"/>
          <w:sz w:val="24"/>
          <w:szCs w:val="24"/>
        </w:rPr>
        <w:t>Prigovor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odgađa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sklapanje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ugovora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279FF210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(3) </w:t>
      </w:r>
      <w:proofErr w:type="spellStart"/>
      <w:r w:rsidRPr="002635E5">
        <w:rPr>
          <w:rFonts w:ascii="Aptos Narrow" w:hAnsi="Aptos Narrow"/>
          <w:sz w:val="24"/>
          <w:szCs w:val="24"/>
        </w:rPr>
        <w:t>Načelnik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može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prigovor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odbaciti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odbiti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prihvatiti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predmet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vratiti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Povjerenstvu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ponovni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postupak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odnosno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sam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otkloniti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utvrđenu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nepravilnost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ako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to </w:t>
      </w:r>
      <w:proofErr w:type="spellStart"/>
      <w:r w:rsidRPr="002635E5">
        <w:rPr>
          <w:rFonts w:ascii="Aptos Narrow" w:hAnsi="Aptos Narrow"/>
          <w:sz w:val="24"/>
          <w:szCs w:val="24"/>
        </w:rPr>
        <w:t>moguće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bez </w:t>
      </w:r>
      <w:proofErr w:type="spellStart"/>
      <w:r w:rsidRPr="002635E5">
        <w:rPr>
          <w:rFonts w:ascii="Aptos Narrow" w:hAnsi="Aptos Narrow"/>
          <w:sz w:val="24"/>
          <w:szCs w:val="24"/>
        </w:rPr>
        <w:t>povrede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jednakoga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postupanja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3E16145F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(4) </w:t>
      </w:r>
      <w:proofErr w:type="spellStart"/>
      <w:r w:rsidRPr="002635E5">
        <w:rPr>
          <w:rFonts w:ascii="Aptos Narrow" w:hAnsi="Aptos Narrow"/>
          <w:sz w:val="24"/>
          <w:szCs w:val="24"/>
        </w:rPr>
        <w:t>Odluka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Načelnika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prigovoru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konačna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u </w:t>
      </w:r>
      <w:proofErr w:type="spellStart"/>
      <w:r w:rsidRPr="002635E5">
        <w:rPr>
          <w:rFonts w:ascii="Aptos Narrow" w:hAnsi="Aptos Narrow"/>
          <w:sz w:val="24"/>
          <w:szCs w:val="24"/>
        </w:rPr>
        <w:t>postupku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ovoj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Odluci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70186211" w14:textId="7C045C43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2</w:t>
      </w:r>
      <w:r w:rsidR="0026014C">
        <w:rPr>
          <w:rFonts w:ascii="Aptos Narrow" w:hAnsi="Aptos Narrow"/>
          <w:sz w:val="24"/>
          <w:szCs w:val="24"/>
        </w:rPr>
        <w:t>1</w:t>
      </w:r>
      <w:r w:rsidRPr="002635E5">
        <w:rPr>
          <w:rFonts w:ascii="Aptos Narrow" w:hAnsi="Aptos Narrow"/>
          <w:sz w:val="24"/>
          <w:szCs w:val="24"/>
        </w:rPr>
        <w:t>.</w:t>
      </w:r>
    </w:p>
    <w:p w14:paraId="7277130B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</w:t>
      </w:r>
      <w:proofErr w:type="spellStart"/>
      <w:r w:rsidRPr="002635E5">
        <w:rPr>
          <w:rFonts w:ascii="Aptos Narrow" w:hAnsi="Aptos Narrow"/>
          <w:sz w:val="24"/>
          <w:szCs w:val="24"/>
        </w:rPr>
        <w:t>Načelnik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može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do </w:t>
      </w:r>
      <w:proofErr w:type="spellStart"/>
      <w:r w:rsidRPr="002635E5">
        <w:rPr>
          <w:rFonts w:ascii="Aptos Narrow" w:hAnsi="Aptos Narrow"/>
          <w:sz w:val="24"/>
          <w:szCs w:val="24"/>
        </w:rPr>
        <w:t>sklapanja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obrazloženom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odlukom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poništiti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natječaj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cijelosti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2635E5">
        <w:rPr>
          <w:rFonts w:ascii="Aptos Narrow" w:hAnsi="Aptos Narrow"/>
          <w:sz w:val="24"/>
          <w:szCs w:val="24"/>
        </w:rPr>
        <w:t>pojedini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osobito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ako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utvrdi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da </w:t>
      </w:r>
      <w:proofErr w:type="spellStart"/>
      <w:r w:rsidRPr="002635E5">
        <w:rPr>
          <w:rFonts w:ascii="Aptos Narrow" w:hAnsi="Aptos Narrow"/>
          <w:sz w:val="24"/>
          <w:szCs w:val="24"/>
        </w:rPr>
        <w:t>prostor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raspoloživ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da je </w:t>
      </w:r>
      <w:proofErr w:type="spellStart"/>
      <w:r w:rsidRPr="002635E5">
        <w:rPr>
          <w:rFonts w:ascii="Aptos Narrow" w:hAnsi="Aptos Narrow"/>
          <w:sz w:val="24"/>
          <w:szCs w:val="24"/>
        </w:rPr>
        <w:t>Općini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potreban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2635E5">
        <w:rPr>
          <w:rFonts w:ascii="Aptos Narrow" w:hAnsi="Aptos Narrow"/>
          <w:sz w:val="24"/>
          <w:szCs w:val="24"/>
        </w:rPr>
        <w:t>vlastite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potrebe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da </w:t>
      </w:r>
      <w:proofErr w:type="spellStart"/>
      <w:r w:rsidRPr="002635E5">
        <w:rPr>
          <w:rFonts w:ascii="Aptos Narrow" w:hAnsi="Aptos Narrow"/>
          <w:sz w:val="24"/>
          <w:szCs w:val="24"/>
        </w:rPr>
        <w:t>su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bitno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promijenile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okolnosti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da je u </w:t>
      </w:r>
      <w:proofErr w:type="spellStart"/>
      <w:r w:rsidRPr="002635E5">
        <w:rPr>
          <w:rFonts w:ascii="Aptos Narrow" w:hAnsi="Aptos Narrow"/>
          <w:sz w:val="24"/>
          <w:szCs w:val="24"/>
        </w:rPr>
        <w:t>postupku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učinjena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nepravilnost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ne </w:t>
      </w:r>
      <w:proofErr w:type="spellStart"/>
      <w:r w:rsidRPr="002635E5">
        <w:rPr>
          <w:rFonts w:ascii="Aptos Narrow" w:hAnsi="Aptos Narrow"/>
          <w:sz w:val="24"/>
          <w:szCs w:val="24"/>
        </w:rPr>
        <w:t>može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otkloniti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5D228A5A" w14:textId="2FE15781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</w:t>
      </w:r>
      <w:proofErr w:type="spellStart"/>
      <w:r w:rsidRPr="002635E5">
        <w:rPr>
          <w:rFonts w:ascii="Aptos Narrow" w:hAnsi="Aptos Narrow"/>
          <w:sz w:val="24"/>
          <w:szCs w:val="24"/>
        </w:rPr>
        <w:t>Odluka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poništenju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objavljuje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isti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način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kao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natječaj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. </w:t>
      </w:r>
      <w:proofErr w:type="spellStart"/>
      <w:r w:rsidRPr="002635E5">
        <w:rPr>
          <w:rFonts w:ascii="Aptos Narrow" w:hAnsi="Aptos Narrow"/>
          <w:sz w:val="24"/>
          <w:szCs w:val="24"/>
        </w:rPr>
        <w:t>Ponuditelji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nemaju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pravo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naknadu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troškova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pripreme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ponude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naknadu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štete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a </w:t>
      </w:r>
      <w:proofErr w:type="spellStart"/>
      <w:r w:rsidRPr="002635E5">
        <w:rPr>
          <w:rFonts w:ascii="Aptos Narrow" w:hAnsi="Aptos Narrow"/>
          <w:sz w:val="24"/>
          <w:szCs w:val="24"/>
        </w:rPr>
        <w:t>uplaćena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jamčevina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vraća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u </w:t>
      </w:r>
      <w:proofErr w:type="spellStart"/>
      <w:r w:rsidRPr="002635E5">
        <w:rPr>
          <w:rFonts w:ascii="Aptos Narrow" w:hAnsi="Aptos Narrow"/>
          <w:sz w:val="24"/>
          <w:szCs w:val="24"/>
        </w:rPr>
        <w:t>roku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od 15 dana</w:t>
      </w:r>
      <w:r w:rsidR="00B3519A">
        <w:rPr>
          <w:rFonts w:ascii="Aptos Narrow" w:hAnsi="Aptos Narrow"/>
          <w:sz w:val="24"/>
          <w:szCs w:val="24"/>
        </w:rPr>
        <w:t>.</w:t>
      </w:r>
    </w:p>
    <w:p w14:paraId="11227431" w14:textId="1A5458A9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2</w:t>
      </w:r>
      <w:r w:rsidR="0026014C">
        <w:rPr>
          <w:rFonts w:ascii="Aptos Narrow" w:hAnsi="Aptos Narrow"/>
          <w:sz w:val="24"/>
          <w:szCs w:val="24"/>
        </w:rPr>
        <w:t>2</w:t>
      </w:r>
      <w:r w:rsidRPr="002635E5">
        <w:rPr>
          <w:rFonts w:ascii="Aptos Narrow" w:hAnsi="Aptos Narrow"/>
          <w:sz w:val="24"/>
          <w:szCs w:val="24"/>
        </w:rPr>
        <w:t>.</w:t>
      </w:r>
    </w:p>
    <w:p w14:paraId="71D038F1" w14:textId="2AD40AF6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Ako </w:t>
      </w:r>
      <w:proofErr w:type="spellStart"/>
      <w:r w:rsidR="0091729F">
        <w:rPr>
          <w:rFonts w:ascii="Aptos Narrow" w:hAnsi="Aptos Narrow"/>
          <w:sz w:val="24"/>
          <w:szCs w:val="24"/>
        </w:rPr>
        <w:t>najpovoljniji</w:t>
      </w:r>
      <w:proofErr w:type="spellEnd"/>
      <w:r w:rsidR="0091729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ponuditelj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odustane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ne </w:t>
      </w:r>
      <w:proofErr w:type="spellStart"/>
      <w:r w:rsidRPr="002635E5">
        <w:rPr>
          <w:rFonts w:ascii="Aptos Narrow" w:hAnsi="Aptos Narrow"/>
          <w:sz w:val="24"/>
          <w:szCs w:val="24"/>
        </w:rPr>
        <w:t>sklopi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ostavljenom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roku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Povjerenstvo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može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odabrati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sljedećega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rangiranog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valjanog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ponuditelja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po </w:t>
      </w:r>
      <w:proofErr w:type="spellStart"/>
      <w:r w:rsidRPr="002635E5">
        <w:rPr>
          <w:rFonts w:ascii="Aptos Narrow" w:hAnsi="Aptos Narrow"/>
          <w:sz w:val="24"/>
          <w:szCs w:val="24"/>
        </w:rPr>
        <w:t>iznosu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njegove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ponude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ako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time </w:t>
      </w:r>
      <w:proofErr w:type="spellStart"/>
      <w:r w:rsidRPr="002635E5">
        <w:rPr>
          <w:rFonts w:ascii="Aptos Narrow" w:hAnsi="Aptos Narrow"/>
          <w:sz w:val="24"/>
          <w:szCs w:val="24"/>
        </w:rPr>
        <w:t>nije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povrijeđeno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pravo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prvenstva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5C2557C8" w14:textId="1B47B00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Ako </w:t>
      </w:r>
      <w:proofErr w:type="spellStart"/>
      <w:r w:rsidRPr="002635E5">
        <w:rPr>
          <w:rFonts w:ascii="Aptos Narrow" w:hAnsi="Aptos Narrow"/>
          <w:sz w:val="24"/>
          <w:szCs w:val="24"/>
        </w:rPr>
        <w:t>nema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drugoga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valjanog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ponuditelja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ocijeni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da </w:t>
      </w:r>
      <w:proofErr w:type="spellStart"/>
      <w:r w:rsidRPr="002635E5">
        <w:rPr>
          <w:rFonts w:ascii="Aptos Narrow" w:hAnsi="Aptos Narrow"/>
          <w:sz w:val="24"/>
          <w:szCs w:val="24"/>
        </w:rPr>
        <w:t>izbor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interesu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="00B3519A">
        <w:rPr>
          <w:rFonts w:ascii="Aptos Narrow" w:hAnsi="Aptos Narrow"/>
          <w:sz w:val="24"/>
          <w:szCs w:val="24"/>
        </w:rPr>
        <w:t>Načelnik</w:t>
      </w:r>
      <w:proofErr w:type="spellEnd"/>
      <w:r w:rsidR="00B3519A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B3519A">
        <w:rPr>
          <w:rFonts w:ascii="Aptos Narrow" w:hAnsi="Aptos Narrow"/>
          <w:sz w:val="24"/>
          <w:szCs w:val="24"/>
        </w:rPr>
        <w:t>će</w:t>
      </w:r>
      <w:proofErr w:type="spellEnd"/>
      <w:r w:rsidR="00B3519A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B3519A">
        <w:rPr>
          <w:rFonts w:ascii="Aptos Narrow" w:hAnsi="Aptos Narrow"/>
          <w:sz w:val="24"/>
          <w:szCs w:val="24"/>
        </w:rPr>
        <w:t>poništiti</w:t>
      </w:r>
      <w:proofErr w:type="spellEnd"/>
      <w:r w:rsidR="00B3519A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B3519A">
        <w:rPr>
          <w:rFonts w:ascii="Aptos Narrow" w:hAnsi="Aptos Narrow"/>
          <w:sz w:val="24"/>
          <w:szCs w:val="24"/>
        </w:rPr>
        <w:t>natječaj</w:t>
      </w:r>
      <w:proofErr w:type="spellEnd"/>
      <w:r w:rsidR="00B3519A">
        <w:rPr>
          <w:rFonts w:ascii="Aptos Narrow" w:hAnsi="Aptos Narrow"/>
          <w:sz w:val="24"/>
          <w:szCs w:val="24"/>
        </w:rPr>
        <w:t xml:space="preserve"> </w:t>
      </w:r>
      <w:proofErr w:type="spellStart"/>
      <w:r>
        <w:rPr>
          <w:rFonts w:ascii="Aptos Narrow" w:hAnsi="Aptos Narrow"/>
          <w:sz w:val="24"/>
          <w:szCs w:val="24"/>
        </w:rPr>
        <w:t>i</w:t>
      </w:r>
      <w:proofErr w:type="spellEnd"/>
      <w:r w:rsidR="00B3519A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raspisat</w:t>
      </w:r>
      <w:r w:rsidR="00B3519A">
        <w:rPr>
          <w:rFonts w:ascii="Aptos Narrow" w:hAnsi="Aptos Narrow"/>
          <w:sz w:val="24"/>
          <w:szCs w:val="24"/>
        </w:rPr>
        <w:t>i</w:t>
      </w:r>
      <w:proofErr w:type="spellEnd"/>
      <w:r w:rsidR="00B3519A">
        <w:rPr>
          <w:rFonts w:ascii="Aptos Narrow" w:hAnsi="Aptos Narrow"/>
          <w:sz w:val="24"/>
          <w:szCs w:val="24"/>
        </w:rPr>
        <w:t xml:space="preserve"> </w:t>
      </w:r>
      <w:r w:rsidRPr="002635E5">
        <w:rPr>
          <w:rFonts w:ascii="Aptos Narrow" w:hAnsi="Aptos Narrow"/>
          <w:sz w:val="24"/>
          <w:szCs w:val="24"/>
        </w:rPr>
        <w:t xml:space="preserve">novi </w:t>
      </w:r>
      <w:proofErr w:type="spellStart"/>
      <w:r w:rsidRPr="002635E5">
        <w:rPr>
          <w:rFonts w:ascii="Aptos Narrow" w:hAnsi="Aptos Narrow"/>
          <w:sz w:val="24"/>
          <w:szCs w:val="24"/>
        </w:rPr>
        <w:t>natječaj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1FA57298" w14:textId="77777777" w:rsidR="001A559F" w:rsidRPr="002635E5" w:rsidRDefault="00DB66BA">
      <w:pPr>
        <w:pStyle w:val="Chapter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>IV. UGOVOR O ZAKUPU I PRIMOPREDAJA</w:t>
      </w:r>
    </w:p>
    <w:p w14:paraId="2929EA04" w14:textId="3889065D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r w:rsidR="0091729F">
        <w:rPr>
          <w:rFonts w:ascii="Aptos Narrow" w:hAnsi="Aptos Narrow"/>
          <w:sz w:val="24"/>
          <w:szCs w:val="24"/>
        </w:rPr>
        <w:t>2</w:t>
      </w:r>
      <w:r w:rsidR="0026014C">
        <w:rPr>
          <w:rFonts w:ascii="Aptos Narrow" w:hAnsi="Aptos Narrow"/>
          <w:sz w:val="24"/>
          <w:szCs w:val="24"/>
        </w:rPr>
        <w:t>3</w:t>
      </w:r>
      <w:r w:rsidRPr="002635E5">
        <w:rPr>
          <w:rFonts w:ascii="Aptos Narrow" w:hAnsi="Aptos Narrow"/>
          <w:sz w:val="24"/>
          <w:szCs w:val="24"/>
        </w:rPr>
        <w:t>.</w:t>
      </w:r>
    </w:p>
    <w:p w14:paraId="48036927" w14:textId="4C438576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</w:t>
      </w:r>
      <w:proofErr w:type="spellStart"/>
      <w:r w:rsidRPr="002635E5">
        <w:rPr>
          <w:rFonts w:ascii="Aptos Narrow" w:hAnsi="Aptos Narrow"/>
          <w:sz w:val="24"/>
          <w:szCs w:val="24"/>
        </w:rPr>
        <w:t>Ugovor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zakupu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sklapa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Načelnik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ime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roku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određenom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>
        <w:rPr>
          <w:rFonts w:ascii="Aptos Narrow" w:hAnsi="Aptos Narrow"/>
          <w:sz w:val="24"/>
          <w:szCs w:val="24"/>
        </w:rPr>
        <w:t>O</w:t>
      </w:r>
      <w:r w:rsidRPr="002635E5">
        <w:rPr>
          <w:rFonts w:ascii="Aptos Narrow" w:hAnsi="Aptos Narrow"/>
          <w:sz w:val="24"/>
          <w:szCs w:val="24"/>
        </w:rPr>
        <w:t>dlukom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>
        <w:rPr>
          <w:rFonts w:ascii="Aptos Narrow" w:hAnsi="Aptos Narrow"/>
          <w:sz w:val="24"/>
          <w:szCs w:val="24"/>
        </w:rPr>
        <w:t>najpovoljnijoj</w:t>
      </w:r>
      <w:proofErr w:type="spellEnd"/>
      <w:r>
        <w:rPr>
          <w:rFonts w:ascii="Aptos Narrow" w:hAnsi="Aptos Narrow"/>
          <w:sz w:val="24"/>
          <w:szCs w:val="24"/>
        </w:rPr>
        <w:t xml:space="preserve"> </w:t>
      </w:r>
      <w:proofErr w:type="spellStart"/>
      <w:r>
        <w:rPr>
          <w:rFonts w:ascii="Aptos Narrow" w:hAnsi="Aptos Narrow"/>
          <w:sz w:val="24"/>
          <w:szCs w:val="24"/>
        </w:rPr>
        <w:t>ponudi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nakon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91729F">
        <w:rPr>
          <w:rFonts w:ascii="Aptos Narrow" w:hAnsi="Aptos Narrow"/>
          <w:sz w:val="24"/>
          <w:szCs w:val="24"/>
        </w:rPr>
        <w:t>konačnosti</w:t>
      </w:r>
      <w:proofErr w:type="spellEnd"/>
      <w:r w:rsidR="0091729F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91729F">
        <w:rPr>
          <w:rFonts w:ascii="Aptos Narrow" w:hAnsi="Aptos Narrow"/>
          <w:sz w:val="24"/>
          <w:szCs w:val="24"/>
        </w:rPr>
        <w:t>prema</w:t>
      </w:r>
      <w:proofErr w:type="spellEnd"/>
      <w:r w:rsidR="0091729F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91729F">
        <w:rPr>
          <w:rFonts w:ascii="Aptos Narrow" w:hAnsi="Aptos Narrow"/>
          <w:sz w:val="24"/>
          <w:szCs w:val="24"/>
        </w:rPr>
        <w:t>ovoj</w:t>
      </w:r>
      <w:proofErr w:type="spellEnd"/>
      <w:r w:rsidR="0091729F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91729F">
        <w:rPr>
          <w:rFonts w:ascii="Aptos Narrow" w:hAnsi="Aptos Narrow"/>
          <w:sz w:val="24"/>
          <w:szCs w:val="24"/>
        </w:rPr>
        <w:t>Odluci</w:t>
      </w:r>
      <w:proofErr w:type="spellEnd"/>
      <w:r w:rsidR="002E6479">
        <w:rPr>
          <w:rFonts w:ascii="Aptos Narrow" w:hAnsi="Aptos Narrow"/>
          <w:sz w:val="24"/>
          <w:szCs w:val="24"/>
        </w:rPr>
        <w:t>.</w:t>
      </w:r>
    </w:p>
    <w:p w14:paraId="45E5E4DE" w14:textId="4E0F1FB6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</w:t>
      </w:r>
      <w:proofErr w:type="spellStart"/>
      <w:r w:rsidRPr="002635E5">
        <w:rPr>
          <w:rFonts w:ascii="Aptos Narrow" w:hAnsi="Aptos Narrow"/>
          <w:sz w:val="24"/>
          <w:szCs w:val="24"/>
        </w:rPr>
        <w:t>Ugovor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mora </w:t>
      </w:r>
      <w:proofErr w:type="spellStart"/>
      <w:r w:rsidRPr="002635E5">
        <w:rPr>
          <w:rFonts w:ascii="Aptos Narrow" w:hAnsi="Aptos Narrow"/>
          <w:sz w:val="24"/>
          <w:szCs w:val="24"/>
        </w:rPr>
        <w:t>biti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sklopljen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pisanom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obliku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potvrđen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(</w:t>
      </w:r>
      <w:proofErr w:type="spellStart"/>
      <w:r w:rsidRPr="002635E5">
        <w:rPr>
          <w:rFonts w:ascii="Aptos Narrow" w:hAnsi="Aptos Narrow"/>
          <w:sz w:val="24"/>
          <w:szCs w:val="24"/>
        </w:rPr>
        <w:t>solemniziran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) po </w:t>
      </w:r>
      <w:proofErr w:type="spellStart"/>
      <w:r w:rsidRPr="002635E5">
        <w:rPr>
          <w:rFonts w:ascii="Aptos Narrow" w:hAnsi="Aptos Narrow"/>
          <w:sz w:val="24"/>
          <w:szCs w:val="24"/>
        </w:rPr>
        <w:t>javnom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bilježniku</w:t>
      </w:r>
      <w:proofErr w:type="spellEnd"/>
      <w:r w:rsidR="002E6479">
        <w:rPr>
          <w:rFonts w:ascii="Aptos Narrow" w:hAnsi="Aptos Narrow"/>
          <w:sz w:val="24"/>
          <w:szCs w:val="24"/>
        </w:rPr>
        <w:t>.</w:t>
      </w:r>
    </w:p>
    <w:p w14:paraId="1F8A017A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(3) </w:t>
      </w:r>
      <w:proofErr w:type="spellStart"/>
      <w:r w:rsidRPr="002635E5">
        <w:rPr>
          <w:rFonts w:ascii="Aptos Narrow" w:hAnsi="Aptos Narrow"/>
          <w:sz w:val="24"/>
          <w:szCs w:val="24"/>
        </w:rPr>
        <w:t>Troškove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solemnizacije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izdavanja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sredstava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osiguranja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druge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troškove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sklapanja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snosi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0C675D38" w14:textId="71A30A5C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r w:rsidR="0091729F">
        <w:rPr>
          <w:rFonts w:ascii="Aptos Narrow" w:hAnsi="Aptos Narrow"/>
          <w:sz w:val="24"/>
          <w:szCs w:val="24"/>
        </w:rPr>
        <w:t>2</w:t>
      </w:r>
      <w:r w:rsidR="0026014C">
        <w:rPr>
          <w:rFonts w:ascii="Aptos Narrow" w:hAnsi="Aptos Narrow"/>
          <w:sz w:val="24"/>
          <w:szCs w:val="24"/>
        </w:rPr>
        <w:t>4</w:t>
      </w:r>
      <w:r w:rsidRPr="002635E5">
        <w:rPr>
          <w:rFonts w:ascii="Aptos Narrow" w:hAnsi="Aptos Narrow"/>
          <w:sz w:val="24"/>
          <w:szCs w:val="24"/>
        </w:rPr>
        <w:t>.</w:t>
      </w:r>
    </w:p>
    <w:p w14:paraId="746FF426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Ugovor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zakupu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osobito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sadrži</w:t>
      </w:r>
      <w:proofErr w:type="spellEnd"/>
      <w:r w:rsidRPr="002635E5">
        <w:rPr>
          <w:rFonts w:ascii="Aptos Narrow" w:hAnsi="Aptos Narrow"/>
          <w:sz w:val="24"/>
          <w:szCs w:val="24"/>
        </w:rPr>
        <w:t>:</w:t>
      </w:r>
    </w:p>
    <w:p w14:paraId="05F64899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podatke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ugovornim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stranama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544BD38C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podatke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potrebne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2635E5">
        <w:rPr>
          <w:rFonts w:ascii="Aptos Narrow" w:hAnsi="Aptos Narrow"/>
          <w:sz w:val="24"/>
          <w:szCs w:val="24"/>
        </w:rPr>
        <w:t>nedvojbenu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identifikaciju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površinu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zapisnik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stanju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7BFF8403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djelatnost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smije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obavljati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14786559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datum </w:t>
      </w:r>
      <w:proofErr w:type="spellStart"/>
      <w:r w:rsidRPr="002635E5">
        <w:rPr>
          <w:rFonts w:ascii="Aptos Narrow" w:hAnsi="Aptos Narrow"/>
          <w:sz w:val="24"/>
          <w:szCs w:val="24"/>
        </w:rPr>
        <w:t>početka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vrijeme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trajanja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zakupa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69D4BD5A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iznos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PDV, </w:t>
      </w:r>
      <w:proofErr w:type="spellStart"/>
      <w:r w:rsidRPr="002635E5">
        <w:rPr>
          <w:rFonts w:ascii="Aptos Narrow" w:hAnsi="Aptos Narrow"/>
          <w:sz w:val="24"/>
          <w:szCs w:val="24"/>
        </w:rPr>
        <w:t>rok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način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plaćanja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način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usklađivanja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zakupnine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2171247A" w14:textId="354071DE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sredstva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osiguranja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0C911CB0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obveze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vezi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 </w:t>
      </w:r>
      <w:proofErr w:type="spellStart"/>
      <w:r w:rsidRPr="002635E5">
        <w:rPr>
          <w:rFonts w:ascii="Aptos Narrow" w:hAnsi="Aptos Narrow"/>
          <w:sz w:val="24"/>
          <w:szCs w:val="24"/>
        </w:rPr>
        <w:t>režijskim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troškovima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zajedničkom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pričuvom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održavanjem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popravcima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osiguranjem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3606408A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uvjete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izvođenja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radova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priznavanja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ulaganja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ako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odobrena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28E6B53E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lastRenderedPageBreak/>
        <w:t>zabranu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podzakupa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prepuštanja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korištenja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trećoj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osobi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uz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zakonsku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iznimku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35C3CD76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pravo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nadzor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ulazak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prostor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uz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prethodnu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najavu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osim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hitnom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slučaju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33ADFBB7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razloge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rokove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2635E5">
        <w:rPr>
          <w:rFonts w:ascii="Aptos Narrow" w:hAnsi="Aptos Narrow"/>
          <w:sz w:val="24"/>
          <w:szCs w:val="24"/>
        </w:rPr>
        <w:t>otkaz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raskid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predaju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349E58C6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odredbu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neposrednoj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ovršivosti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radi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naplate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ispražnjenja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ako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 to </w:t>
      </w:r>
      <w:proofErr w:type="spellStart"/>
      <w:r w:rsidRPr="002635E5">
        <w:rPr>
          <w:rFonts w:ascii="Aptos Narrow" w:hAnsi="Aptos Narrow"/>
          <w:sz w:val="24"/>
          <w:szCs w:val="24"/>
        </w:rPr>
        <w:t>ispunjene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zakonske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pretpostavke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39C06DBC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druge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odredbe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potrebne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naravi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djelatnosti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263E9BEA" w14:textId="6716C79C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r w:rsidR="0026014C">
        <w:rPr>
          <w:rFonts w:ascii="Aptos Narrow" w:hAnsi="Aptos Narrow"/>
          <w:sz w:val="24"/>
          <w:szCs w:val="24"/>
        </w:rPr>
        <w:t>25</w:t>
      </w:r>
      <w:r w:rsidRPr="002635E5">
        <w:rPr>
          <w:rFonts w:ascii="Aptos Narrow" w:hAnsi="Aptos Narrow"/>
          <w:sz w:val="24"/>
          <w:szCs w:val="24"/>
        </w:rPr>
        <w:t>.</w:t>
      </w:r>
    </w:p>
    <w:p w14:paraId="4AF038F3" w14:textId="3AB25FAC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prije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sklapanja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dužan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predati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sredstv</w:t>
      </w:r>
      <w:r w:rsidR="001621B2">
        <w:rPr>
          <w:rFonts w:ascii="Aptos Narrow" w:hAnsi="Aptos Narrow"/>
          <w:sz w:val="24"/>
          <w:szCs w:val="24"/>
        </w:rPr>
        <w:t>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osiguranja</w:t>
      </w:r>
      <w:proofErr w:type="spellEnd"/>
      <w:r w:rsidR="001621B2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E331E9">
        <w:rPr>
          <w:rFonts w:ascii="Aptos Narrow" w:hAnsi="Aptos Narrow"/>
          <w:sz w:val="24"/>
          <w:szCs w:val="24"/>
        </w:rPr>
        <w:t>odnosno</w:t>
      </w:r>
      <w:proofErr w:type="spellEnd"/>
      <w:r w:rsidR="001621B2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bjanko-zadužnicu</w:t>
      </w:r>
      <w:proofErr w:type="spellEnd"/>
      <w:r w:rsidR="001621B2">
        <w:rPr>
          <w:rFonts w:ascii="Aptos Narrow" w:hAnsi="Aptos Narrow"/>
          <w:sz w:val="24"/>
          <w:szCs w:val="24"/>
        </w:rPr>
        <w:t>.</w:t>
      </w:r>
    </w:p>
    <w:p w14:paraId="7CC58D0D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</w:t>
      </w:r>
      <w:proofErr w:type="spellStart"/>
      <w:r w:rsidRPr="002635E5">
        <w:rPr>
          <w:rFonts w:ascii="Aptos Narrow" w:hAnsi="Aptos Narrow"/>
          <w:sz w:val="24"/>
          <w:szCs w:val="24"/>
        </w:rPr>
        <w:t>Ugovor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sastavlja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tako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da, u </w:t>
      </w:r>
      <w:proofErr w:type="spellStart"/>
      <w:r w:rsidRPr="002635E5">
        <w:rPr>
          <w:rFonts w:ascii="Aptos Narrow" w:hAnsi="Aptos Narrow"/>
          <w:sz w:val="24"/>
          <w:szCs w:val="24"/>
        </w:rPr>
        <w:t>granicama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dopuštenim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zakonom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predstavlja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ovršnu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ispravu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2635E5">
        <w:rPr>
          <w:rFonts w:ascii="Aptos Narrow" w:hAnsi="Aptos Narrow"/>
          <w:sz w:val="24"/>
          <w:szCs w:val="24"/>
        </w:rPr>
        <w:t>dospjele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novčane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tražbine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obvezu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ispražnjenja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predaje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nakon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prestanka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zakupa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41C13691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(3) </w:t>
      </w:r>
      <w:proofErr w:type="spellStart"/>
      <w:r w:rsidRPr="002635E5">
        <w:rPr>
          <w:rFonts w:ascii="Aptos Narrow" w:hAnsi="Aptos Narrow"/>
          <w:sz w:val="24"/>
          <w:szCs w:val="24"/>
        </w:rPr>
        <w:t>Vrsta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visina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osiguranja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moraju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biti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razmjerne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vrijednosti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riziku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neispunjenja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2C57227B" w14:textId="5FCEE899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r w:rsidR="00C5490F">
        <w:rPr>
          <w:rFonts w:ascii="Aptos Narrow" w:hAnsi="Aptos Narrow"/>
          <w:sz w:val="24"/>
          <w:szCs w:val="24"/>
        </w:rPr>
        <w:t>26</w:t>
      </w:r>
      <w:r w:rsidRPr="002635E5">
        <w:rPr>
          <w:rFonts w:ascii="Aptos Narrow" w:hAnsi="Aptos Narrow"/>
          <w:sz w:val="24"/>
          <w:szCs w:val="24"/>
        </w:rPr>
        <w:t>.</w:t>
      </w:r>
    </w:p>
    <w:p w14:paraId="25D29F4D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</w:t>
      </w:r>
      <w:proofErr w:type="spellStart"/>
      <w:r w:rsidRPr="002635E5">
        <w:rPr>
          <w:rFonts w:ascii="Aptos Narrow" w:hAnsi="Aptos Narrow"/>
          <w:sz w:val="24"/>
          <w:szCs w:val="24"/>
        </w:rPr>
        <w:t>Poslovni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predaje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zakupniku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nakon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sklapanja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dostave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ugovorenih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sredstava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osiguranja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zapisnički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stanju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utvrđenom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natječajnoj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dokumentaciji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1C3625EA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</w:t>
      </w:r>
      <w:proofErr w:type="spellStart"/>
      <w:r w:rsidRPr="002635E5">
        <w:rPr>
          <w:rFonts w:ascii="Aptos Narrow" w:hAnsi="Aptos Narrow"/>
          <w:sz w:val="24"/>
          <w:szCs w:val="24"/>
        </w:rPr>
        <w:t>Zapisnik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primopredaji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sadrži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opis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stanja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popis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opreme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očitanje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brojila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broj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predanih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ključeva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utvrđene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nedostatke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rokove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2635E5">
        <w:rPr>
          <w:rFonts w:ascii="Aptos Narrow" w:hAnsi="Aptos Narrow"/>
          <w:sz w:val="24"/>
          <w:szCs w:val="24"/>
        </w:rPr>
        <w:t>njihovo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otklanjanje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fotodokumentaciju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64594CC9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(3) </w:t>
      </w:r>
      <w:proofErr w:type="spellStart"/>
      <w:r w:rsidRPr="002635E5">
        <w:rPr>
          <w:rFonts w:ascii="Aptos Narrow" w:hAnsi="Aptos Narrow"/>
          <w:sz w:val="24"/>
          <w:szCs w:val="24"/>
        </w:rPr>
        <w:t>Zakupnina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teče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od dana </w:t>
      </w:r>
      <w:proofErr w:type="spellStart"/>
      <w:r w:rsidRPr="002635E5">
        <w:rPr>
          <w:rFonts w:ascii="Aptos Narrow" w:hAnsi="Aptos Narrow"/>
          <w:sz w:val="24"/>
          <w:szCs w:val="24"/>
        </w:rPr>
        <w:t>predaje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osim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ako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ugovorom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zbog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odobrenih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radova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izričito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određen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drugi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datum u </w:t>
      </w:r>
      <w:proofErr w:type="spellStart"/>
      <w:r w:rsidRPr="002635E5">
        <w:rPr>
          <w:rFonts w:ascii="Aptos Narrow" w:hAnsi="Aptos Narrow"/>
          <w:sz w:val="24"/>
          <w:szCs w:val="24"/>
        </w:rPr>
        <w:t>skladu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Zakonom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ovom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Odlukom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50E39F7F" w14:textId="4E09360E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r w:rsidR="00C5490F">
        <w:rPr>
          <w:rFonts w:ascii="Aptos Narrow" w:hAnsi="Aptos Narrow"/>
          <w:sz w:val="24"/>
          <w:szCs w:val="24"/>
        </w:rPr>
        <w:t>27</w:t>
      </w:r>
      <w:r w:rsidRPr="002635E5">
        <w:rPr>
          <w:rFonts w:ascii="Aptos Narrow" w:hAnsi="Aptos Narrow"/>
          <w:sz w:val="24"/>
          <w:szCs w:val="24"/>
        </w:rPr>
        <w:t>.</w:t>
      </w:r>
    </w:p>
    <w:p w14:paraId="476ABB3B" w14:textId="7C37F93B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Ako </w:t>
      </w:r>
      <w:proofErr w:type="spellStart"/>
      <w:r>
        <w:rPr>
          <w:rFonts w:ascii="Aptos Narrow" w:hAnsi="Aptos Narrow"/>
          <w:sz w:val="24"/>
          <w:szCs w:val="24"/>
        </w:rPr>
        <w:t>najpovoljniji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ponuditelj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bez </w:t>
      </w:r>
      <w:proofErr w:type="spellStart"/>
      <w:r w:rsidRPr="002635E5">
        <w:rPr>
          <w:rFonts w:ascii="Aptos Narrow" w:hAnsi="Aptos Narrow"/>
          <w:sz w:val="24"/>
          <w:szCs w:val="24"/>
        </w:rPr>
        <w:t>opravdanoga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razloga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ne </w:t>
      </w:r>
      <w:proofErr w:type="spellStart"/>
      <w:r w:rsidRPr="002635E5">
        <w:rPr>
          <w:rFonts w:ascii="Aptos Narrow" w:hAnsi="Aptos Narrow"/>
          <w:sz w:val="24"/>
          <w:szCs w:val="24"/>
        </w:rPr>
        <w:t>pristupi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sklapanju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roku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od </w:t>
      </w:r>
      <w:proofErr w:type="spellStart"/>
      <w:r w:rsidRPr="002635E5">
        <w:rPr>
          <w:rFonts w:ascii="Aptos Narrow" w:hAnsi="Aptos Narrow"/>
          <w:sz w:val="24"/>
          <w:szCs w:val="24"/>
        </w:rPr>
        <w:t>osam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dana od </w:t>
      </w:r>
      <w:proofErr w:type="spellStart"/>
      <w:r w:rsidRPr="002635E5">
        <w:rPr>
          <w:rFonts w:ascii="Aptos Narrow" w:hAnsi="Aptos Narrow"/>
          <w:sz w:val="24"/>
          <w:szCs w:val="24"/>
        </w:rPr>
        <w:t>pisanoga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poziva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ne </w:t>
      </w:r>
      <w:proofErr w:type="spellStart"/>
      <w:r w:rsidRPr="002635E5">
        <w:rPr>
          <w:rFonts w:ascii="Aptos Narrow" w:hAnsi="Aptos Narrow"/>
          <w:sz w:val="24"/>
          <w:szCs w:val="24"/>
        </w:rPr>
        <w:t>dostavi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ugovorena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sredstva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osiguranja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smatrat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će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da je </w:t>
      </w:r>
      <w:proofErr w:type="spellStart"/>
      <w:r w:rsidRPr="002635E5">
        <w:rPr>
          <w:rFonts w:ascii="Aptos Narrow" w:hAnsi="Aptos Narrow"/>
          <w:sz w:val="24"/>
          <w:szCs w:val="24"/>
        </w:rPr>
        <w:t>odustao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649D9615" w14:textId="600375BE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U </w:t>
      </w:r>
      <w:proofErr w:type="spellStart"/>
      <w:r w:rsidRPr="002635E5">
        <w:rPr>
          <w:rFonts w:ascii="Aptos Narrow" w:hAnsi="Aptos Narrow"/>
          <w:sz w:val="24"/>
          <w:szCs w:val="24"/>
        </w:rPr>
        <w:t>slučaju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stavka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1. </w:t>
      </w:r>
      <w:proofErr w:type="spellStart"/>
      <w:r w:rsidRPr="00C5490F">
        <w:rPr>
          <w:rFonts w:ascii="Aptos Narrow" w:hAnsi="Aptos Narrow"/>
          <w:sz w:val="24"/>
          <w:szCs w:val="24"/>
        </w:rPr>
        <w:t>primjenjuju</w:t>
      </w:r>
      <w:proofErr w:type="spellEnd"/>
      <w:r w:rsidRPr="00C5490F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C5490F">
        <w:rPr>
          <w:rFonts w:ascii="Aptos Narrow" w:hAnsi="Aptos Narrow"/>
          <w:sz w:val="24"/>
          <w:szCs w:val="24"/>
        </w:rPr>
        <w:t>članci</w:t>
      </w:r>
      <w:proofErr w:type="spellEnd"/>
      <w:r w:rsidRPr="00C5490F">
        <w:rPr>
          <w:rFonts w:ascii="Aptos Narrow" w:hAnsi="Aptos Narrow"/>
          <w:sz w:val="24"/>
          <w:szCs w:val="24"/>
        </w:rPr>
        <w:t xml:space="preserve"> 17. </w:t>
      </w:r>
      <w:proofErr w:type="spellStart"/>
      <w:r w:rsidRPr="00C5490F">
        <w:rPr>
          <w:rFonts w:ascii="Aptos Narrow" w:hAnsi="Aptos Narrow"/>
          <w:sz w:val="24"/>
          <w:szCs w:val="24"/>
        </w:rPr>
        <w:t>stavak</w:t>
      </w:r>
      <w:proofErr w:type="spellEnd"/>
      <w:r w:rsidRPr="00C5490F">
        <w:rPr>
          <w:rFonts w:ascii="Aptos Narrow" w:hAnsi="Aptos Narrow"/>
          <w:sz w:val="24"/>
          <w:szCs w:val="24"/>
        </w:rPr>
        <w:t xml:space="preserve"> 4. </w:t>
      </w:r>
      <w:proofErr w:type="spellStart"/>
      <w:r w:rsidRPr="00C5490F">
        <w:rPr>
          <w:rFonts w:ascii="Aptos Narrow" w:hAnsi="Aptos Narrow"/>
          <w:sz w:val="24"/>
          <w:szCs w:val="24"/>
        </w:rPr>
        <w:t>i</w:t>
      </w:r>
      <w:proofErr w:type="spellEnd"/>
      <w:r w:rsidRPr="00C5490F">
        <w:rPr>
          <w:rFonts w:ascii="Aptos Narrow" w:hAnsi="Aptos Narrow"/>
          <w:sz w:val="24"/>
          <w:szCs w:val="24"/>
        </w:rPr>
        <w:t xml:space="preserve"> 2</w:t>
      </w:r>
      <w:r w:rsidR="00C5490F" w:rsidRPr="00C5490F">
        <w:rPr>
          <w:rFonts w:ascii="Aptos Narrow" w:hAnsi="Aptos Narrow"/>
          <w:sz w:val="24"/>
          <w:szCs w:val="24"/>
        </w:rPr>
        <w:t>2</w:t>
      </w:r>
      <w:r w:rsidRPr="00C5490F">
        <w:rPr>
          <w:rFonts w:ascii="Aptos Narrow" w:hAnsi="Aptos Narrow"/>
          <w:sz w:val="24"/>
          <w:szCs w:val="24"/>
        </w:rPr>
        <w:t xml:space="preserve">. </w:t>
      </w:r>
      <w:proofErr w:type="spellStart"/>
      <w:r w:rsidRPr="00C5490F">
        <w:rPr>
          <w:rFonts w:ascii="Aptos Narrow" w:hAnsi="Aptos Narrow"/>
          <w:sz w:val="24"/>
          <w:szCs w:val="24"/>
        </w:rPr>
        <w:t>ove</w:t>
      </w:r>
      <w:proofErr w:type="spellEnd"/>
      <w:r w:rsidRPr="00C5490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C5490F">
        <w:rPr>
          <w:rFonts w:ascii="Aptos Narrow" w:hAnsi="Aptos Narrow"/>
          <w:sz w:val="24"/>
          <w:szCs w:val="24"/>
        </w:rPr>
        <w:t>Odluke</w:t>
      </w:r>
      <w:proofErr w:type="spellEnd"/>
      <w:r w:rsidRPr="00C5490F">
        <w:rPr>
          <w:rFonts w:ascii="Aptos Narrow" w:hAnsi="Aptos Narrow"/>
          <w:sz w:val="24"/>
          <w:szCs w:val="24"/>
        </w:rPr>
        <w:t>.</w:t>
      </w:r>
    </w:p>
    <w:p w14:paraId="0C9380B1" w14:textId="74C6C62E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r w:rsidR="00C5490F">
        <w:rPr>
          <w:rFonts w:ascii="Aptos Narrow" w:hAnsi="Aptos Narrow"/>
          <w:sz w:val="24"/>
          <w:szCs w:val="24"/>
        </w:rPr>
        <w:t>28</w:t>
      </w:r>
      <w:r w:rsidRPr="002635E5">
        <w:rPr>
          <w:rFonts w:ascii="Aptos Narrow" w:hAnsi="Aptos Narrow"/>
          <w:sz w:val="24"/>
          <w:szCs w:val="24"/>
        </w:rPr>
        <w:t>.</w:t>
      </w:r>
    </w:p>
    <w:p w14:paraId="11BCD0B5" w14:textId="305F9E0C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</w:t>
      </w:r>
      <w:proofErr w:type="spellStart"/>
      <w:r w:rsidR="00817F64">
        <w:rPr>
          <w:rFonts w:ascii="Aptos Narrow" w:hAnsi="Aptos Narrow"/>
          <w:sz w:val="24"/>
          <w:szCs w:val="24"/>
        </w:rPr>
        <w:t>Jedinstveni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upravni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odjel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vodi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evidenciju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poslovnih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="00663B48">
        <w:rPr>
          <w:rFonts w:ascii="Aptos Narrow" w:hAnsi="Aptos Narrow"/>
          <w:sz w:val="24"/>
          <w:szCs w:val="24"/>
        </w:rPr>
        <w:t>.</w:t>
      </w:r>
    </w:p>
    <w:p w14:paraId="139F7165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</w:t>
      </w:r>
      <w:proofErr w:type="spellStart"/>
      <w:r w:rsidRPr="002635E5">
        <w:rPr>
          <w:rFonts w:ascii="Aptos Narrow" w:hAnsi="Aptos Narrow"/>
          <w:sz w:val="24"/>
          <w:szCs w:val="24"/>
        </w:rPr>
        <w:t>Podaci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raspolaganju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objavljuju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u </w:t>
      </w:r>
      <w:proofErr w:type="spellStart"/>
      <w:r w:rsidRPr="002635E5">
        <w:rPr>
          <w:rFonts w:ascii="Aptos Narrow" w:hAnsi="Aptos Narrow"/>
          <w:sz w:val="24"/>
          <w:szCs w:val="24"/>
        </w:rPr>
        <w:t>opsegu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propisanom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pravilima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transparentnosti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pristupa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informacijama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uz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zaštitu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osobnih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podataka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tajne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66CDE7A9" w14:textId="77777777" w:rsidR="001A559F" w:rsidRPr="002635E5" w:rsidRDefault="00DB66BA">
      <w:pPr>
        <w:pStyle w:val="Chapter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>V. KRITERIJI I PLAĆANJE ZAKUPNINE</w:t>
      </w:r>
    </w:p>
    <w:p w14:paraId="043D328A" w14:textId="67DAC475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r w:rsidR="00C5490F">
        <w:rPr>
          <w:rFonts w:ascii="Aptos Narrow" w:hAnsi="Aptos Narrow"/>
          <w:sz w:val="24"/>
          <w:szCs w:val="24"/>
        </w:rPr>
        <w:t>29.</w:t>
      </w:r>
    </w:p>
    <w:p w14:paraId="1FF86A52" w14:textId="44C14CC6" w:rsidR="006A12D4" w:rsidRPr="006A12D4" w:rsidRDefault="006A12D4" w:rsidP="006A12D4">
      <w:pPr>
        <w:pStyle w:val="Article"/>
        <w:jc w:val="both"/>
        <w:rPr>
          <w:rFonts w:ascii="Aptos Narrow" w:hAnsi="Aptos Narrow"/>
          <w:b w:val="0"/>
          <w:sz w:val="24"/>
          <w:szCs w:val="24"/>
        </w:rPr>
      </w:pPr>
      <w:r w:rsidRPr="006A12D4">
        <w:rPr>
          <w:rFonts w:ascii="Aptos Narrow" w:hAnsi="Aptos Narrow"/>
          <w:b w:val="0"/>
          <w:sz w:val="24"/>
          <w:szCs w:val="24"/>
        </w:rPr>
        <w:t xml:space="preserve">(1)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Početna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mjesečna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zakupnina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za </w:t>
      </w:r>
      <w:proofErr w:type="spellStart"/>
      <w:r>
        <w:rPr>
          <w:rFonts w:ascii="Aptos Narrow" w:hAnsi="Aptos Narrow"/>
          <w:b w:val="0"/>
          <w:sz w:val="24"/>
          <w:szCs w:val="24"/>
        </w:rPr>
        <w:t>pojednini</w:t>
      </w:r>
      <w:proofErr w:type="spellEnd"/>
      <w:r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poslovni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prostor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utvrđuje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se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prema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kriteriju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koji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određuje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Općinsko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vijeće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>.</w:t>
      </w:r>
    </w:p>
    <w:p w14:paraId="43DFED82" w14:textId="1BA93D7E" w:rsidR="006A12D4" w:rsidRPr="006A12D4" w:rsidRDefault="006A12D4" w:rsidP="006A12D4">
      <w:pPr>
        <w:pStyle w:val="Article"/>
        <w:jc w:val="both"/>
        <w:rPr>
          <w:rFonts w:ascii="Aptos Narrow" w:hAnsi="Aptos Narrow"/>
          <w:b w:val="0"/>
          <w:sz w:val="24"/>
          <w:szCs w:val="24"/>
        </w:rPr>
      </w:pPr>
      <w:r w:rsidRPr="006A12D4">
        <w:rPr>
          <w:rFonts w:ascii="Aptos Narrow" w:hAnsi="Aptos Narrow"/>
          <w:b w:val="0"/>
          <w:sz w:val="24"/>
          <w:szCs w:val="24"/>
        </w:rPr>
        <w:t xml:space="preserve">(2)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Kriterij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za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utvrđivanje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početne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mjesečne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zakupnine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za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pojedini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poslovni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prostor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je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iznos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zakupnine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utvrđen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za taj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poslovni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prostor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uzimajući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u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obzir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njegovu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namjenu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djelatnost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koja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se u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lastRenderedPageBreak/>
        <w:t>njemu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može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obavljati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površinu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te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adresu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odnosno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lokaciju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poslovnog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prostora</w:t>
      </w:r>
      <w:proofErr w:type="spellEnd"/>
      <w:r w:rsidR="003E7200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="003E7200">
        <w:rPr>
          <w:rFonts w:ascii="Aptos Narrow" w:hAnsi="Aptos Narrow"/>
          <w:b w:val="0"/>
          <w:sz w:val="24"/>
          <w:szCs w:val="24"/>
        </w:rPr>
        <w:t>kao</w:t>
      </w:r>
      <w:proofErr w:type="spellEnd"/>
      <w:r w:rsidR="003E7200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="003E7200">
        <w:rPr>
          <w:rFonts w:ascii="Aptos Narrow" w:hAnsi="Aptos Narrow"/>
          <w:b w:val="0"/>
          <w:sz w:val="24"/>
          <w:szCs w:val="24"/>
        </w:rPr>
        <w:t>i</w:t>
      </w:r>
      <w:proofErr w:type="spellEnd"/>
      <w:r w:rsidR="003E7200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="003E7200">
        <w:rPr>
          <w:rFonts w:ascii="Aptos Narrow" w:hAnsi="Aptos Narrow"/>
          <w:b w:val="0"/>
          <w:sz w:val="24"/>
          <w:szCs w:val="24"/>
        </w:rPr>
        <w:t>ugovorenu</w:t>
      </w:r>
      <w:proofErr w:type="spellEnd"/>
      <w:r w:rsidR="003E7200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="003E7200">
        <w:rPr>
          <w:rFonts w:ascii="Aptos Narrow" w:hAnsi="Aptos Narrow"/>
          <w:b w:val="0"/>
          <w:sz w:val="24"/>
          <w:szCs w:val="24"/>
        </w:rPr>
        <w:t>zakupninu</w:t>
      </w:r>
      <w:proofErr w:type="spellEnd"/>
      <w:r w:rsidR="003E7200">
        <w:rPr>
          <w:rFonts w:ascii="Aptos Narrow" w:hAnsi="Aptos Narrow"/>
          <w:b w:val="0"/>
          <w:sz w:val="24"/>
          <w:szCs w:val="24"/>
        </w:rPr>
        <w:t>.</w:t>
      </w:r>
    </w:p>
    <w:p w14:paraId="76774D91" w14:textId="46A8C6F1" w:rsidR="006A12D4" w:rsidRDefault="006A12D4" w:rsidP="006A12D4">
      <w:pPr>
        <w:pStyle w:val="Article"/>
        <w:jc w:val="both"/>
        <w:rPr>
          <w:rFonts w:ascii="Aptos Narrow" w:hAnsi="Aptos Narrow"/>
          <w:b w:val="0"/>
          <w:sz w:val="24"/>
          <w:szCs w:val="24"/>
        </w:rPr>
      </w:pPr>
      <w:r w:rsidRPr="006A12D4">
        <w:rPr>
          <w:rFonts w:ascii="Aptos Narrow" w:hAnsi="Aptos Narrow"/>
          <w:b w:val="0"/>
          <w:sz w:val="24"/>
          <w:szCs w:val="24"/>
        </w:rPr>
        <w:t xml:space="preserve">(3)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Početni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mjesečni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iznosi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zakupnine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za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pojedin</w:t>
      </w:r>
      <w:r>
        <w:rPr>
          <w:rFonts w:ascii="Aptos Narrow" w:hAnsi="Aptos Narrow"/>
          <w:b w:val="0"/>
          <w:sz w:val="24"/>
          <w:szCs w:val="24"/>
        </w:rPr>
        <w:t>i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poslovn</w:t>
      </w:r>
      <w:r>
        <w:rPr>
          <w:rFonts w:ascii="Aptos Narrow" w:hAnsi="Aptos Narrow"/>
          <w:b w:val="0"/>
          <w:sz w:val="24"/>
          <w:szCs w:val="24"/>
        </w:rPr>
        <w:t>i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prostor</w:t>
      </w:r>
      <w:r>
        <w:rPr>
          <w:rFonts w:ascii="Aptos Narrow" w:hAnsi="Aptos Narrow"/>
          <w:b w:val="0"/>
          <w:sz w:val="24"/>
          <w:szCs w:val="24"/>
        </w:rPr>
        <w:t>i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utvrđeni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su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u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prilogu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ove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Odluke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, koji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čini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njezin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sastavni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6A12D4">
        <w:rPr>
          <w:rFonts w:ascii="Aptos Narrow" w:hAnsi="Aptos Narrow"/>
          <w:b w:val="0"/>
          <w:sz w:val="24"/>
          <w:szCs w:val="24"/>
        </w:rPr>
        <w:t>dio</w:t>
      </w:r>
      <w:proofErr w:type="spellEnd"/>
      <w:r w:rsidRPr="006A12D4">
        <w:rPr>
          <w:rFonts w:ascii="Aptos Narrow" w:hAnsi="Aptos Narrow"/>
          <w:b w:val="0"/>
          <w:sz w:val="24"/>
          <w:szCs w:val="24"/>
        </w:rPr>
        <w:t xml:space="preserve">. </w:t>
      </w:r>
    </w:p>
    <w:p w14:paraId="15B68E4C" w14:textId="596F4A5F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r w:rsidR="003E7200">
        <w:rPr>
          <w:rFonts w:ascii="Aptos Narrow" w:hAnsi="Aptos Narrow"/>
          <w:sz w:val="24"/>
          <w:szCs w:val="24"/>
        </w:rPr>
        <w:t>30</w:t>
      </w:r>
      <w:r w:rsidRPr="002635E5">
        <w:rPr>
          <w:rFonts w:ascii="Aptos Narrow" w:hAnsi="Aptos Narrow"/>
          <w:sz w:val="24"/>
          <w:szCs w:val="24"/>
        </w:rPr>
        <w:t>.</w:t>
      </w:r>
    </w:p>
    <w:p w14:paraId="177DC657" w14:textId="0A758800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</w:t>
      </w:r>
      <w:proofErr w:type="spellStart"/>
      <w:r w:rsidRPr="002635E5">
        <w:rPr>
          <w:rFonts w:ascii="Aptos Narrow" w:hAnsi="Aptos Narrow"/>
          <w:sz w:val="24"/>
          <w:szCs w:val="24"/>
        </w:rPr>
        <w:t>Zakupnina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plaća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mjesečno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unaprijed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najkasnije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do </w:t>
      </w:r>
      <w:proofErr w:type="spellStart"/>
      <w:r w:rsidRPr="002635E5">
        <w:rPr>
          <w:rFonts w:ascii="Aptos Narrow" w:hAnsi="Aptos Narrow"/>
          <w:sz w:val="24"/>
          <w:szCs w:val="24"/>
        </w:rPr>
        <w:t>desetoga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dana u </w:t>
      </w:r>
      <w:proofErr w:type="spellStart"/>
      <w:r w:rsidRPr="002635E5">
        <w:rPr>
          <w:rFonts w:ascii="Aptos Narrow" w:hAnsi="Aptos Narrow"/>
          <w:sz w:val="24"/>
          <w:szCs w:val="24"/>
        </w:rPr>
        <w:t>mjesecu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račun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Općine</w:t>
      </w:r>
      <w:proofErr w:type="spellEnd"/>
      <w:r w:rsidR="007914A0">
        <w:rPr>
          <w:rFonts w:ascii="Aptos Narrow" w:hAnsi="Aptos Narrow"/>
          <w:sz w:val="24"/>
          <w:szCs w:val="24"/>
        </w:rPr>
        <w:t>.</w:t>
      </w:r>
    </w:p>
    <w:p w14:paraId="4F2EAB15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Za </w:t>
      </w:r>
      <w:proofErr w:type="spellStart"/>
      <w:r w:rsidRPr="002635E5">
        <w:rPr>
          <w:rFonts w:ascii="Aptos Narrow" w:hAnsi="Aptos Narrow"/>
          <w:sz w:val="24"/>
          <w:szCs w:val="24"/>
        </w:rPr>
        <w:t>zakašnjenje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obračunava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zakonska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zatezna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kamata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. </w:t>
      </w:r>
      <w:proofErr w:type="spellStart"/>
      <w:r w:rsidRPr="002635E5">
        <w:rPr>
          <w:rFonts w:ascii="Aptos Narrow" w:hAnsi="Aptos Narrow"/>
          <w:sz w:val="24"/>
          <w:szCs w:val="24"/>
        </w:rPr>
        <w:t>Uplata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najprije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uračunava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troškove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zatim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kamate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pa u </w:t>
      </w:r>
      <w:proofErr w:type="spellStart"/>
      <w:r w:rsidRPr="002635E5">
        <w:rPr>
          <w:rFonts w:ascii="Aptos Narrow" w:hAnsi="Aptos Narrow"/>
          <w:sz w:val="24"/>
          <w:szCs w:val="24"/>
        </w:rPr>
        <w:t>najstariju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glavnicu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ako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mjerodavni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propis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ne </w:t>
      </w:r>
      <w:proofErr w:type="spellStart"/>
      <w:r w:rsidRPr="002635E5">
        <w:rPr>
          <w:rFonts w:ascii="Aptos Narrow" w:hAnsi="Aptos Narrow"/>
          <w:sz w:val="24"/>
          <w:szCs w:val="24"/>
        </w:rPr>
        <w:t>nalaže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drukčije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0372615E" w14:textId="3BD1E113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>(</w:t>
      </w:r>
      <w:r w:rsidR="003E7200">
        <w:rPr>
          <w:rFonts w:ascii="Aptos Narrow" w:hAnsi="Aptos Narrow"/>
          <w:sz w:val="24"/>
          <w:szCs w:val="24"/>
        </w:rPr>
        <w:t>3</w:t>
      </w:r>
      <w:r w:rsidRPr="002635E5">
        <w:rPr>
          <w:rFonts w:ascii="Aptos Narrow" w:hAnsi="Aptos Narrow"/>
          <w:sz w:val="24"/>
          <w:szCs w:val="24"/>
        </w:rPr>
        <w:t xml:space="preserve">)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uz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plaća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PDV, </w:t>
      </w:r>
      <w:proofErr w:type="spellStart"/>
      <w:r w:rsidRPr="002635E5">
        <w:rPr>
          <w:rFonts w:ascii="Aptos Narrow" w:hAnsi="Aptos Narrow"/>
          <w:sz w:val="24"/>
          <w:szCs w:val="24"/>
        </w:rPr>
        <w:t>režijske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troškove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naknade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troškove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zajedničke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potrošnje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druge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troškove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korištenja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560DFB02" w14:textId="2A99B6A5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r w:rsidR="003E7200">
        <w:rPr>
          <w:rFonts w:ascii="Aptos Narrow" w:hAnsi="Aptos Narrow"/>
          <w:sz w:val="24"/>
          <w:szCs w:val="24"/>
        </w:rPr>
        <w:t>31</w:t>
      </w:r>
      <w:r w:rsidRPr="002635E5">
        <w:rPr>
          <w:rFonts w:ascii="Aptos Narrow" w:hAnsi="Aptos Narrow"/>
          <w:sz w:val="24"/>
          <w:szCs w:val="24"/>
        </w:rPr>
        <w:t>.</w:t>
      </w:r>
    </w:p>
    <w:p w14:paraId="71636DD7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dužan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plaćati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2635E5">
        <w:rPr>
          <w:rFonts w:ascii="Aptos Narrow" w:hAnsi="Aptos Narrow"/>
          <w:sz w:val="24"/>
          <w:szCs w:val="24"/>
        </w:rPr>
        <w:t>vrijeme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kojem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mogao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koristiti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zbog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radova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izvodi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2635E5">
        <w:rPr>
          <w:rFonts w:ascii="Aptos Narrow" w:hAnsi="Aptos Narrow"/>
          <w:sz w:val="24"/>
          <w:szCs w:val="24"/>
        </w:rPr>
        <w:t>čije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izvođenje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odgovorna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pod </w:t>
      </w:r>
      <w:proofErr w:type="spellStart"/>
      <w:r w:rsidRPr="002635E5">
        <w:rPr>
          <w:rFonts w:ascii="Aptos Narrow" w:hAnsi="Aptos Narrow"/>
          <w:sz w:val="24"/>
          <w:szCs w:val="24"/>
        </w:rPr>
        <w:t>uvjetima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određenim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Zakonom.</w:t>
      </w:r>
    </w:p>
    <w:p w14:paraId="0E79C373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U </w:t>
      </w:r>
      <w:proofErr w:type="spellStart"/>
      <w:r w:rsidRPr="002635E5">
        <w:rPr>
          <w:rFonts w:ascii="Aptos Narrow" w:hAnsi="Aptos Narrow"/>
          <w:sz w:val="24"/>
          <w:szCs w:val="24"/>
        </w:rPr>
        <w:t>slučaju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djelomične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ograničenosti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uporabe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može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zahtijevati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razmjerno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sniženje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uz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dokaz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trajanju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opsegu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ograničenja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01A73830" w14:textId="77777777" w:rsidR="007F248F" w:rsidRDefault="007F248F" w:rsidP="007F248F">
      <w:pPr>
        <w:pStyle w:val="Article"/>
        <w:jc w:val="both"/>
        <w:rPr>
          <w:rFonts w:ascii="Aptos Narrow" w:hAnsi="Aptos Narrow"/>
          <w:b w:val="0"/>
          <w:sz w:val="24"/>
          <w:szCs w:val="24"/>
        </w:rPr>
      </w:pPr>
      <w:r w:rsidRPr="007F248F">
        <w:rPr>
          <w:rFonts w:ascii="Aptos Narrow" w:hAnsi="Aptos Narrow"/>
          <w:b w:val="0"/>
          <w:sz w:val="24"/>
          <w:szCs w:val="24"/>
        </w:rPr>
        <w:t xml:space="preserve">(3) U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slučaju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izvanrednih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događaja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ili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okolnosti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koji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bitno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otežavaju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ili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onemogućavaju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obavljanje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djelatnosti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većem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broju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zakupnika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Općinsko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vijeće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može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posebnom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odlukom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odrediti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opće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razmjerne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i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vremenski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ograničene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mjere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oslobođenja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smanjenja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odgode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ili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obročne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otplate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zakupnine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, u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skladu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s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mjerodavnim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7F248F">
        <w:rPr>
          <w:rFonts w:ascii="Aptos Narrow" w:hAnsi="Aptos Narrow"/>
          <w:b w:val="0"/>
          <w:sz w:val="24"/>
          <w:szCs w:val="24"/>
        </w:rPr>
        <w:t>propisima</w:t>
      </w:r>
      <w:proofErr w:type="spellEnd"/>
      <w:r w:rsidRPr="007F248F">
        <w:rPr>
          <w:rFonts w:ascii="Aptos Narrow" w:hAnsi="Aptos Narrow"/>
          <w:b w:val="0"/>
          <w:sz w:val="24"/>
          <w:szCs w:val="24"/>
        </w:rPr>
        <w:t>.</w:t>
      </w:r>
    </w:p>
    <w:p w14:paraId="11A9C5F2" w14:textId="77777777" w:rsidR="001A559F" w:rsidRPr="002635E5" w:rsidRDefault="00DB66BA">
      <w:pPr>
        <w:pStyle w:val="Chapter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>VI. PRAVA I OBVEZE UGOVORNIH STRANA</w:t>
      </w:r>
    </w:p>
    <w:p w14:paraId="391B7E93" w14:textId="693CEB17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r w:rsidR="00BC6366">
        <w:rPr>
          <w:rFonts w:ascii="Aptos Narrow" w:hAnsi="Aptos Narrow"/>
          <w:sz w:val="24"/>
          <w:szCs w:val="24"/>
        </w:rPr>
        <w:t>3</w:t>
      </w:r>
      <w:r w:rsidR="000675D2">
        <w:rPr>
          <w:rFonts w:ascii="Aptos Narrow" w:hAnsi="Aptos Narrow"/>
          <w:sz w:val="24"/>
          <w:szCs w:val="24"/>
        </w:rPr>
        <w:t>2</w:t>
      </w:r>
      <w:r w:rsidRPr="002635E5">
        <w:rPr>
          <w:rFonts w:ascii="Aptos Narrow" w:hAnsi="Aptos Narrow"/>
          <w:sz w:val="24"/>
          <w:szCs w:val="24"/>
        </w:rPr>
        <w:t>.</w:t>
      </w:r>
    </w:p>
    <w:p w14:paraId="696E7E66" w14:textId="77777777" w:rsidR="000675D2" w:rsidRPr="000675D2" w:rsidRDefault="000675D2" w:rsidP="000675D2">
      <w:pPr>
        <w:pStyle w:val="isselectedend"/>
        <w:jc w:val="both"/>
        <w:rPr>
          <w:rFonts w:ascii="Aptos Narrow" w:hAnsi="Aptos Narrow"/>
        </w:rPr>
      </w:pPr>
      <w:r w:rsidRPr="000675D2">
        <w:rPr>
          <w:rStyle w:val="Naglaeno"/>
          <w:rFonts w:ascii="Aptos Narrow" w:hAnsi="Aptos Narrow"/>
          <w:b w:val="0"/>
          <w:bCs w:val="0"/>
        </w:rPr>
        <w:t>(1)</w:t>
      </w:r>
      <w:r w:rsidRPr="000675D2">
        <w:rPr>
          <w:rFonts w:ascii="Aptos Narrow" w:hAnsi="Aptos Narrow"/>
        </w:rPr>
        <w:t xml:space="preserve"> Općina je dužna predati poslovni prostor u stanju pogodnom za ugovorenu djelatnost, osim ako je ugovoreno da određene radove izvodi zakupnik.</w:t>
      </w:r>
    </w:p>
    <w:p w14:paraId="4EF3F0B0" w14:textId="77777777" w:rsidR="000675D2" w:rsidRPr="000675D2" w:rsidRDefault="000675D2" w:rsidP="000675D2">
      <w:pPr>
        <w:pStyle w:val="StandardWeb"/>
        <w:jc w:val="both"/>
        <w:rPr>
          <w:rFonts w:ascii="Aptos Narrow" w:hAnsi="Aptos Narrow"/>
        </w:rPr>
      </w:pPr>
      <w:r w:rsidRPr="000675D2">
        <w:rPr>
          <w:rStyle w:val="Naglaeno"/>
          <w:rFonts w:ascii="Aptos Narrow" w:hAnsi="Aptos Narrow"/>
          <w:b w:val="0"/>
          <w:bCs w:val="0"/>
        </w:rPr>
        <w:t>(2)</w:t>
      </w:r>
      <w:r w:rsidRPr="000675D2">
        <w:rPr>
          <w:rFonts w:ascii="Aptos Narrow" w:hAnsi="Aptos Narrow"/>
        </w:rPr>
        <w:t xml:space="preserve"> Ako poslovni prostor nije predan u ugovorenom stanju, zakupnik ima prava određena Zakonom, uključujući pravo zahtijevati otklanjanje nedostataka, razmjerno sniženje zakupnine ili raskid ugovora kada su za to ispunjene zakonske pretpostavke.</w:t>
      </w:r>
    </w:p>
    <w:p w14:paraId="0DE66EBF" w14:textId="323248AF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r w:rsidR="000675D2">
        <w:rPr>
          <w:rFonts w:ascii="Aptos Narrow" w:hAnsi="Aptos Narrow"/>
          <w:sz w:val="24"/>
          <w:szCs w:val="24"/>
        </w:rPr>
        <w:t>33</w:t>
      </w:r>
      <w:r w:rsidRPr="002635E5">
        <w:rPr>
          <w:rFonts w:ascii="Aptos Narrow" w:hAnsi="Aptos Narrow"/>
          <w:sz w:val="24"/>
          <w:szCs w:val="24"/>
        </w:rPr>
        <w:t>.</w:t>
      </w:r>
    </w:p>
    <w:p w14:paraId="5C33409E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dužan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koristiti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pažnjom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dobroga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gospodarstvenika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isključivo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2635E5">
        <w:rPr>
          <w:rFonts w:ascii="Aptos Narrow" w:hAnsi="Aptos Narrow"/>
          <w:sz w:val="24"/>
          <w:szCs w:val="24"/>
        </w:rPr>
        <w:t>ugovorenu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djelatnost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održavati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ga </w:t>
      </w:r>
      <w:proofErr w:type="spellStart"/>
      <w:r w:rsidRPr="002635E5">
        <w:rPr>
          <w:rFonts w:ascii="Aptos Narrow" w:hAnsi="Aptos Narrow"/>
          <w:sz w:val="24"/>
          <w:szCs w:val="24"/>
        </w:rPr>
        <w:t>urednim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sigurnim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poštovati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kućni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red, </w:t>
      </w:r>
      <w:proofErr w:type="spellStart"/>
      <w:r w:rsidRPr="002635E5">
        <w:rPr>
          <w:rFonts w:ascii="Aptos Narrow" w:hAnsi="Aptos Narrow"/>
          <w:sz w:val="24"/>
          <w:szCs w:val="24"/>
        </w:rPr>
        <w:t>komunalne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propise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prava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drugih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korisnika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3542E62F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dužan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vlastitom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trošku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ishoditi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održavati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dozvole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minimalne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tehničke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uvjete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druga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odobrenja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potrebna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2635E5">
        <w:rPr>
          <w:rFonts w:ascii="Aptos Narrow" w:hAnsi="Aptos Narrow"/>
          <w:sz w:val="24"/>
          <w:szCs w:val="24"/>
        </w:rPr>
        <w:t>obavljanje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djelatnosti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. </w:t>
      </w:r>
      <w:proofErr w:type="spellStart"/>
      <w:r w:rsidRPr="002635E5">
        <w:rPr>
          <w:rFonts w:ascii="Aptos Narrow" w:hAnsi="Aptos Narrow"/>
          <w:sz w:val="24"/>
          <w:szCs w:val="24"/>
        </w:rPr>
        <w:t>Nemogućnost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njihova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ishođenja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ne </w:t>
      </w:r>
      <w:proofErr w:type="spellStart"/>
      <w:r w:rsidRPr="002635E5">
        <w:rPr>
          <w:rFonts w:ascii="Aptos Narrow" w:hAnsi="Aptos Narrow"/>
          <w:sz w:val="24"/>
          <w:szCs w:val="24"/>
        </w:rPr>
        <w:t>oslobađa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ga </w:t>
      </w:r>
      <w:proofErr w:type="spellStart"/>
      <w:r w:rsidRPr="002635E5">
        <w:rPr>
          <w:rFonts w:ascii="Aptos Narrow" w:hAnsi="Aptos Narrow"/>
          <w:sz w:val="24"/>
          <w:szCs w:val="24"/>
        </w:rPr>
        <w:t>ugovornih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obveza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ako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uzrok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strani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Općine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62856B6B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lastRenderedPageBreak/>
        <w:t xml:space="preserve">(3)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mora </w:t>
      </w:r>
      <w:proofErr w:type="spellStart"/>
      <w:r w:rsidRPr="002635E5">
        <w:rPr>
          <w:rFonts w:ascii="Aptos Narrow" w:hAnsi="Aptos Narrow"/>
          <w:sz w:val="24"/>
          <w:szCs w:val="24"/>
        </w:rPr>
        <w:t>započeti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obavljati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djelatnost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roku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određenom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redovito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koristiti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osim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tijekom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opravdanih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prekida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kojima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prethodno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obavijestio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Općinu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3376D99D" w14:textId="6FED44F0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r w:rsidR="000675D2">
        <w:rPr>
          <w:rFonts w:ascii="Aptos Narrow" w:hAnsi="Aptos Narrow"/>
          <w:sz w:val="24"/>
          <w:szCs w:val="24"/>
        </w:rPr>
        <w:t>34</w:t>
      </w:r>
      <w:r w:rsidRPr="002635E5">
        <w:rPr>
          <w:rFonts w:ascii="Aptos Narrow" w:hAnsi="Aptos Narrow"/>
          <w:sz w:val="24"/>
          <w:szCs w:val="24"/>
        </w:rPr>
        <w:t>.</w:t>
      </w:r>
    </w:p>
    <w:p w14:paraId="71872B88" w14:textId="6ABDA84C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snosi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troškove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tekućega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održavanja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čišćenja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sitnih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popravaka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zamjene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potrošnih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dijelova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štete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prouzroči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on, </w:t>
      </w:r>
      <w:proofErr w:type="spellStart"/>
      <w:r w:rsidRPr="002635E5">
        <w:rPr>
          <w:rFonts w:ascii="Aptos Narrow" w:hAnsi="Aptos Narrow"/>
          <w:sz w:val="24"/>
          <w:szCs w:val="24"/>
        </w:rPr>
        <w:t>njegovi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zaposlenici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korisnici</w:t>
      </w:r>
      <w:proofErr w:type="spellEnd"/>
      <w:r w:rsidR="00ED427F">
        <w:rPr>
          <w:rFonts w:ascii="Aptos Narrow" w:hAnsi="Aptos Narrow"/>
          <w:sz w:val="24"/>
          <w:szCs w:val="24"/>
        </w:rPr>
        <w:t xml:space="preserve">, </w:t>
      </w:r>
      <w:proofErr w:type="spellStart"/>
      <w:r w:rsidR="00ED427F">
        <w:rPr>
          <w:rFonts w:ascii="Aptos Narrow" w:hAnsi="Aptos Narrow"/>
          <w:sz w:val="24"/>
          <w:szCs w:val="24"/>
        </w:rPr>
        <w:t>stranke</w:t>
      </w:r>
      <w:proofErr w:type="spellEnd"/>
      <w:r w:rsidR="00ED427F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izvođači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699DF5E4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</w:t>
      </w:r>
      <w:proofErr w:type="spellStart"/>
      <w:r w:rsidRPr="002635E5">
        <w:rPr>
          <w:rFonts w:ascii="Aptos Narrow" w:hAnsi="Aptos Narrow"/>
          <w:sz w:val="24"/>
          <w:szCs w:val="24"/>
        </w:rPr>
        <w:t>Općina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snosi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troškove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investicijskoga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održavanja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konstrukcije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zajedničkih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dijelova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koji </w:t>
      </w:r>
      <w:proofErr w:type="spellStart"/>
      <w:r w:rsidRPr="002635E5">
        <w:rPr>
          <w:rFonts w:ascii="Aptos Narrow" w:hAnsi="Aptos Narrow"/>
          <w:sz w:val="24"/>
          <w:szCs w:val="24"/>
        </w:rPr>
        <w:t>prema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Zakonu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terete </w:t>
      </w:r>
      <w:proofErr w:type="spellStart"/>
      <w:r w:rsidRPr="002635E5">
        <w:rPr>
          <w:rFonts w:ascii="Aptos Narrow" w:hAnsi="Aptos Narrow"/>
          <w:sz w:val="24"/>
          <w:szCs w:val="24"/>
        </w:rPr>
        <w:t>vlasnika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osim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ako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potreba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2635E5">
        <w:rPr>
          <w:rFonts w:ascii="Aptos Narrow" w:hAnsi="Aptos Narrow"/>
          <w:sz w:val="24"/>
          <w:szCs w:val="24"/>
        </w:rPr>
        <w:t>radovima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nastala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krivnjom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zakupnika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6BEF24D6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(3)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dužan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bez </w:t>
      </w:r>
      <w:proofErr w:type="spellStart"/>
      <w:r w:rsidRPr="002635E5">
        <w:rPr>
          <w:rFonts w:ascii="Aptos Narrow" w:hAnsi="Aptos Narrow"/>
          <w:sz w:val="24"/>
          <w:szCs w:val="24"/>
        </w:rPr>
        <w:t>odgode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obavijestiti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kvaru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opasnosti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može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prouzročiti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štetu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. </w:t>
      </w:r>
      <w:proofErr w:type="spellStart"/>
      <w:r w:rsidRPr="002635E5">
        <w:rPr>
          <w:rFonts w:ascii="Aptos Narrow" w:hAnsi="Aptos Narrow"/>
          <w:sz w:val="24"/>
          <w:szCs w:val="24"/>
        </w:rPr>
        <w:t>Odgovara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2635E5">
        <w:rPr>
          <w:rFonts w:ascii="Aptos Narrow" w:hAnsi="Aptos Narrow"/>
          <w:sz w:val="24"/>
          <w:szCs w:val="24"/>
        </w:rPr>
        <w:t>štetu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nastalu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zbog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zakašnjele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obavijesti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50650CFE" w14:textId="1B872080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r w:rsidR="00CA09B2">
        <w:rPr>
          <w:rFonts w:ascii="Aptos Narrow" w:hAnsi="Aptos Narrow"/>
          <w:sz w:val="24"/>
          <w:szCs w:val="24"/>
        </w:rPr>
        <w:t>35</w:t>
      </w:r>
      <w:r w:rsidRPr="002635E5">
        <w:rPr>
          <w:rFonts w:ascii="Aptos Narrow" w:hAnsi="Aptos Narrow"/>
          <w:sz w:val="24"/>
          <w:szCs w:val="24"/>
        </w:rPr>
        <w:t>.</w:t>
      </w:r>
    </w:p>
    <w:p w14:paraId="4FB051CD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ne </w:t>
      </w:r>
      <w:proofErr w:type="spellStart"/>
      <w:r w:rsidRPr="002635E5">
        <w:rPr>
          <w:rFonts w:ascii="Aptos Narrow" w:hAnsi="Aptos Narrow"/>
          <w:sz w:val="24"/>
          <w:szCs w:val="24"/>
        </w:rPr>
        <w:t>smije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bez </w:t>
      </w:r>
      <w:proofErr w:type="spellStart"/>
      <w:r w:rsidRPr="002635E5">
        <w:rPr>
          <w:rFonts w:ascii="Aptos Narrow" w:hAnsi="Aptos Narrow"/>
          <w:sz w:val="24"/>
          <w:szCs w:val="24"/>
        </w:rPr>
        <w:t>prethodne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pisane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suglasnosti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obavljati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građevinske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instalaterske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druge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preinake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kojima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mijenja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konstrukcija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raspored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površina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vanjski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izgled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oprema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namjena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3A3F0408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</w:t>
      </w:r>
      <w:proofErr w:type="spellStart"/>
      <w:r w:rsidRPr="002635E5">
        <w:rPr>
          <w:rFonts w:ascii="Aptos Narrow" w:hAnsi="Aptos Narrow"/>
          <w:sz w:val="24"/>
          <w:szCs w:val="24"/>
        </w:rPr>
        <w:t>Općina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pravo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zahtijevati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obustavu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neodobrenih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radova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uspostavu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prijašnjega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stanja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trošku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neovisno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pravu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otkaz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naknadu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štete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1E8A8997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(3) Za </w:t>
      </w:r>
      <w:proofErr w:type="spellStart"/>
      <w:r w:rsidRPr="002635E5">
        <w:rPr>
          <w:rFonts w:ascii="Aptos Narrow" w:hAnsi="Aptos Narrow"/>
          <w:sz w:val="24"/>
          <w:szCs w:val="24"/>
        </w:rPr>
        <w:t>radove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zaštićenom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kulturnom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dobru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unutar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zaštićene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cjeline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mora </w:t>
      </w:r>
      <w:proofErr w:type="spellStart"/>
      <w:r w:rsidRPr="002635E5">
        <w:rPr>
          <w:rFonts w:ascii="Aptos Narrow" w:hAnsi="Aptos Narrow"/>
          <w:sz w:val="24"/>
          <w:szCs w:val="24"/>
        </w:rPr>
        <w:t>pribaviti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posebna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odobrenja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43CD21CC" w14:textId="0E3BB1FE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r w:rsidR="00CA09B2">
        <w:rPr>
          <w:rFonts w:ascii="Aptos Narrow" w:hAnsi="Aptos Narrow"/>
          <w:sz w:val="24"/>
          <w:szCs w:val="24"/>
        </w:rPr>
        <w:t>36</w:t>
      </w:r>
      <w:r w:rsidRPr="002635E5">
        <w:rPr>
          <w:rFonts w:ascii="Aptos Narrow" w:hAnsi="Aptos Narrow"/>
          <w:sz w:val="24"/>
          <w:szCs w:val="24"/>
        </w:rPr>
        <w:t>.</w:t>
      </w:r>
    </w:p>
    <w:p w14:paraId="2F9674F0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vlasništvu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nema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pravo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njegov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dio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dati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podzakup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ga po </w:t>
      </w:r>
      <w:proofErr w:type="spellStart"/>
      <w:r w:rsidRPr="002635E5">
        <w:rPr>
          <w:rFonts w:ascii="Aptos Narrow" w:hAnsi="Aptos Narrow"/>
          <w:sz w:val="24"/>
          <w:szCs w:val="24"/>
        </w:rPr>
        <w:t>bilo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kojoj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pravnoj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osnovi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prepustiti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uporabu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sukorištenje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trećoj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osobi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36B7892C" w14:textId="3E7BD1EC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>(</w:t>
      </w:r>
      <w:r w:rsidR="00841E22">
        <w:rPr>
          <w:rFonts w:ascii="Aptos Narrow" w:hAnsi="Aptos Narrow"/>
          <w:sz w:val="24"/>
          <w:szCs w:val="24"/>
        </w:rPr>
        <w:t>2</w:t>
      </w:r>
      <w:r w:rsidRPr="002635E5">
        <w:rPr>
          <w:rFonts w:ascii="Aptos Narrow" w:hAnsi="Aptos Narrow"/>
          <w:sz w:val="24"/>
          <w:szCs w:val="24"/>
        </w:rPr>
        <w:t xml:space="preserve">) U </w:t>
      </w:r>
      <w:proofErr w:type="spellStart"/>
      <w:r w:rsidRPr="002635E5">
        <w:rPr>
          <w:rFonts w:ascii="Aptos Narrow" w:hAnsi="Aptos Narrow"/>
          <w:sz w:val="24"/>
          <w:szCs w:val="24"/>
        </w:rPr>
        <w:t>slučaju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postupanja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protivno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stavku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1. </w:t>
      </w:r>
      <w:proofErr w:type="spellStart"/>
      <w:r w:rsidRPr="002635E5">
        <w:rPr>
          <w:rFonts w:ascii="Aptos Narrow" w:hAnsi="Aptos Narrow"/>
          <w:sz w:val="24"/>
          <w:szCs w:val="24"/>
        </w:rPr>
        <w:t>ovoga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članka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zakupu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smatra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raskinutim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po </w:t>
      </w:r>
      <w:proofErr w:type="spellStart"/>
      <w:r w:rsidRPr="002635E5">
        <w:rPr>
          <w:rFonts w:ascii="Aptos Narrow" w:hAnsi="Aptos Narrow"/>
          <w:sz w:val="24"/>
          <w:szCs w:val="24"/>
        </w:rPr>
        <w:t>sili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zakona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danom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utvrđenja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zabranjenoga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podzakupa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korištenja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sukorištenja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a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nema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pravo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kupnju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3A1640CA" w14:textId="06838F82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r w:rsidR="00CA09B2">
        <w:rPr>
          <w:rFonts w:ascii="Aptos Narrow" w:hAnsi="Aptos Narrow"/>
          <w:sz w:val="24"/>
          <w:szCs w:val="24"/>
        </w:rPr>
        <w:t>37</w:t>
      </w:r>
      <w:r w:rsidRPr="002635E5">
        <w:rPr>
          <w:rFonts w:ascii="Aptos Narrow" w:hAnsi="Aptos Narrow"/>
          <w:sz w:val="24"/>
          <w:szCs w:val="24"/>
        </w:rPr>
        <w:t>.</w:t>
      </w:r>
    </w:p>
    <w:p w14:paraId="02C05D21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</w:t>
      </w:r>
      <w:proofErr w:type="spellStart"/>
      <w:r w:rsidRPr="002635E5">
        <w:rPr>
          <w:rFonts w:ascii="Aptos Narrow" w:hAnsi="Aptos Narrow"/>
          <w:sz w:val="24"/>
          <w:szCs w:val="24"/>
        </w:rPr>
        <w:t>Općina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pravo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uz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prethodnu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razumnu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najavu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pregledati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radi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provjere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načina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korištenja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stanja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opreme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mjernih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uređaja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izvršavanja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ugovora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28C16300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U </w:t>
      </w:r>
      <w:proofErr w:type="spellStart"/>
      <w:r w:rsidRPr="002635E5">
        <w:rPr>
          <w:rFonts w:ascii="Aptos Narrow" w:hAnsi="Aptos Narrow"/>
          <w:sz w:val="24"/>
          <w:szCs w:val="24"/>
        </w:rPr>
        <w:t>hitnom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slučaju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radi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sprječavanja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štete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otklanjanja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neposredne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opasnosti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može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pristupiti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bez </w:t>
      </w:r>
      <w:proofErr w:type="spellStart"/>
      <w:r w:rsidRPr="002635E5">
        <w:rPr>
          <w:rFonts w:ascii="Aptos Narrow" w:hAnsi="Aptos Narrow"/>
          <w:sz w:val="24"/>
          <w:szCs w:val="24"/>
        </w:rPr>
        <w:t>prethodne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najave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uz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naknadnu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obavijest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zapisnik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poduzetim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radnjama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1DFFD0B2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(3)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dužan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omogućiti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radove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održavanja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popravka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obnove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opravdano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izvodi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uz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prava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propisana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Zakonom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79F5F109" w14:textId="01C08D8C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r w:rsidR="00CA09B2">
        <w:rPr>
          <w:rFonts w:ascii="Aptos Narrow" w:hAnsi="Aptos Narrow"/>
          <w:sz w:val="24"/>
          <w:szCs w:val="24"/>
        </w:rPr>
        <w:t>38</w:t>
      </w:r>
      <w:r w:rsidRPr="002635E5">
        <w:rPr>
          <w:rFonts w:ascii="Aptos Narrow" w:hAnsi="Aptos Narrow"/>
          <w:sz w:val="24"/>
          <w:szCs w:val="24"/>
        </w:rPr>
        <w:t>.</w:t>
      </w:r>
    </w:p>
    <w:p w14:paraId="6B2CE532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ne </w:t>
      </w:r>
      <w:proofErr w:type="spellStart"/>
      <w:r w:rsidRPr="002635E5">
        <w:rPr>
          <w:rFonts w:ascii="Aptos Narrow" w:hAnsi="Aptos Narrow"/>
          <w:sz w:val="24"/>
          <w:szCs w:val="24"/>
        </w:rPr>
        <w:t>smije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ukloniti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pregradu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ugrađeni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uređaj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instalaciju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drugi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dio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koji je </w:t>
      </w:r>
      <w:proofErr w:type="spellStart"/>
      <w:r w:rsidRPr="002635E5">
        <w:rPr>
          <w:rFonts w:ascii="Aptos Narrow" w:hAnsi="Aptos Narrow"/>
          <w:sz w:val="24"/>
          <w:szCs w:val="24"/>
        </w:rPr>
        <w:t>postao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sastavni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dio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osim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ako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drukčije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pisano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ugovoreno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3461A3FA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može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prestanku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odnijeti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odvojivu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opremu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ugradio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ako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odvoji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bez </w:t>
      </w:r>
      <w:proofErr w:type="spellStart"/>
      <w:r w:rsidRPr="002635E5">
        <w:rPr>
          <w:rFonts w:ascii="Aptos Narrow" w:hAnsi="Aptos Narrow"/>
          <w:sz w:val="24"/>
          <w:szCs w:val="24"/>
        </w:rPr>
        <w:t>oštećenja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ako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nema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dospjelu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tražbinu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zbog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zakonu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može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zadržati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opremu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20DC8E8E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(3) Na </w:t>
      </w:r>
      <w:proofErr w:type="spellStart"/>
      <w:r w:rsidRPr="002635E5">
        <w:rPr>
          <w:rFonts w:ascii="Aptos Narrow" w:hAnsi="Aptos Narrow"/>
          <w:sz w:val="24"/>
          <w:szCs w:val="24"/>
        </w:rPr>
        <w:t>zahtjev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dužan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svojem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trošku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ukloniti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neodobrene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dodatke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vratiti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ugovoreno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stanje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4855A42B" w14:textId="61F3079B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lastRenderedPageBreak/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r w:rsidR="00A935DE">
        <w:rPr>
          <w:rFonts w:ascii="Aptos Narrow" w:hAnsi="Aptos Narrow"/>
          <w:sz w:val="24"/>
          <w:szCs w:val="24"/>
        </w:rPr>
        <w:t>39</w:t>
      </w:r>
      <w:r w:rsidRPr="002635E5">
        <w:rPr>
          <w:rFonts w:ascii="Aptos Narrow" w:hAnsi="Aptos Narrow"/>
          <w:sz w:val="24"/>
          <w:szCs w:val="24"/>
        </w:rPr>
        <w:t>.</w:t>
      </w:r>
    </w:p>
    <w:p w14:paraId="1887E382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dužan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bez </w:t>
      </w:r>
      <w:proofErr w:type="spellStart"/>
      <w:r w:rsidRPr="002635E5">
        <w:rPr>
          <w:rFonts w:ascii="Aptos Narrow" w:hAnsi="Aptos Narrow"/>
          <w:sz w:val="24"/>
          <w:szCs w:val="24"/>
        </w:rPr>
        <w:t>odgode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prijaviti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promjenu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naziva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sjedišta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prebivališta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osobe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ovlaštene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2635E5">
        <w:rPr>
          <w:rFonts w:ascii="Aptos Narrow" w:hAnsi="Aptos Narrow"/>
          <w:sz w:val="24"/>
          <w:szCs w:val="24"/>
        </w:rPr>
        <w:t>zastupanje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statusnu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promjenu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prestanak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obrta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pravne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osobe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otvaranje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predstečajnoga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stečajnoga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postupka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druge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okolnosti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važne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2635E5">
        <w:rPr>
          <w:rFonts w:ascii="Aptos Narrow" w:hAnsi="Aptos Narrow"/>
          <w:sz w:val="24"/>
          <w:szCs w:val="24"/>
        </w:rPr>
        <w:t>trajanje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izvršavanje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ugovora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302FBC8F" w14:textId="77777777" w:rsidR="001A559F" w:rsidRPr="002635E5" w:rsidRDefault="00DB66BA">
      <w:pPr>
        <w:pStyle w:val="Chapter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>VII. PRESTANAK ZAKUPA</w:t>
      </w:r>
    </w:p>
    <w:p w14:paraId="3261749F" w14:textId="7FDFE6EE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r w:rsidR="007F31DC">
        <w:rPr>
          <w:rFonts w:ascii="Aptos Narrow" w:hAnsi="Aptos Narrow"/>
          <w:sz w:val="24"/>
          <w:szCs w:val="24"/>
        </w:rPr>
        <w:t>40</w:t>
      </w:r>
      <w:r w:rsidRPr="002635E5">
        <w:rPr>
          <w:rFonts w:ascii="Aptos Narrow" w:hAnsi="Aptos Narrow"/>
          <w:sz w:val="24"/>
          <w:szCs w:val="24"/>
        </w:rPr>
        <w:t>.</w:t>
      </w:r>
    </w:p>
    <w:p w14:paraId="5FC3B3DA" w14:textId="386C321D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Ugovor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zakupu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prestaje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istekom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ugovorenoga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vremena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sporazumom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otkazom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raskidom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pravomoćnošću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odluke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povratu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prijašnjem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vlasniku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kada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primjenjivo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drugim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slučajevima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određenim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Zakonom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ugovorom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71D7A5F5" w14:textId="50727D05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r w:rsidR="0046597B">
        <w:rPr>
          <w:rFonts w:ascii="Aptos Narrow" w:hAnsi="Aptos Narrow"/>
          <w:sz w:val="24"/>
          <w:szCs w:val="24"/>
        </w:rPr>
        <w:t>41</w:t>
      </w:r>
      <w:r w:rsidRPr="002635E5">
        <w:rPr>
          <w:rFonts w:ascii="Aptos Narrow" w:hAnsi="Aptos Narrow"/>
          <w:sz w:val="24"/>
          <w:szCs w:val="24"/>
        </w:rPr>
        <w:t>.</w:t>
      </w:r>
    </w:p>
    <w:p w14:paraId="79069A31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</w:t>
      </w:r>
      <w:proofErr w:type="spellStart"/>
      <w:r w:rsidRPr="002635E5">
        <w:rPr>
          <w:rFonts w:ascii="Aptos Narrow" w:hAnsi="Aptos Narrow"/>
          <w:sz w:val="24"/>
          <w:szCs w:val="24"/>
        </w:rPr>
        <w:t>Općina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može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otkazati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svako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doba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bez </w:t>
      </w:r>
      <w:proofErr w:type="spellStart"/>
      <w:r w:rsidRPr="002635E5">
        <w:rPr>
          <w:rFonts w:ascii="Aptos Narrow" w:hAnsi="Aptos Narrow"/>
          <w:sz w:val="24"/>
          <w:szCs w:val="24"/>
        </w:rPr>
        <w:t>obzira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ugovoreno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trajanje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ako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nakon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pisane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opomene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>:</w:t>
      </w:r>
    </w:p>
    <w:p w14:paraId="0D56431D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koristi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protivno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nanosi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mu </w:t>
      </w:r>
      <w:proofErr w:type="spellStart"/>
      <w:r w:rsidRPr="002635E5">
        <w:rPr>
          <w:rFonts w:ascii="Aptos Narrow" w:hAnsi="Aptos Narrow"/>
          <w:sz w:val="24"/>
          <w:szCs w:val="24"/>
        </w:rPr>
        <w:t>znatniju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štetu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ga </w:t>
      </w:r>
      <w:proofErr w:type="spellStart"/>
      <w:r w:rsidRPr="002635E5">
        <w:rPr>
          <w:rFonts w:ascii="Aptos Narrow" w:hAnsi="Aptos Narrow"/>
          <w:sz w:val="24"/>
          <w:szCs w:val="24"/>
        </w:rPr>
        <w:t>koristi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bez </w:t>
      </w:r>
      <w:proofErr w:type="spellStart"/>
      <w:r w:rsidRPr="002635E5">
        <w:rPr>
          <w:rFonts w:ascii="Aptos Narrow" w:hAnsi="Aptos Narrow"/>
          <w:sz w:val="24"/>
          <w:szCs w:val="24"/>
        </w:rPr>
        <w:t>dužne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pažnje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41596602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ne </w:t>
      </w:r>
      <w:proofErr w:type="spellStart"/>
      <w:r w:rsidRPr="002635E5">
        <w:rPr>
          <w:rFonts w:ascii="Aptos Narrow" w:hAnsi="Aptos Narrow"/>
          <w:sz w:val="24"/>
          <w:szCs w:val="24"/>
        </w:rPr>
        <w:t>plati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dospjelu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drugi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ugovoreni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trošak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roku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od 15 dana od </w:t>
      </w:r>
      <w:proofErr w:type="spellStart"/>
      <w:r w:rsidRPr="002635E5">
        <w:rPr>
          <w:rFonts w:ascii="Aptos Narrow" w:hAnsi="Aptos Narrow"/>
          <w:sz w:val="24"/>
          <w:szCs w:val="24"/>
        </w:rPr>
        <w:t>dostave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pisane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opomene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1DAB3697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ne </w:t>
      </w:r>
      <w:proofErr w:type="spellStart"/>
      <w:r w:rsidRPr="002635E5">
        <w:rPr>
          <w:rFonts w:ascii="Aptos Narrow" w:hAnsi="Aptos Narrow"/>
          <w:sz w:val="24"/>
          <w:szCs w:val="24"/>
        </w:rPr>
        <w:t>započne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neopravdano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prestane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obavljati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ugovorenu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djelatnost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4C5A0CDB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izvede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neodobrene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radove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odbije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uspostaviti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prijašnje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stanje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35AC0AC5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onemogućava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ugovoreni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nadzor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izvođenje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nužnih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radova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2425FFE9" w14:textId="77777777" w:rsidR="001A559F" w:rsidRPr="002635E5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ne </w:t>
      </w:r>
      <w:proofErr w:type="spellStart"/>
      <w:r w:rsidRPr="002635E5">
        <w:rPr>
          <w:rFonts w:ascii="Aptos Narrow" w:hAnsi="Aptos Narrow"/>
          <w:sz w:val="24"/>
          <w:szCs w:val="24"/>
        </w:rPr>
        <w:t>dostavi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ne </w:t>
      </w:r>
      <w:proofErr w:type="spellStart"/>
      <w:r w:rsidRPr="002635E5">
        <w:rPr>
          <w:rFonts w:ascii="Aptos Narrow" w:hAnsi="Aptos Narrow"/>
          <w:sz w:val="24"/>
          <w:szCs w:val="24"/>
        </w:rPr>
        <w:t>obnovi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ugovoreno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sredstvo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osiguranja</w:t>
      </w:r>
      <w:proofErr w:type="spellEnd"/>
      <w:r w:rsidRPr="002635E5">
        <w:rPr>
          <w:rFonts w:ascii="Aptos Narrow" w:hAnsi="Aptos Narrow"/>
          <w:sz w:val="24"/>
          <w:szCs w:val="24"/>
        </w:rPr>
        <w:t>,</w:t>
      </w:r>
    </w:p>
    <w:p w14:paraId="60D7470A" w14:textId="77777777" w:rsidR="001A559F" w:rsidRDefault="00DB66BA">
      <w:pPr>
        <w:pStyle w:val="ListBody"/>
        <w:numPr>
          <w:ilvl w:val="0"/>
          <w:numId w:val="1"/>
        </w:numPr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povrijedi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drugu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bitnu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obvezu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76DAC09E" w14:textId="77777777" w:rsidR="001A0CE4" w:rsidRPr="002635E5" w:rsidRDefault="001A0CE4" w:rsidP="001A0CE4">
      <w:pPr>
        <w:pStyle w:val="ListBody"/>
        <w:ind w:left="760"/>
        <w:rPr>
          <w:rFonts w:ascii="Aptos Narrow" w:hAnsi="Aptos Narrow"/>
          <w:sz w:val="24"/>
          <w:szCs w:val="24"/>
        </w:rPr>
      </w:pPr>
    </w:p>
    <w:p w14:paraId="3DCD29B8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</w:t>
      </w:r>
      <w:proofErr w:type="spellStart"/>
      <w:r w:rsidRPr="002635E5">
        <w:rPr>
          <w:rFonts w:ascii="Aptos Narrow" w:hAnsi="Aptos Narrow"/>
          <w:sz w:val="24"/>
          <w:szCs w:val="24"/>
        </w:rPr>
        <w:t>Opomena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potrebna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kada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prema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Zakonu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povreda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takve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naravi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da </w:t>
      </w:r>
      <w:proofErr w:type="spellStart"/>
      <w:r w:rsidRPr="002635E5">
        <w:rPr>
          <w:rFonts w:ascii="Aptos Narrow" w:hAnsi="Aptos Narrow"/>
          <w:sz w:val="24"/>
          <w:szCs w:val="24"/>
        </w:rPr>
        <w:t>ugovor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prestaje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može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otkazati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bez </w:t>
      </w:r>
      <w:proofErr w:type="spellStart"/>
      <w:r w:rsidRPr="002635E5">
        <w:rPr>
          <w:rFonts w:ascii="Aptos Narrow" w:hAnsi="Aptos Narrow"/>
          <w:sz w:val="24"/>
          <w:szCs w:val="24"/>
        </w:rPr>
        <w:t>ostavljanja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naknadnoga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roka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osobito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slučaju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zabranjenoga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podzakupa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prepuštanja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trećoj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osobi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02C63E95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(3) </w:t>
      </w:r>
      <w:proofErr w:type="spellStart"/>
      <w:r w:rsidRPr="002635E5">
        <w:rPr>
          <w:rFonts w:ascii="Aptos Narrow" w:hAnsi="Aptos Narrow"/>
          <w:sz w:val="24"/>
          <w:szCs w:val="24"/>
        </w:rPr>
        <w:t>Općina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može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otkazati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kada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joj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prostor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potreban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radi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zadovoljenja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javnih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potreba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vlastitoga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korištenja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samo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pod </w:t>
      </w:r>
      <w:proofErr w:type="spellStart"/>
      <w:r w:rsidRPr="002635E5">
        <w:rPr>
          <w:rFonts w:ascii="Aptos Narrow" w:hAnsi="Aptos Narrow"/>
          <w:sz w:val="24"/>
          <w:szCs w:val="24"/>
        </w:rPr>
        <w:t>pretpostavkama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uz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rokove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dopuštene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Zakonom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ugovorom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0A5B793A" w14:textId="308AD251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r w:rsidR="0046597B">
        <w:rPr>
          <w:rFonts w:ascii="Aptos Narrow" w:hAnsi="Aptos Narrow"/>
          <w:sz w:val="24"/>
          <w:szCs w:val="24"/>
        </w:rPr>
        <w:t>42</w:t>
      </w:r>
      <w:r w:rsidRPr="002635E5">
        <w:rPr>
          <w:rFonts w:ascii="Aptos Narrow" w:hAnsi="Aptos Narrow"/>
          <w:sz w:val="24"/>
          <w:szCs w:val="24"/>
        </w:rPr>
        <w:t>.</w:t>
      </w:r>
    </w:p>
    <w:p w14:paraId="72466828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može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otkazati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ako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Općina u </w:t>
      </w:r>
      <w:proofErr w:type="spellStart"/>
      <w:r w:rsidRPr="002635E5">
        <w:rPr>
          <w:rFonts w:ascii="Aptos Narrow" w:hAnsi="Aptos Narrow"/>
          <w:sz w:val="24"/>
          <w:szCs w:val="24"/>
        </w:rPr>
        <w:t>primjerenom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roku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ne </w:t>
      </w:r>
      <w:proofErr w:type="spellStart"/>
      <w:r w:rsidRPr="002635E5">
        <w:rPr>
          <w:rFonts w:ascii="Aptos Narrow" w:hAnsi="Aptos Narrow"/>
          <w:sz w:val="24"/>
          <w:szCs w:val="24"/>
        </w:rPr>
        <w:t>dovede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ugovoreno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stanje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ne </w:t>
      </w:r>
      <w:proofErr w:type="spellStart"/>
      <w:r w:rsidRPr="002635E5">
        <w:rPr>
          <w:rFonts w:ascii="Aptos Narrow" w:hAnsi="Aptos Narrow"/>
          <w:sz w:val="24"/>
          <w:szCs w:val="24"/>
        </w:rPr>
        <w:t>izvrši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popravke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dužna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izvršiti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pod </w:t>
      </w:r>
      <w:proofErr w:type="spellStart"/>
      <w:r w:rsidRPr="002635E5">
        <w:rPr>
          <w:rFonts w:ascii="Aptos Narrow" w:hAnsi="Aptos Narrow"/>
          <w:sz w:val="24"/>
          <w:szCs w:val="24"/>
        </w:rPr>
        <w:t>uvjetima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propisanim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Zakonom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1216BF4F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može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otkazati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drugih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razloga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ugovorenih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njegovu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korist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uz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ugovoreni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otkazni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rok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podmirenje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svih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obveza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do </w:t>
      </w:r>
      <w:proofErr w:type="spellStart"/>
      <w:r w:rsidRPr="002635E5">
        <w:rPr>
          <w:rFonts w:ascii="Aptos Narrow" w:hAnsi="Aptos Narrow"/>
          <w:sz w:val="24"/>
          <w:szCs w:val="24"/>
        </w:rPr>
        <w:t>predaje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0DB5FCEA" w14:textId="7CBC5821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r w:rsidR="00B308B2">
        <w:rPr>
          <w:rFonts w:ascii="Aptos Narrow" w:hAnsi="Aptos Narrow"/>
          <w:sz w:val="24"/>
          <w:szCs w:val="24"/>
        </w:rPr>
        <w:t>43</w:t>
      </w:r>
      <w:r w:rsidRPr="002635E5">
        <w:rPr>
          <w:rFonts w:ascii="Aptos Narrow" w:hAnsi="Aptos Narrow"/>
          <w:sz w:val="24"/>
          <w:szCs w:val="24"/>
        </w:rPr>
        <w:t>.</w:t>
      </w:r>
    </w:p>
    <w:p w14:paraId="19B44DDD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</w:t>
      </w:r>
      <w:proofErr w:type="spellStart"/>
      <w:r w:rsidRPr="002635E5">
        <w:rPr>
          <w:rFonts w:ascii="Aptos Narrow" w:hAnsi="Aptos Narrow"/>
          <w:sz w:val="24"/>
          <w:szCs w:val="24"/>
        </w:rPr>
        <w:t>Otkaz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daje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pisanom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obliku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dostavlja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dokaziv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način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. </w:t>
      </w:r>
      <w:proofErr w:type="spellStart"/>
      <w:r w:rsidRPr="002635E5">
        <w:rPr>
          <w:rFonts w:ascii="Aptos Narrow" w:hAnsi="Aptos Narrow"/>
          <w:sz w:val="24"/>
          <w:szCs w:val="24"/>
        </w:rPr>
        <w:t>Otkazni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rok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teče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od dana </w:t>
      </w:r>
      <w:proofErr w:type="spellStart"/>
      <w:r w:rsidRPr="002635E5">
        <w:rPr>
          <w:rFonts w:ascii="Aptos Narrow" w:hAnsi="Aptos Narrow"/>
          <w:sz w:val="24"/>
          <w:szCs w:val="24"/>
        </w:rPr>
        <w:t>dostave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ako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Zakonom </w:t>
      </w:r>
      <w:proofErr w:type="spellStart"/>
      <w:r w:rsidRPr="002635E5">
        <w:rPr>
          <w:rFonts w:ascii="Aptos Narrow" w:hAnsi="Aptos Narrow"/>
          <w:sz w:val="24"/>
          <w:szCs w:val="24"/>
        </w:rPr>
        <w:t>ili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drukčije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određeno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351BDB3F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Ako </w:t>
      </w:r>
      <w:proofErr w:type="spellStart"/>
      <w:r w:rsidRPr="002635E5">
        <w:rPr>
          <w:rFonts w:ascii="Aptos Narrow" w:hAnsi="Aptos Narrow"/>
          <w:sz w:val="24"/>
          <w:szCs w:val="24"/>
        </w:rPr>
        <w:t>ugovorom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određen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dulji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rok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primjenjuje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otkazni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rok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propisan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Zakonom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08B6D010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(3) Za </w:t>
      </w:r>
      <w:proofErr w:type="spellStart"/>
      <w:r w:rsidRPr="002635E5">
        <w:rPr>
          <w:rFonts w:ascii="Aptos Narrow" w:hAnsi="Aptos Narrow"/>
          <w:sz w:val="24"/>
          <w:szCs w:val="24"/>
        </w:rPr>
        <w:t>vrijeme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otkaznoga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roka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dužan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uredno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izvršavati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obveze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omogućiti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razgledavanje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budućim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zakupnicima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uz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prethodnu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najavu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6858B6EC" w14:textId="59D80A6B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lastRenderedPageBreak/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r w:rsidR="00B308B2">
        <w:rPr>
          <w:rFonts w:ascii="Aptos Narrow" w:hAnsi="Aptos Narrow"/>
          <w:sz w:val="24"/>
          <w:szCs w:val="24"/>
        </w:rPr>
        <w:t>44</w:t>
      </w:r>
      <w:r w:rsidRPr="002635E5">
        <w:rPr>
          <w:rFonts w:ascii="Aptos Narrow" w:hAnsi="Aptos Narrow"/>
          <w:sz w:val="24"/>
          <w:szCs w:val="24"/>
        </w:rPr>
        <w:t>.</w:t>
      </w:r>
    </w:p>
    <w:p w14:paraId="70546068" w14:textId="67F9BC8B" w:rsidR="00B308B2" w:rsidRPr="00B308B2" w:rsidRDefault="00B308B2" w:rsidP="00B308B2">
      <w:pPr>
        <w:pStyle w:val="Article"/>
        <w:jc w:val="both"/>
        <w:rPr>
          <w:rFonts w:ascii="Aptos Narrow" w:hAnsi="Aptos Narrow"/>
          <w:b w:val="0"/>
          <w:sz w:val="24"/>
          <w:szCs w:val="24"/>
        </w:rPr>
      </w:pPr>
      <w:r w:rsidRPr="00B308B2">
        <w:rPr>
          <w:rFonts w:ascii="Aptos Narrow" w:hAnsi="Aptos Narrow"/>
          <w:b w:val="0"/>
          <w:sz w:val="24"/>
          <w:szCs w:val="24"/>
        </w:rPr>
        <w:t xml:space="preserve">(1) U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slučaju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smrti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zakupnika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statusne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promjene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prestanka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pravne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osobe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ili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promjene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pravnoga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oblika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nastavak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zakupa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i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prijenos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prava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i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obveza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uređuju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se pod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pretpostavkama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određenim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Zakonom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>.</w:t>
      </w:r>
    </w:p>
    <w:p w14:paraId="44F4D024" w14:textId="77777777" w:rsidR="00B308B2" w:rsidRDefault="00B308B2" w:rsidP="00B308B2">
      <w:pPr>
        <w:pStyle w:val="Article"/>
        <w:jc w:val="both"/>
        <w:rPr>
          <w:rFonts w:ascii="Aptos Narrow" w:hAnsi="Aptos Narrow"/>
          <w:b w:val="0"/>
          <w:sz w:val="24"/>
          <w:szCs w:val="24"/>
        </w:rPr>
      </w:pPr>
      <w:r w:rsidRPr="00B308B2">
        <w:rPr>
          <w:rFonts w:ascii="Aptos Narrow" w:hAnsi="Aptos Narrow"/>
          <w:b w:val="0"/>
          <w:sz w:val="24"/>
          <w:szCs w:val="24"/>
        </w:rPr>
        <w:t xml:space="preserve">(2)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Nasljednik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odnosno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pravni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sljednik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dužan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je bez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odgode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dostaviti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dokaze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o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pravnom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sljedništvu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i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ispunjenju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uvjeta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za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nastavak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zakupa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. O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nastavku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zakupa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sklapa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se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odgovarajući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dodatak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ugovoru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kada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 xml:space="preserve"> je to </w:t>
      </w:r>
      <w:proofErr w:type="spellStart"/>
      <w:r w:rsidRPr="00B308B2">
        <w:rPr>
          <w:rFonts w:ascii="Aptos Narrow" w:hAnsi="Aptos Narrow"/>
          <w:b w:val="0"/>
          <w:sz w:val="24"/>
          <w:szCs w:val="24"/>
        </w:rPr>
        <w:t>potrebno</w:t>
      </w:r>
      <w:proofErr w:type="spellEnd"/>
      <w:r w:rsidRPr="00B308B2">
        <w:rPr>
          <w:rFonts w:ascii="Aptos Narrow" w:hAnsi="Aptos Narrow"/>
          <w:b w:val="0"/>
          <w:sz w:val="24"/>
          <w:szCs w:val="24"/>
        </w:rPr>
        <w:t>.</w:t>
      </w:r>
    </w:p>
    <w:p w14:paraId="7C695EF2" w14:textId="20E67A76" w:rsidR="001A559F" w:rsidRPr="002635E5" w:rsidRDefault="00DB66BA" w:rsidP="00B308B2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r w:rsidR="00B308B2">
        <w:rPr>
          <w:rFonts w:ascii="Aptos Narrow" w:hAnsi="Aptos Narrow"/>
          <w:sz w:val="24"/>
          <w:szCs w:val="24"/>
        </w:rPr>
        <w:t>45</w:t>
      </w:r>
      <w:r w:rsidRPr="002635E5">
        <w:rPr>
          <w:rFonts w:ascii="Aptos Narrow" w:hAnsi="Aptos Narrow"/>
          <w:sz w:val="24"/>
          <w:szCs w:val="24"/>
        </w:rPr>
        <w:t>.</w:t>
      </w:r>
    </w:p>
    <w:p w14:paraId="716C6744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(1) Po </w:t>
      </w:r>
      <w:proofErr w:type="spellStart"/>
      <w:r w:rsidRPr="002635E5">
        <w:rPr>
          <w:rFonts w:ascii="Aptos Narrow" w:hAnsi="Aptos Narrow"/>
          <w:sz w:val="24"/>
          <w:szCs w:val="24"/>
        </w:rPr>
        <w:t>prestanku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je </w:t>
      </w:r>
      <w:proofErr w:type="spellStart"/>
      <w:r w:rsidRPr="002635E5">
        <w:rPr>
          <w:rFonts w:ascii="Aptos Narrow" w:hAnsi="Aptos Narrow"/>
          <w:sz w:val="24"/>
          <w:szCs w:val="24"/>
        </w:rPr>
        <w:t>dužan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najkasnije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posljednjega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dana </w:t>
      </w:r>
      <w:proofErr w:type="spellStart"/>
      <w:r w:rsidRPr="002635E5">
        <w:rPr>
          <w:rFonts w:ascii="Aptos Narrow" w:hAnsi="Aptos Narrow"/>
          <w:sz w:val="24"/>
          <w:szCs w:val="24"/>
        </w:rPr>
        <w:t>zakupa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isprazniti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osoba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stvari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podmiriti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obveze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vratiti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ključeve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predati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stanju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koje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odgovara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urednoj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uporabi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uzimajući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obzir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redovito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trošenje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66C2978F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(2) O </w:t>
      </w:r>
      <w:proofErr w:type="spellStart"/>
      <w:r w:rsidRPr="002635E5">
        <w:rPr>
          <w:rFonts w:ascii="Aptos Narrow" w:hAnsi="Aptos Narrow"/>
          <w:sz w:val="24"/>
          <w:szCs w:val="24"/>
        </w:rPr>
        <w:t>povratu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se </w:t>
      </w:r>
      <w:proofErr w:type="spellStart"/>
      <w:r w:rsidRPr="002635E5">
        <w:rPr>
          <w:rFonts w:ascii="Aptos Narrow" w:hAnsi="Aptos Narrow"/>
          <w:sz w:val="24"/>
          <w:szCs w:val="24"/>
        </w:rPr>
        <w:t>sastavlja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zapisnik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 </w:t>
      </w:r>
      <w:proofErr w:type="spellStart"/>
      <w:r w:rsidRPr="002635E5">
        <w:rPr>
          <w:rFonts w:ascii="Aptos Narrow" w:hAnsi="Aptos Narrow"/>
          <w:sz w:val="24"/>
          <w:szCs w:val="24"/>
        </w:rPr>
        <w:t>očitanjem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brojila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fotodokumentacijom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. </w:t>
      </w:r>
      <w:proofErr w:type="spellStart"/>
      <w:r w:rsidRPr="002635E5">
        <w:rPr>
          <w:rFonts w:ascii="Aptos Narrow" w:hAnsi="Aptos Narrow"/>
          <w:sz w:val="24"/>
          <w:szCs w:val="24"/>
        </w:rPr>
        <w:t>Utvrđena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oštećenja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troškove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uspostave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ugovorenoga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stanja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snosi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523D2C87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(3) Ako </w:t>
      </w:r>
      <w:proofErr w:type="spellStart"/>
      <w:r w:rsidRPr="002635E5">
        <w:rPr>
          <w:rFonts w:ascii="Aptos Narrow" w:hAnsi="Aptos Narrow"/>
          <w:sz w:val="24"/>
          <w:szCs w:val="24"/>
        </w:rPr>
        <w:t>zakupnik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ne </w:t>
      </w:r>
      <w:proofErr w:type="spellStart"/>
      <w:r w:rsidRPr="002635E5">
        <w:rPr>
          <w:rFonts w:ascii="Aptos Narrow" w:hAnsi="Aptos Narrow"/>
          <w:sz w:val="24"/>
          <w:szCs w:val="24"/>
        </w:rPr>
        <w:t>preda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2635E5">
        <w:rPr>
          <w:rFonts w:ascii="Aptos Narrow" w:hAnsi="Aptos Narrow"/>
          <w:sz w:val="24"/>
          <w:szCs w:val="24"/>
        </w:rPr>
        <w:t>Općina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će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pokrenuti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postupak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radi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ispražnjenja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predaje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te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naplatiti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naknadu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za </w:t>
      </w:r>
      <w:proofErr w:type="spellStart"/>
      <w:r w:rsidRPr="002635E5">
        <w:rPr>
          <w:rFonts w:ascii="Aptos Narrow" w:hAnsi="Aptos Narrow"/>
          <w:sz w:val="24"/>
          <w:szCs w:val="24"/>
        </w:rPr>
        <w:t>korištenje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najmanje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visini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ugovorene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zakupnine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, ne </w:t>
      </w:r>
      <w:proofErr w:type="spellStart"/>
      <w:r w:rsidRPr="002635E5">
        <w:rPr>
          <w:rFonts w:ascii="Aptos Narrow" w:hAnsi="Aptos Narrow"/>
          <w:sz w:val="24"/>
          <w:szCs w:val="24"/>
        </w:rPr>
        <w:t>dovodeći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pitanje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pravo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veću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štetu</w:t>
      </w:r>
      <w:proofErr w:type="spellEnd"/>
      <w:r w:rsidRPr="002635E5">
        <w:rPr>
          <w:rFonts w:ascii="Aptos Narrow" w:hAnsi="Aptos Narrow"/>
          <w:sz w:val="24"/>
          <w:szCs w:val="24"/>
        </w:rPr>
        <w:t>.</w:t>
      </w:r>
    </w:p>
    <w:p w14:paraId="0FE2203F" w14:textId="77777777" w:rsidR="001A559F" w:rsidRPr="002635E5" w:rsidRDefault="00DB66BA">
      <w:pPr>
        <w:pStyle w:val="Chapter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lastRenderedPageBreak/>
        <w:t>VIII. KUPOPRODAJA POSLOVNOGA PROSTORA</w:t>
      </w:r>
    </w:p>
    <w:p w14:paraId="38E95A62" w14:textId="7F6443F9" w:rsidR="00EA417F" w:rsidRPr="00EA417F" w:rsidRDefault="00EA417F" w:rsidP="00EA417F">
      <w:pPr>
        <w:pStyle w:val="Chapter"/>
        <w:jc w:val="center"/>
        <w:rPr>
          <w:rFonts w:ascii="Aptos Narrow" w:hAnsi="Aptos Narrow"/>
          <w:b w:val="0"/>
          <w:bCs/>
          <w:color w:val="auto"/>
          <w:sz w:val="24"/>
          <w:szCs w:val="24"/>
        </w:rPr>
      </w:pP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Članak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46.</w:t>
      </w:r>
    </w:p>
    <w:p w14:paraId="2688B673" w14:textId="76E3372F" w:rsidR="00EA417F" w:rsidRPr="00EA417F" w:rsidRDefault="00EA417F" w:rsidP="00EA417F">
      <w:pPr>
        <w:pStyle w:val="Chapter"/>
        <w:jc w:val="both"/>
        <w:rPr>
          <w:rFonts w:ascii="Aptos Narrow" w:hAnsi="Aptos Narrow"/>
          <w:b w:val="0"/>
          <w:bCs/>
          <w:color w:val="auto"/>
          <w:sz w:val="24"/>
          <w:szCs w:val="24"/>
        </w:rPr>
      </w:pPr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(1)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Poslovni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prostor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u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vlasništvu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Općine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može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se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prodati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sadašnjem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zakupniku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pod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uvjetima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i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u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postupku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propisanim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Zakonom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.</w:t>
      </w:r>
    </w:p>
    <w:p w14:paraId="5DB30598" w14:textId="684FD087" w:rsidR="00EA417F" w:rsidRPr="00EA417F" w:rsidRDefault="00EA417F" w:rsidP="00EA417F">
      <w:pPr>
        <w:pStyle w:val="Chapter"/>
        <w:jc w:val="both"/>
        <w:rPr>
          <w:rFonts w:ascii="Aptos Narrow" w:hAnsi="Aptos Narrow"/>
          <w:b w:val="0"/>
          <w:bCs/>
          <w:color w:val="auto"/>
          <w:sz w:val="24"/>
          <w:szCs w:val="24"/>
        </w:rPr>
      </w:pPr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(</w:t>
      </w:r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2</w:t>
      </w:r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)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Popis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poslovnih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prostora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koji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su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predmet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kupoprodaje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utvrđuje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Općinsko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vijeće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na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prijedlog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Načelnika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.</w:t>
      </w:r>
    </w:p>
    <w:p w14:paraId="065401E4" w14:textId="397F6B9A" w:rsidR="00EA417F" w:rsidRPr="00EA417F" w:rsidRDefault="00EA417F" w:rsidP="00EA417F">
      <w:pPr>
        <w:pStyle w:val="Chapter"/>
        <w:jc w:val="center"/>
        <w:rPr>
          <w:rFonts w:ascii="Aptos Narrow" w:hAnsi="Aptos Narrow"/>
          <w:b w:val="0"/>
          <w:bCs/>
          <w:color w:val="auto"/>
          <w:sz w:val="24"/>
          <w:szCs w:val="24"/>
        </w:rPr>
      </w:pP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Članak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47.</w:t>
      </w:r>
    </w:p>
    <w:p w14:paraId="2E6B527D" w14:textId="37EA7B0D" w:rsidR="00EA417F" w:rsidRPr="00EA417F" w:rsidRDefault="00EA417F" w:rsidP="00EA417F">
      <w:pPr>
        <w:pStyle w:val="Chapter"/>
        <w:jc w:val="both"/>
        <w:rPr>
          <w:rFonts w:ascii="Aptos Narrow" w:hAnsi="Aptos Narrow"/>
          <w:b w:val="0"/>
          <w:bCs/>
          <w:color w:val="auto"/>
          <w:sz w:val="24"/>
          <w:szCs w:val="24"/>
        </w:rPr>
      </w:pPr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(1) O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kupoprodaji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svakog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pojedinog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poslovnog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prostora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odlučuje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Općinsko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vijeće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.</w:t>
      </w:r>
    </w:p>
    <w:p w14:paraId="08C6C8CA" w14:textId="77777777" w:rsidR="00EA417F" w:rsidRPr="00EA417F" w:rsidRDefault="00EA417F" w:rsidP="00EA417F">
      <w:pPr>
        <w:pStyle w:val="Chapter"/>
        <w:jc w:val="both"/>
        <w:rPr>
          <w:rFonts w:ascii="Aptos Narrow" w:hAnsi="Aptos Narrow"/>
          <w:b w:val="0"/>
          <w:bCs/>
          <w:color w:val="auto"/>
          <w:sz w:val="24"/>
          <w:szCs w:val="24"/>
        </w:rPr>
      </w:pPr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(2)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Kupoprodaja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poslovnog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prostora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provodi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se pod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uvjetima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i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u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postupku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propisanim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Zakonom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i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ovom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 xml:space="preserve"> </w:t>
      </w:r>
      <w:proofErr w:type="spellStart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Odlukom</w:t>
      </w:r>
      <w:proofErr w:type="spellEnd"/>
      <w:r w:rsidRPr="00EA417F">
        <w:rPr>
          <w:rFonts w:ascii="Aptos Narrow" w:hAnsi="Aptos Narrow"/>
          <w:b w:val="0"/>
          <w:bCs/>
          <w:color w:val="auto"/>
          <w:sz w:val="24"/>
          <w:szCs w:val="24"/>
        </w:rPr>
        <w:t>.</w:t>
      </w:r>
    </w:p>
    <w:p w14:paraId="7401B664" w14:textId="05C8F0B3" w:rsidR="001A559F" w:rsidRPr="002635E5" w:rsidRDefault="00DB66BA" w:rsidP="00EA417F">
      <w:pPr>
        <w:pStyle w:val="Chapter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>X. PRIJELAZNE I ZAVRŠNE ODREDBE</w:t>
      </w:r>
    </w:p>
    <w:p w14:paraId="00BF1E48" w14:textId="124BEDAB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r w:rsidR="00EA417F">
        <w:rPr>
          <w:rFonts w:ascii="Aptos Narrow" w:hAnsi="Aptos Narrow"/>
          <w:sz w:val="24"/>
          <w:szCs w:val="24"/>
        </w:rPr>
        <w:t>48</w:t>
      </w:r>
      <w:r w:rsidR="00B07447">
        <w:rPr>
          <w:rFonts w:ascii="Aptos Narrow" w:hAnsi="Aptos Narrow"/>
          <w:sz w:val="24"/>
          <w:szCs w:val="24"/>
        </w:rPr>
        <w:t>.</w:t>
      </w:r>
    </w:p>
    <w:p w14:paraId="38910ED1" w14:textId="41C5B0EC" w:rsidR="001F1F71" w:rsidRPr="001F1F71" w:rsidRDefault="001F1F71" w:rsidP="001F1F71">
      <w:pPr>
        <w:pStyle w:val="Article"/>
        <w:jc w:val="both"/>
        <w:rPr>
          <w:rFonts w:ascii="Aptos Narrow" w:hAnsi="Aptos Narrow"/>
          <w:b w:val="0"/>
          <w:sz w:val="24"/>
          <w:szCs w:val="24"/>
        </w:rPr>
      </w:pPr>
      <w:r w:rsidRPr="001F1F71">
        <w:rPr>
          <w:rFonts w:ascii="Aptos Narrow" w:hAnsi="Aptos Narrow"/>
          <w:b w:val="0"/>
          <w:sz w:val="24"/>
          <w:szCs w:val="24"/>
        </w:rPr>
        <w:t xml:space="preserve">(1)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Ugovori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o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zakupu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sklopljeni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prije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stupanja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na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snagu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ove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Odluke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ostaju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na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snazi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do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isteka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vremena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na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koje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su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sklopljeni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odnosno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do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njihova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prestanka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na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drugi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način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>.</w:t>
      </w:r>
    </w:p>
    <w:p w14:paraId="7828B808" w14:textId="58212181" w:rsidR="001F1F71" w:rsidRPr="001F1F71" w:rsidRDefault="001F1F71" w:rsidP="001F1F71">
      <w:pPr>
        <w:pStyle w:val="Article"/>
        <w:jc w:val="both"/>
        <w:rPr>
          <w:rFonts w:ascii="Aptos Narrow" w:hAnsi="Aptos Narrow"/>
          <w:b w:val="0"/>
          <w:sz w:val="24"/>
          <w:szCs w:val="24"/>
        </w:rPr>
      </w:pPr>
      <w:r w:rsidRPr="001F1F71">
        <w:rPr>
          <w:rFonts w:ascii="Aptos Narrow" w:hAnsi="Aptos Narrow"/>
          <w:b w:val="0"/>
          <w:sz w:val="24"/>
          <w:szCs w:val="24"/>
        </w:rPr>
        <w:t xml:space="preserve">(2) Na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sklapanje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novih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ugovora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o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zakupu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kao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i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na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izmjene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i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dopune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ugovora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o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zakupu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koje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se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sklapaju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nakon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stupanja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na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snagu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ove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Odluke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primjenjuju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se Zakon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i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ova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Odluka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>.</w:t>
      </w:r>
    </w:p>
    <w:p w14:paraId="0379A527" w14:textId="0BFC011E" w:rsidR="001F1F71" w:rsidRDefault="001F1F71" w:rsidP="001F1F71">
      <w:pPr>
        <w:pStyle w:val="Article"/>
        <w:jc w:val="both"/>
        <w:rPr>
          <w:rFonts w:ascii="Aptos Narrow" w:hAnsi="Aptos Narrow"/>
          <w:b w:val="0"/>
          <w:sz w:val="24"/>
          <w:szCs w:val="24"/>
        </w:rPr>
      </w:pPr>
      <w:r w:rsidRPr="001F1F71">
        <w:rPr>
          <w:rFonts w:ascii="Aptos Narrow" w:hAnsi="Aptos Narrow"/>
          <w:b w:val="0"/>
          <w:sz w:val="24"/>
          <w:szCs w:val="24"/>
        </w:rPr>
        <w:t xml:space="preserve">(3)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Postupci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javnoga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natječaja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započeti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prije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stupanja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na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snagu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ove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Odluke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dovršit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će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se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prema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propisima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koji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su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važili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u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vrijeme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njihova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pokretanja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osim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ako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bi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njihova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primjena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bila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protivna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prisilnim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odredbama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Zakona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>.</w:t>
      </w:r>
    </w:p>
    <w:p w14:paraId="0B63B9AD" w14:textId="296CB5FA" w:rsidR="001F1F71" w:rsidRPr="001F1F71" w:rsidRDefault="001F1F71" w:rsidP="001F1F71">
      <w:pPr>
        <w:pStyle w:val="Article"/>
        <w:rPr>
          <w:rFonts w:ascii="Aptos Narrow" w:hAnsi="Aptos Narrow"/>
          <w:bCs/>
          <w:sz w:val="24"/>
          <w:szCs w:val="24"/>
        </w:rPr>
      </w:pPr>
      <w:proofErr w:type="spellStart"/>
      <w:r w:rsidRPr="001F1F71">
        <w:rPr>
          <w:rFonts w:ascii="Aptos Narrow" w:hAnsi="Aptos Narrow"/>
          <w:bCs/>
          <w:sz w:val="24"/>
          <w:szCs w:val="24"/>
        </w:rPr>
        <w:t>Članak</w:t>
      </w:r>
      <w:proofErr w:type="spellEnd"/>
      <w:r w:rsidRPr="001F1F71">
        <w:rPr>
          <w:rFonts w:ascii="Aptos Narrow" w:hAnsi="Aptos Narrow"/>
          <w:bCs/>
          <w:sz w:val="24"/>
          <w:szCs w:val="24"/>
        </w:rPr>
        <w:t xml:space="preserve"> 49.</w:t>
      </w:r>
    </w:p>
    <w:p w14:paraId="05707464" w14:textId="5DC38ED9" w:rsidR="001F1F71" w:rsidRPr="001F1F71" w:rsidRDefault="001F1F71" w:rsidP="001F1F71">
      <w:pPr>
        <w:pStyle w:val="Article"/>
        <w:jc w:val="both"/>
        <w:rPr>
          <w:rFonts w:ascii="Aptos Narrow" w:hAnsi="Aptos Narrow"/>
          <w:b w:val="0"/>
          <w:sz w:val="24"/>
          <w:szCs w:val="24"/>
        </w:rPr>
      </w:pPr>
      <w:r w:rsidRPr="001F1F71">
        <w:rPr>
          <w:rFonts w:ascii="Aptos Narrow" w:hAnsi="Aptos Narrow"/>
          <w:b w:val="0"/>
          <w:sz w:val="24"/>
          <w:szCs w:val="24"/>
        </w:rPr>
        <w:t xml:space="preserve">(1)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Ponude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za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sklapanje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novoga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ugovora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o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zakupu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upućene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zakupnicima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prije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stupanja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na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snagu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ove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Odluke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smatraju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se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valjanima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ako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su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upućene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u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skladu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Zakonom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i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propisima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koji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su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bili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na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snazi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u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vrijeme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njihova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upućivanja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>.</w:t>
      </w:r>
    </w:p>
    <w:p w14:paraId="652F2E02" w14:textId="43040336" w:rsidR="001F1F71" w:rsidRPr="001F1F71" w:rsidRDefault="001F1F71" w:rsidP="001F1F71">
      <w:pPr>
        <w:pStyle w:val="Article"/>
        <w:jc w:val="both"/>
        <w:rPr>
          <w:rFonts w:ascii="Aptos Narrow" w:hAnsi="Aptos Narrow"/>
          <w:b w:val="0"/>
          <w:sz w:val="24"/>
          <w:szCs w:val="24"/>
        </w:rPr>
      </w:pPr>
      <w:r w:rsidRPr="001F1F71">
        <w:rPr>
          <w:rFonts w:ascii="Aptos Narrow" w:hAnsi="Aptos Narrow"/>
          <w:b w:val="0"/>
          <w:sz w:val="24"/>
          <w:szCs w:val="24"/>
        </w:rPr>
        <w:t xml:space="preserve">(2) Ako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zakupnik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prihvati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ponudu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iz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stavka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1.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ovoga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članka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, a ova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Odluka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stupi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na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snagu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prije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sklapanja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novoga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ugovora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o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zakupu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, novi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ugovor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sklapa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se u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skladu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s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ovom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Odlukom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>.</w:t>
      </w:r>
    </w:p>
    <w:p w14:paraId="554D9DD2" w14:textId="5E04F6A4" w:rsidR="001F1F71" w:rsidRDefault="001F1F71" w:rsidP="001F1F71">
      <w:pPr>
        <w:pStyle w:val="Article"/>
        <w:jc w:val="both"/>
        <w:rPr>
          <w:rFonts w:ascii="Aptos Narrow" w:hAnsi="Aptos Narrow"/>
          <w:b w:val="0"/>
          <w:sz w:val="24"/>
          <w:szCs w:val="24"/>
        </w:rPr>
      </w:pPr>
      <w:r w:rsidRPr="001F1F71">
        <w:rPr>
          <w:rFonts w:ascii="Aptos Narrow" w:hAnsi="Aptos Narrow"/>
          <w:b w:val="0"/>
          <w:sz w:val="24"/>
          <w:szCs w:val="24"/>
        </w:rPr>
        <w:t xml:space="preserve">(3) U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slučaju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iz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stavka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2.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ovoga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članka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,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iznos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zakupnine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u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novom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ugovoru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ne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može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biti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niži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od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iznosa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zakupnine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koju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je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zakupnik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plaćao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na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temelju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dotadašnjeg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 xml:space="preserve"> </w:t>
      </w:r>
      <w:proofErr w:type="spellStart"/>
      <w:r w:rsidRPr="001F1F71">
        <w:rPr>
          <w:rFonts w:ascii="Aptos Narrow" w:hAnsi="Aptos Narrow"/>
          <w:b w:val="0"/>
          <w:sz w:val="24"/>
          <w:szCs w:val="24"/>
        </w:rPr>
        <w:t>ugovora</w:t>
      </w:r>
      <w:proofErr w:type="spellEnd"/>
      <w:r w:rsidRPr="001F1F71">
        <w:rPr>
          <w:rFonts w:ascii="Aptos Narrow" w:hAnsi="Aptos Narrow"/>
          <w:b w:val="0"/>
          <w:sz w:val="24"/>
          <w:szCs w:val="24"/>
        </w:rPr>
        <w:t>.</w:t>
      </w:r>
    </w:p>
    <w:p w14:paraId="4946187D" w14:textId="77777777" w:rsidR="001F1F71" w:rsidRDefault="001F1F71" w:rsidP="001F1F71">
      <w:pPr>
        <w:pStyle w:val="Article"/>
        <w:jc w:val="both"/>
        <w:rPr>
          <w:rFonts w:ascii="Aptos Narrow" w:hAnsi="Aptos Narrow"/>
          <w:b w:val="0"/>
          <w:sz w:val="24"/>
          <w:szCs w:val="24"/>
        </w:rPr>
      </w:pPr>
    </w:p>
    <w:p w14:paraId="57B8C78A" w14:textId="73FB8A52" w:rsidR="001F1F71" w:rsidRPr="001F1F71" w:rsidRDefault="001F1F71" w:rsidP="001F1F71">
      <w:pPr>
        <w:pStyle w:val="Article"/>
        <w:rPr>
          <w:rFonts w:ascii="Aptos Narrow" w:hAnsi="Aptos Narrow"/>
          <w:bCs/>
          <w:sz w:val="24"/>
          <w:szCs w:val="24"/>
        </w:rPr>
      </w:pPr>
      <w:proofErr w:type="spellStart"/>
      <w:r w:rsidRPr="001F1F71">
        <w:rPr>
          <w:rFonts w:ascii="Aptos Narrow" w:hAnsi="Aptos Narrow"/>
          <w:bCs/>
          <w:sz w:val="24"/>
          <w:szCs w:val="24"/>
        </w:rPr>
        <w:t>Članak</w:t>
      </w:r>
      <w:proofErr w:type="spellEnd"/>
      <w:r w:rsidRPr="001F1F71">
        <w:rPr>
          <w:rFonts w:ascii="Aptos Narrow" w:hAnsi="Aptos Narrow"/>
          <w:bCs/>
          <w:sz w:val="24"/>
          <w:szCs w:val="24"/>
        </w:rPr>
        <w:t xml:space="preserve"> 50.</w:t>
      </w:r>
    </w:p>
    <w:p w14:paraId="519E523C" w14:textId="77777777" w:rsidR="001F1F71" w:rsidRDefault="001F1F71" w:rsidP="001F1F71">
      <w:pPr>
        <w:pStyle w:val="Article"/>
        <w:rPr>
          <w:rFonts w:ascii="Aptos Narrow" w:hAnsi="Aptos Narrow"/>
          <w:b w:val="0"/>
          <w:sz w:val="24"/>
          <w:szCs w:val="24"/>
        </w:rPr>
      </w:pPr>
    </w:p>
    <w:p w14:paraId="2B840FBC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lastRenderedPageBreak/>
        <w:t>Danom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stupanja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snagu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Odluke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prestaje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važiti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Odluka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o </w:t>
      </w:r>
      <w:proofErr w:type="spellStart"/>
      <w:r w:rsidRPr="002635E5">
        <w:rPr>
          <w:rFonts w:ascii="Aptos Narrow" w:hAnsi="Aptos Narrow"/>
          <w:sz w:val="24"/>
          <w:szCs w:val="24"/>
        </w:rPr>
        <w:t>davanju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zakup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poslovnog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prostora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</w:t>
      </w:r>
      <w:proofErr w:type="spellStart"/>
      <w:r w:rsidRPr="002635E5">
        <w:rPr>
          <w:rFonts w:ascii="Aptos Narrow" w:hAnsi="Aptos Narrow"/>
          <w:sz w:val="24"/>
          <w:szCs w:val="24"/>
        </w:rPr>
        <w:t>vlasništvu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Općine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Malinska-Dubašnica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(»</w:t>
      </w:r>
      <w:proofErr w:type="spellStart"/>
      <w:r w:rsidRPr="002635E5">
        <w:rPr>
          <w:rFonts w:ascii="Aptos Narrow" w:hAnsi="Aptos Narrow"/>
          <w:sz w:val="24"/>
          <w:szCs w:val="24"/>
        </w:rPr>
        <w:t>Službene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novine </w:t>
      </w:r>
      <w:proofErr w:type="spellStart"/>
      <w:r w:rsidRPr="002635E5">
        <w:rPr>
          <w:rFonts w:ascii="Aptos Narrow" w:hAnsi="Aptos Narrow"/>
          <w:sz w:val="24"/>
          <w:szCs w:val="24"/>
        </w:rPr>
        <w:t>Primorsko-goranske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županije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«, </w:t>
      </w:r>
      <w:proofErr w:type="spellStart"/>
      <w:r w:rsidRPr="002635E5">
        <w:rPr>
          <w:rFonts w:ascii="Aptos Narrow" w:hAnsi="Aptos Narrow"/>
          <w:sz w:val="24"/>
          <w:szCs w:val="24"/>
        </w:rPr>
        <w:t>broj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41/06, 49/09 </w:t>
      </w:r>
      <w:proofErr w:type="spellStart"/>
      <w:r w:rsidRPr="002635E5">
        <w:rPr>
          <w:rFonts w:ascii="Aptos Narrow" w:hAnsi="Aptos Narrow"/>
          <w:sz w:val="24"/>
          <w:szCs w:val="24"/>
        </w:rPr>
        <w:t>i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10/14).</w:t>
      </w:r>
    </w:p>
    <w:p w14:paraId="045C6D9A" w14:textId="2BF3B88C" w:rsidR="001A559F" w:rsidRPr="002635E5" w:rsidRDefault="00DB66BA">
      <w:pPr>
        <w:pStyle w:val="Article"/>
        <w:rPr>
          <w:rFonts w:ascii="Aptos Narrow" w:hAnsi="Aptos Narrow"/>
          <w:sz w:val="24"/>
          <w:szCs w:val="24"/>
        </w:rPr>
      </w:pPr>
      <w:proofErr w:type="spellStart"/>
      <w:r w:rsidRPr="002635E5">
        <w:rPr>
          <w:rFonts w:ascii="Aptos Narrow" w:hAnsi="Aptos Narrow"/>
          <w:sz w:val="24"/>
          <w:szCs w:val="24"/>
        </w:rPr>
        <w:t>Članak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r w:rsidR="001F1F71">
        <w:rPr>
          <w:rFonts w:ascii="Aptos Narrow" w:hAnsi="Aptos Narrow"/>
          <w:sz w:val="24"/>
          <w:szCs w:val="24"/>
        </w:rPr>
        <w:t>51</w:t>
      </w:r>
      <w:r w:rsidR="00B07447">
        <w:rPr>
          <w:rFonts w:ascii="Aptos Narrow" w:hAnsi="Aptos Narrow"/>
          <w:sz w:val="24"/>
          <w:szCs w:val="24"/>
        </w:rPr>
        <w:t>.</w:t>
      </w:r>
    </w:p>
    <w:p w14:paraId="68E5594D" w14:textId="77777777" w:rsidR="001A559F" w:rsidRPr="002635E5" w:rsidRDefault="00DB66BA">
      <w:pPr>
        <w:pStyle w:val="Body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 xml:space="preserve">Ova </w:t>
      </w:r>
      <w:proofErr w:type="spellStart"/>
      <w:r w:rsidRPr="002635E5">
        <w:rPr>
          <w:rFonts w:ascii="Aptos Narrow" w:hAnsi="Aptos Narrow"/>
          <w:sz w:val="24"/>
          <w:szCs w:val="24"/>
        </w:rPr>
        <w:t>Odluka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stupa </w:t>
      </w:r>
      <w:proofErr w:type="spellStart"/>
      <w:r w:rsidRPr="002635E5">
        <w:rPr>
          <w:rFonts w:ascii="Aptos Narrow" w:hAnsi="Aptos Narrow"/>
          <w:sz w:val="24"/>
          <w:szCs w:val="24"/>
        </w:rPr>
        <w:t>na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snagu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osmoga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dana od dana </w:t>
      </w:r>
      <w:proofErr w:type="spellStart"/>
      <w:r w:rsidRPr="002635E5">
        <w:rPr>
          <w:rFonts w:ascii="Aptos Narrow" w:hAnsi="Aptos Narrow"/>
          <w:sz w:val="24"/>
          <w:szCs w:val="24"/>
        </w:rPr>
        <w:t>objave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u »</w:t>
      </w:r>
      <w:proofErr w:type="spellStart"/>
      <w:r w:rsidRPr="002635E5">
        <w:rPr>
          <w:rFonts w:ascii="Aptos Narrow" w:hAnsi="Aptos Narrow"/>
          <w:sz w:val="24"/>
          <w:szCs w:val="24"/>
        </w:rPr>
        <w:t>Službenim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novinama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Primorsko-goranske</w:t>
      </w:r>
      <w:proofErr w:type="spellEnd"/>
      <w:r w:rsidRPr="002635E5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2635E5">
        <w:rPr>
          <w:rFonts w:ascii="Aptos Narrow" w:hAnsi="Aptos Narrow"/>
          <w:sz w:val="24"/>
          <w:szCs w:val="24"/>
        </w:rPr>
        <w:t>županije</w:t>
      </w:r>
      <w:proofErr w:type="spellEnd"/>
      <w:r w:rsidRPr="002635E5">
        <w:rPr>
          <w:rFonts w:ascii="Aptos Narrow" w:hAnsi="Aptos Narrow"/>
          <w:sz w:val="24"/>
          <w:szCs w:val="24"/>
        </w:rPr>
        <w:t>«.</w:t>
      </w:r>
    </w:p>
    <w:p w14:paraId="419FCD31" w14:textId="77777777" w:rsidR="001A559F" w:rsidRPr="002635E5" w:rsidRDefault="00DB66BA">
      <w:pPr>
        <w:spacing w:before="280" w:after="0"/>
        <w:rPr>
          <w:rFonts w:ascii="Aptos Narrow" w:hAnsi="Aptos Narrow"/>
          <w:sz w:val="24"/>
          <w:szCs w:val="24"/>
        </w:rPr>
      </w:pPr>
      <w:r w:rsidRPr="002635E5">
        <w:rPr>
          <w:rFonts w:ascii="Aptos Narrow" w:hAnsi="Aptos Narrow"/>
          <w:sz w:val="24"/>
          <w:szCs w:val="24"/>
        </w:rPr>
        <w:t>KLASA: ____________________</w:t>
      </w:r>
      <w:r w:rsidRPr="002635E5">
        <w:rPr>
          <w:rFonts w:ascii="Aptos Narrow" w:hAnsi="Aptos Narrow"/>
          <w:sz w:val="24"/>
          <w:szCs w:val="24"/>
        </w:rPr>
        <w:br/>
        <w:t>URBROJ: ___________________</w:t>
      </w:r>
      <w:r w:rsidRPr="002635E5">
        <w:rPr>
          <w:rFonts w:ascii="Aptos Narrow" w:hAnsi="Aptos Narrow"/>
          <w:sz w:val="24"/>
          <w:szCs w:val="24"/>
        </w:rPr>
        <w:br/>
      </w:r>
      <w:proofErr w:type="spellStart"/>
      <w:r w:rsidRPr="002635E5">
        <w:rPr>
          <w:rFonts w:ascii="Aptos Narrow" w:hAnsi="Aptos Narrow"/>
          <w:sz w:val="24"/>
          <w:szCs w:val="24"/>
        </w:rPr>
        <w:t>Malinska</w:t>
      </w:r>
      <w:proofErr w:type="spellEnd"/>
      <w:r w:rsidRPr="002635E5">
        <w:rPr>
          <w:rFonts w:ascii="Aptos Narrow" w:hAnsi="Aptos Narrow"/>
          <w:sz w:val="24"/>
          <w:szCs w:val="24"/>
        </w:rPr>
        <w:t>, ______________ 2026.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91"/>
        <w:gridCol w:w="4691"/>
      </w:tblGrid>
      <w:tr w:rsidR="001A559F" w:rsidRPr="002635E5" w14:paraId="7B338ED0" w14:textId="77777777">
        <w:trPr>
          <w:jc w:val="center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</w:tcPr>
          <w:p w14:paraId="2A8FB20F" w14:textId="77777777" w:rsidR="001A559F" w:rsidRPr="002635E5" w:rsidRDefault="001A559F">
            <w:pPr>
              <w:rPr>
                <w:rFonts w:ascii="Aptos Narrow" w:hAnsi="Aptos Narrow"/>
                <w:sz w:val="24"/>
                <w:szCs w:val="24"/>
              </w:rPr>
            </w:pP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</w:tcPr>
          <w:p w14:paraId="65AEBA72" w14:textId="04B0B9E3" w:rsidR="001A559F" w:rsidRPr="002635E5" w:rsidRDefault="00DB66BA">
            <w:pPr>
              <w:spacing w:before="160"/>
              <w:jc w:val="center"/>
              <w:rPr>
                <w:rFonts w:ascii="Aptos Narrow" w:hAnsi="Aptos Narrow"/>
                <w:sz w:val="24"/>
                <w:szCs w:val="24"/>
              </w:rPr>
            </w:pPr>
            <w:r w:rsidRPr="002635E5">
              <w:rPr>
                <w:rFonts w:ascii="Aptos Narrow" w:hAnsi="Aptos Narrow"/>
                <w:b/>
                <w:sz w:val="24"/>
                <w:szCs w:val="24"/>
              </w:rPr>
              <w:t>OPĆINSKO VIJEĆE</w:t>
            </w:r>
            <w:r w:rsidRPr="002635E5">
              <w:rPr>
                <w:rFonts w:ascii="Aptos Narrow" w:hAnsi="Aptos Narrow"/>
                <w:b/>
                <w:sz w:val="24"/>
                <w:szCs w:val="24"/>
              </w:rPr>
              <w:br/>
              <w:t>OPĆINE MALINSKA-DUBAŠNICA</w:t>
            </w:r>
            <w:r w:rsidRPr="002635E5">
              <w:rPr>
                <w:rFonts w:ascii="Aptos Narrow" w:hAnsi="Aptos Narrow"/>
                <w:b/>
                <w:sz w:val="24"/>
                <w:szCs w:val="24"/>
              </w:rPr>
              <w:br/>
            </w:r>
            <w:proofErr w:type="spellStart"/>
            <w:r w:rsidRPr="002635E5">
              <w:rPr>
                <w:rFonts w:ascii="Aptos Narrow" w:hAnsi="Aptos Narrow"/>
                <w:b/>
                <w:sz w:val="24"/>
                <w:szCs w:val="24"/>
              </w:rPr>
              <w:t>Predsjednica</w:t>
            </w:r>
            <w:proofErr w:type="spellEnd"/>
            <w:r w:rsidRPr="002635E5">
              <w:rPr>
                <w:rFonts w:ascii="Aptos Narrow" w:hAnsi="Aptos Narrow"/>
                <w:b/>
                <w:sz w:val="24"/>
                <w:szCs w:val="24"/>
              </w:rPr>
              <w:br/>
            </w:r>
            <w:r w:rsidRPr="002635E5">
              <w:rPr>
                <w:rFonts w:ascii="Aptos Narrow" w:hAnsi="Aptos Narrow"/>
                <w:b/>
                <w:sz w:val="24"/>
                <w:szCs w:val="24"/>
              </w:rPr>
              <w:br/>
            </w:r>
            <w:r w:rsidR="008633BC">
              <w:rPr>
                <w:rFonts w:ascii="Aptos Narrow" w:hAnsi="Aptos Narrow"/>
                <w:b/>
                <w:sz w:val="24"/>
                <w:szCs w:val="24"/>
              </w:rPr>
              <w:t>Ivana Mišković</w:t>
            </w:r>
          </w:p>
        </w:tc>
      </w:tr>
    </w:tbl>
    <w:p w14:paraId="03FAB4E2" w14:textId="77777777" w:rsidR="00D955C3" w:rsidRPr="002635E5" w:rsidRDefault="00D955C3">
      <w:pPr>
        <w:rPr>
          <w:rFonts w:ascii="Aptos Narrow" w:hAnsi="Aptos Narrow"/>
          <w:sz w:val="24"/>
          <w:szCs w:val="24"/>
        </w:rPr>
      </w:pPr>
    </w:p>
    <w:sectPr w:rsidR="00D955C3" w:rsidRPr="002635E5" w:rsidSect="00034616">
      <w:headerReference w:type="default" r:id="rId8"/>
      <w:footerReference w:type="default" r:id="rId9"/>
      <w:pgSz w:w="11906" w:h="16838"/>
      <w:pgMar w:top="1162" w:right="1134" w:bottom="1077" w:left="1389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77C3A" w14:textId="77777777" w:rsidR="007C1367" w:rsidRDefault="007C1367">
      <w:pPr>
        <w:spacing w:after="0" w:line="240" w:lineRule="auto"/>
      </w:pPr>
      <w:r>
        <w:separator/>
      </w:r>
    </w:p>
  </w:endnote>
  <w:endnote w:type="continuationSeparator" w:id="0">
    <w:p w14:paraId="1B85045A" w14:textId="77777777" w:rsidR="007C1367" w:rsidRDefault="007C1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erif">
    <w:altName w:val="Cambria"/>
    <w:panose1 w:val="02060603050605020204"/>
    <w:charset w:val="EE"/>
    <w:family w:val="roman"/>
    <w:pitch w:val="variable"/>
    <w:sig w:usb0="E50006FF" w:usb1="5200F9FB" w:usb2="0A04002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DejaVu Sans">
    <w:altName w:val="Verdana"/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1768855"/>
      <w:docPartObj>
        <w:docPartGallery w:val="Page Numbers (Bottom of Page)"/>
        <w:docPartUnique/>
      </w:docPartObj>
    </w:sdtPr>
    <w:sdtEndPr/>
    <w:sdtContent>
      <w:p w14:paraId="4FAD25F2" w14:textId="6CD60959" w:rsidR="00FE587E" w:rsidRDefault="00FE587E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50985C36" w14:textId="7A556170" w:rsidR="001A559F" w:rsidRPr="00FE587E" w:rsidRDefault="001A559F" w:rsidP="00FE587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0BFF7" w14:textId="77777777" w:rsidR="007C1367" w:rsidRDefault="007C1367">
      <w:pPr>
        <w:spacing w:after="0" w:line="240" w:lineRule="auto"/>
      </w:pPr>
      <w:r>
        <w:separator/>
      </w:r>
    </w:p>
  </w:footnote>
  <w:footnote w:type="continuationSeparator" w:id="0">
    <w:p w14:paraId="6CD83816" w14:textId="77777777" w:rsidR="007C1367" w:rsidRDefault="007C13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6651513"/>
      <w:docPartObj>
        <w:docPartGallery w:val="Page Numbers (Top of Page)"/>
        <w:docPartUnique/>
      </w:docPartObj>
    </w:sdtPr>
    <w:sdtEndPr/>
    <w:sdtContent>
      <w:p w14:paraId="0B65410E" w14:textId="631B5886" w:rsidR="00FE587E" w:rsidRDefault="00FE587E" w:rsidP="00FE587E">
        <w:pPr>
          <w:pStyle w:val="Zaglavlje"/>
          <w:jc w:val="right"/>
        </w:pPr>
        <w:proofErr w:type="spellStart"/>
        <w:r w:rsidRPr="00FE587E">
          <w:rPr>
            <w:rFonts w:ascii="Aptos Narrow" w:hAnsi="Aptos Narrow"/>
            <w:i/>
            <w:iCs/>
          </w:rPr>
          <w:t>Prijedlog</w:t>
        </w:r>
        <w:proofErr w:type="spellEnd"/>
        <w:r w:rsidRPr="00FE587E">
          <w:rPr>
            <w:rFonts w:ascii="Aptos Narrow" w:hAnsi="Aptos Narrow"/>
            <w:i/>
            <w:iCs/>
          </w:rPr>
          <w:t xml:space="preserve"> </w:t>
        </w:r>
        <w:proofErr w:type="spellStart"/>
        <w:r w:rsidRPr="00FE587E">
          <w:rPr>
            <w:rFonts w:ascii="Aptos Narrow" w:hAnsi="Aptos Narrow"/>
            <w:i/>
            <w:iCs/>
          </w:rPr>
          <w:t>Odluke</w:t>
        </w:r>
        <w:proofErr w:type="spellEnd"/>
      </w:p>
    </w:sdtContent>
  </w:sdt>
  <w:p w14:paraId="7A25CFA5" w14:textId="0AAF8A9C" w:rsidR="001A559F" w:rsidRPr="00FE587E" w:rsidRDefault="001A559F">
    <w:pPr>
      <w:pStyle w:val="Zaglavlje"/>
      <w:jc w:val="right"/>
      <w:rPr>
        <w:rFonts w:ascii="Aptos Narrow" w:hAnsi="Aptos Narrow"/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197F73"/>
    <w:multiLevelType w:val="singleLevel"/>
    <w:tmpl w:val="64AC9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20"/>
      </w:pPr>
    </w:lvl>
  </w:abstractNum>
  <w:abstractNum w:abstractNumId="10" w15:restartNumberingAfterBreak="0">
    <w:nsid w:val="201320A1"/>
    <w:multiLevelType w:val="singleLevel"/>
    <w:tmpl w:val="DF9277E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20"/>
      </w:pPr>
    </w:lvl>
  </w:abstractNum>
  <w:abstractNum w:abstractNumId="11" w15:restartNumberingAfterBreak="0">
    <w:nsid w:val="208F534F"/>
    <w:multiLevelType w:val="singleLevel"/>
    <w:tmpl w:val="83F01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20"/>
      </w:pPr>
    </w:lvl>
  </w:abstractNum>
  <w:abstractNum w:abstractNumId="12" w15:restartNumberingAfterBreak="0">
    <w:nsid w:val="25014E8B"/>
    <w:multiLevelType w:val="singleLevel"/>
    <w:tmpl w:val="BE184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20"/>
      </w:pPr>
    </w:lvl>
  </w:abstractNum>
  <w:abstractNum w:abstractNumId="13" w15:restartNumberingAfterBreak="0">
    <w:nsid w:val="2D1133FC"/>
    <w:multiLevelType w:val="multilevel"/>
    <w:tmpl w:val="F574E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2B5EF1"/>
    <w:multiLevelType w:val="singleLevel"/>
    <w:tmpl w:val="1D628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20"/>
      </w:pPr>
    </w:lvl>
  </w:abstractNum>
  <w:abstractNum w:abstractNumId="15" w15:restartNumberingAfterBreak="0">
    <w:nsid w:val="3F8F0DE3"/>
    <w:multiLevelType w:val="singleLevel"/>
    <w:tmpl w:val="041A0001"/>
    <w:lvl w:ilvl="0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</w:abstractNum>
  <w:abstractNum w:abstractNumId="16" w15:restartNumberingAfterBreak="0">
    <w:nsid w:val="6D87345A"/>
    <w:multiLevelType w:val="multilevel"/>
    <w:tmpl w:val="1FEC0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464E74"/>
    <w:multiLevelType w:val="singleLevel"/>
    <w:tmpl w:val="EEAE1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20"/>
      </w:pPr>
    </w:lvl>
  </w:abstractNum>
  <w:num w:numId="1" w16cid:durableId="745958263">
    <w:abstractNumId w:val="15"/>
  </w:num>
  <w:num w:numId="2" w16cid:durableId="1111239967">
    <w:abstractNumId w:val="16"/>
  </w:num>
  <w:num w:numId="3" w16cid:durableId="12009702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4C7"/>
    <w:rsid w:val="000214D6"/>
    <w:rsid w:val="00034616"/>
    <w:rsid w:val="0006063C"/>
    <w:rsid w:val="000675D2"/>
    <w:rsid w:val="00147BC5"/>
    <w:rsid w:val="0015074B"/>
    <w:rsid w:val="001621B2"/>
    <w:rsid w:val="0017583B"/>
    <w:rsid w:val="001A0CE4"/>
    <w:rsid w:val="001A559F"/>
    <w:rsid w:val="001F1F71"/>
    <w:rsid w:val="0021454D"/>
    <w:rsid w:val="0026014C"/>
    <w:rsid w:val="002635E5"/>
    <w:rsid w:val="0029639D"/>
    <w:rsid w:val="002B0229"/>
    <w:rsid w:val="002D1C8B"/>
    <w:rsid w:val="002E6479"/>
    <w:rsid w:val="00310B1F"/>
    <w:rsid w:val="00326F90"/>
    <w:rsid w:val="00347325"/>
    <w:rsid w:val="003561B7"/>
    <w:rsid w:val="0036298B"/>
    <w:rsid w:val="003A3030"/>
    <w:rsid w:val="003E7200"/>
    <w:rsid w:val="00432B8A"/>
    <w:rsid w:val="0046597B"/>
    <w:rsid w:val="00494C00"/>
    <w:rsid w:val="004E66B5"/>
    <w:rsid w:val="004F37AC"/>
    <w:rsid w:val="00512FFF"/>
    <w:rsid w:val="005F3418"/>
    <w:rsid w:val="00607138"/>
    <w:rsid w:val="006305A4"/>
    <w:rsid w:val="00646976"/>
    <w:rsid w:val="00663B48"/>
    <w:rsid w:val="006A12D4"/>
    <w:rsid w:val="006A2508"/>
    <w:rsid w:val="006C7329"/>
    <w:rsid w:val="006D6C94"/>
    <w:rsid w:val="006F497F"/>
    <w:rsid w:val="0075748A"/>
    <w:rsid w:val="00780698"/>
    <w:rsid w:val="007914A0"/>
    <w:rsid w:val="007A5FA7"/>
    <w:rsid w:val="007B27A5"/>
    <w:rsid w:val="007C1367"/>
    <w:rsid w:val="007F248F"/>
    <w:rsid w:val="007F31DC"/>
    <w:rsid w:val="008173F1"/>
    <w:rsid w:val="00817F64"/>
    <w:rsid w:val="00841E22"/>
    <w:rsid w:val="008633BC"/>
    <w:rsid w:val="008A5741"/>
    <w:rsid w:val="008D263D"/>
    <w:rsid w:val="009006DB"/>
    <w:rsid w:val="0091729F"/>
    <w:rsid w:val="009516F1"/>
    <w:rsid w:val="009D2325"/>
    <w:rsid w:val="00A76668"/>
    <w:rsid w:val="00A935DE"/>
    <w:rsid w:val="00AA1D8D"/>
    <w:rsid w:val="00AC1198"/>
    <w:rsid w:val="00AD70F3"/>
    <w:rsid w:val="00B04DCB"/>
    <w:rsid w:val="00B07447"/>
    <w:rsid w:val="00B308B2"/>
    <w:rsid w:val="00B3519A"/>
    <w:rsid w:val="00B47730"/>
    <w:rsid w:val="00B56970"/>
    <w:rsid w:val="00B967FF"/>
    <w:rsid w:val="00B96948"/>
    <w:rsid w:val="00BC6366"/>
    <w:rsid w:val="00C5490F"/>
    <w:rsid w:val="00C549E7"/>
    <w:rsid w:val="00CA057C"/>
    <w:rsid w:val="00CA09B2"/>
    <w:rsid w:val="00CB0664"/>
    <w:rsid w:val="00D05866"/>
    <w:rsid w:val="00D144A2"/>
    <w:rsid w:val="00D24704"/>
    <w:rsid w:val="00D346B8"/>
    <w:rsid w:val="00D955C3"/>
    <w:rsid w:val="00DB66BA"/>
    <w:rsid w:val="00E27BEF"/>
    <w:rsid w:val="00E331E9"/>
    <w:rsid w:val="00E67CBD"/>
    <w:rsid w:val="00EA417F"/>
    <w:rsid w:val="00ED3AA3"/>
    <w:rsid w:val="00ED427F"/>
    <w:rsid w:val="00F325B5"/>
    <w:rsid w:val="00F540E1"/>
    <w:rsid w:val="00F542E9"/>
    <w:rsid w:val="00F60F6A"/>
    <w:rsid w:val="00F66C89"/>
    <w:rsid w:val="00FC693F"/>
    <w:rsid w:val="00FE587E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195115"/>
  <w14:defaultImageDpi w14:val="300"/>
  <w15:docId w15:val="{18B11571-4D30-4C65-A9A7-4C98B0080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DejaVu Serif" w:eastAsia="DejaVu Serif" w:hAnsi="DejaVu Serif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">
    <w:name w:val="Body"/>
    <w:basedOn w:val="Normal"/>
    <w:pPr>
      <w:spacing w:after="70" w:line="259" w:lineRule="auto"/>
      <w:jc w:val="both"/>
    </w:pPr>
  </w:style>
  <w:style w:type="paragraph" w:customStyle="1" w:styleId="Article">
    <w:name w:val="Article"/>
    <w:basedOn w:val="Normal"/>
    <w:pPr>
      <w:keepNext/>
      <w:spacing w:before="160" w:after="80"/>
      <w:jc w:val="center"/>
    </w:pPr>
    <w:rPr>
      <w:b/>
      <w:sz w:val="21"/>
    </w:rPr>
  </w:style>
  <w:style w:type="paragraph" w:customStyle="1" w:styleId="Chapter">
    <w:name w:val="Chapter"/>
    <w:basedOn w:val="Normal"/>
    <w:pPr>
      <w:keepNext/>
      <w:pBdr>
        <w:bottom w:val="single" w:sz="8" w:space="4" w:color="6F8798"/>
      </w:pBdr>
      <w:spacing w:before="260" w:after="120"/>
    </w:pPr>
    <w:rPr>
      <w:b/>
      <w:color w:val="1F374A"/>
      <w:sz w:val="22"/>
    </w:rPr>
  </w:style>
  <w:style w:type="paragraph" w:customStyle="1" w:styleId="ListBody">
    <w:name w:val="List Body"/>
    <w:basedOn w:val="Body"/>
    <w:pPr>
      <w:spacing w:after="50"/>
    </w:pPr>
  </w:style>
  <w:style w:type="paragraph" w:customStyle="1" w:styleId="Formula">
    <w:name w:val="Formula"/>
    <w:basedOn w:val="Normal"/>
    <w:pPr>
      <w:spacing w:before="80" w:after="120"/>
      <w:jc w:val="center"/>
    </w:pPr>
    <w:rPr>
      <w:rFonts w:ascii="DejaVu Sans" w:eastAsia="DejaVu Sans" w:hAnsi="DejaVu Sans"/>
      <w:b/>
      <w:color w:val="1F374A"/>
      <w:sz w:val="23"/>
    </w:rPr>
  </w:style>
  <w:style w:type="paragraph" w:styleId="StandardWeb">
    <w:name w:val="Normal (Web)"/>
    <w:basedOn w:val="Normal"/>
    <w:uiPriority w:val="99"/>
    <w:semiHidden/>
    <w:unhideWhenUsed/>
    <w:rsid w:val="00B96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F542E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F542E9"/>
    <w:pPr>
      <w:spacing w:line="240" w:lineRule="auto"/>
    </w:pPr>
    <w:rPr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F542E9"/>
    <w:rPr>
      <w:rFonts w:ascii="DejaVu Serif" w:eastAsia="DejaVu Serif" w:hAnsi="DejaVu Serif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542E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542E9"/>
    <w:rPr>
      <w:rFonts w:ascii="DejaVu Serif" w:eastAsia="DejaVu Serif" w:hAnsi="DejaVu Serif"/>
      <w:b/>
      <w:bCs/>
      <w:sz w:val="20"/>
      <w:szCs w:val="20"/>
    </w:rPr>
  </w:style>
  <w:style w:type="paragraph" w:customStyle="1" w:styleId="isselectedend">
    <w:name w:val="isselectedend"/>
    <w:basedOn w:val="Normal"/>
    <w:rsid w:val="00067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4437</Words>
  <Characters>25292</Characters>
  <Application>Microsoft Office Word</Application>
  <DocSecurity>0</DocSecurity>
  <Lines>210</Lines>
  <Paragraphs>59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Prijedlog Odluke o zakupu i kupoprodaji poslovnog prostora Općine Malinska-Dubašnica</vt:lpstr>
      <vt:lpstr/>
    </vt:vector>
  </TitlesOfParts>
  <Manager/>
  <Company/>
  <LinksUpToDate>false</LinksUpToDate>
  <CharactersWithSpaces>29670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Prijedlog Odluke o zakupu i kupoprodaji poslovnog prostora Općine Malinska-Dubašnica</dc:title>
  <dc:subject>Prijedlog općeg akta</dc:subject>
  <dc:creator>Općina Malinska-Dubašnica</dc:creator>
  <cp:keywords>zakup, kupoprodaja, poslovni prostor, Malinska-Dubašnica</cp:keywords>
  <dc:description>generated by python-docx</dc:description>
  <cp:lastModifiedBy>Neven Matuč</cp:lastModifiedBy>
  <cp:revision>2</cp:revision>
  <cp:lastPrinted>2026-08-31T14:03:00Z</cp:lastPrinted>
  <dcterms:created xsi:type="dcterms:W3CDTF">2026-09-24T13:27:00Z</dcterms:created>
  <dcterms:modified xsi:type="dcterms:W3CDTF">2026-09-24T13:27:00Z</dcterms:modified>
  <cp:category/>
</cp:coreProperties>
</file>