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6055B" w14:textId="77777777" w:rsidR="001A559F" w:rsidRPr="002635E5" w:rsidRDefault="00000000">
      <w:pPr>
        <w:pStyle w:val="Body"/>
        <w:spacing w:after="240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Na </w:t>
      </w:r>
      <w:proofErr w:type="spellStart"/>
      <w:r w:rsidRPr="002635E5">
        <w:rPr>
          <w:rFonts w:ascii="Aptos Narrow" w:hAnsi="Aptos Narrow"/>
          <w:sz w:val="24"/>
          <w:szCs w:val="24"/>
        </w:rPr>
        <w:t>temelju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bookmarkStart w:id="0" w:name="_Hlk239084555"/>
      <w:r w:rsidRPr="002635E5">
        <w:rPr>
          <w:rFonts w:ascii="Aptos Narrow" w:hAnsi="Aptos Narrow"/>
          <w:sz w:val="24"/>
          <w:szCs w:val="24"/>
        </w:rPr>
        <w:t xml:space="preserve">6.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2.,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33.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4.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39.a </w:t>
      </w:r>
      <w:proofErr w:type="spellStart"/>
      <w:r w:rsidRPr="002635E5">
        <w:rPr>
          <w:rFonts w:ascii="Aptos Narrow" w:hAnsi="Aptos Narrow"/>
          <w:sz w:val="24"/>
          <w:szCs w:val="24"/>
        </w:rPr>
        <w:t>Zakona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kupoprodaji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(»</w:t>
      </w:r>
      <w:proofErr w:type="spellStart"/>
      <w:r w:rsidRPr="002635E5">
        <w:rPr>
          <w:rFonts w:ascii="Aptos Narrow" w:hAnsi="Aptos Narrow"/>
          <w:sz w:val="24"/>
          <w:szCs w:val="24"/>
        </w:rPr>
        <w:t>Narodne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novine«, </w:t>
      </w:r>
      <w:proofErr w:type="spellStart"/>
      <w:r w:rsidRPr="002635E5">
        <w:rPr>
          <w:rFonts w:ascii="Aptos Narrow" w:hAnsi="Aptos Narrow"/>
          <w:sz w:val="24"/>
          <w:szCs w:val="24"/>
        </w:rPr>
        <w:t>broj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125/11, 64/15, 112/18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123/24)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24. </w:t>
      </w:r>
      <w:proofErr w:type="spellStart"/>
      <w:r w:rsidRPr="002635E5">
        <w:rPr>
          <w:rFonts w:ascii="Aptos Narrow" w:hAnsi="Aptos Narrow"/>
          <w:sz w:val="24"/>
          <w:szCs w:val="24"/>
        </w:rPr>
        <w:t>Statuta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Malinska-Dubašnica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(»</w:t>
      </w:r>
      <w:proofErr w:type="spellStart"/>
      <w:r w:rsidRPr="002635E5">
        <w:rPr>
          <w:rFonts w:ascii="Aptos Narrow" w:hAnsi="Aptos Narrow"/>
          <w:sz w:val="24"/>
          <w:szCs w:val="24"/>
        </w:rPr>
        <w:t>Službene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novine </w:t>
      </w:r>
      <w:proofErr w:type="spellStart"/>
      <w:r w:rsidRPr="002635E5">
        <w:rPr>
          <w:rFonts w:ascii="Aptos Narrow" w:hAnsi="Aptos Narrow"/>
          <w:sz w:val="24"/>
          <w:szCs w:val="24"/>
        </w:rPr>
        <w:t>Primorsko-goranske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županije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«, </w:t>
      </w:r>
      <w:proofErr w:type="spellStart"/>
      <w:r w:rsidRPr="002635E5">
        <w:rPr>
          <w:rFonts w:ascii="Aptos Narrow" w:hAnsi="Aptos Narrow"/>
          <w:sz w:val="24"/>
          <w:szCs w:val="24"/>
        </w:rPr>
        <w:t>broj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7/21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39/24)</w:t>
      </w:r>
      <w:bookmarkEnd w:id="0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Općinsko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vijeće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Malinska-Dubašnica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sjednici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održanoj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__________ 2026. </w:t>
      </w:r>
      <w:proofErr w:type="spellStart"/>
      <w:r w:rsidRPr="002635E5">
        <w:rPr>
          <w:rFonts w:ascii="Aptos Narrow" w:hAnsi="Aptos Narrow"/>
          <w:sz w:val="24"/>
          <w:szCs w:val="24"/>
        </w:rPr>
        <w:t>godine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donijelo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</w:t>
      </w:r>
    </w:p>
    <w:p w14:paraId="79AB8462" w14:textId="77777777" w:rsidR="001A559F" w:rsidRPr="00FE587E" w:rsidRDefault="00000000">
      <w:pPr>
        <w:spacing w:after="80"/>
        <w:jc w:val="center"/>
        <w:rPr>
          <w:rFonts w:ascii="Aptos Narrow" w:hAnsi="Aptos Narrow"/>
          <w:i/>
          <w:iCs/>
          <w:sz w:val="24"/>
          <w:szCs w:val="24"/>
        </w:rPr>
      </w:pPr>
      <w:r w:rsidRPr="00FE587E">
        <w:rPr>
          <w:rFonts w:ascii="Aptos Narrow" w:hAnsi="Aptos Narrow"/>
          <w:b/>
          <w:i/>
          <w:iCs/>
          <w:sz w:val="24"/>
          <w:szCs w:val="24"/>
        </w:rPr>
        <w:t>ODLUKU</w:t>
      </w:r>
    </w:p>
    <w:p w14:paraId="4402A873" w14:textId="77777777" w:rsidR="001A559F" w:rsidRPr="00FE587E" w:rsidRDefault="00000000">
      <w:pPr>
        <w:spacing w:after="360"/>
        <w:jc w:val="center"/>
        <w:rPr>
          <w:rFonts w:ascii="Aptos Narrow" w:hAnsi="Aptos Narrow"/>
          <w:i/>
          <w:iCs/>
          <w:sz w:val="24"/>
          <w:szCs w:val="24"/>
        </w:rPr>
      </w:pPr>
      <w:bookmarkStart w:id="1" w:name="_Hlk239084455"/>
      <w:r w:rsidRPr="00FE587E">
        <w:rPr>
          <w:rFonts w:ascii="Aptos Narrow" w:hAnsi="Aptos Narrow"/>
          <w:b/>
          <w:i/>
          <w:iCs/>
          <w:sz w:val="24"/>
          <w:szCs w:val="24"/>
        </w:rPr>
        <w:t>O ZAKUPU I KUPOPRODAJI POSLOVNOG PROSTORA</w:t>
      </w:r>
      <w:r w:rsidRPr="00FE587E">
        <w:rPr>
          <w:rFonts w:ascii="Aptos Narrow" w:hAnsi="Aptos Narrow"/>
          <w:b/>
          <w:i/>
          <w:iCs/>
          <w:sz w:val="24"/>
          <w:szCs w:val="24"/>
        </w:rPr>
        <w:br/>
        <w:t>OPĆINE MALINSKA-DUBAŠNICA</w:t>
      </w:r>
    </w:p>
    <w:bookmarkEnd w:id="1"/>
    <w:p w14:paraId="35051F91" w14:textId="77777777" w:rsidR="001A559F" w:rsidRPr="002635E5" w:rsidRDefault="00000000">
      <w:pPr>
        <w:pStyle w:val="Chapter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>I. OPĆE ODREDBE</w:t>
      </w:r>
    </w:p>
    <w:p w14:paraId="2098C4B6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1.</w:t>
      </w:r>
    </w:p>
    <w:p w14:paraId="1FBF3517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Ovom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Odlukom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uređuju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uvjeti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postupak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davanja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zakup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zasnivanje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prestanak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međusobna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zakupodavca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kriteriji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određivanje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uvjeti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postupak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kupoprodaje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vlasništvu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Malinska-Dubašnica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(u </w:t>
      </w:r>
      <w:proofErr w:type="spellStart"/>
      <w:r w:rsidRPr="002635E5">
        <w:rPr>
          <w:rFonts w:ascii="Aptos Narrow" w:hAnsi="Aptos Narrow"/>
          <w:sz w:val="24"/>
          <w:szCs w:val="24"/>
        </w:rPr>
        <w:t>daljnjem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tekstu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: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>).</w:t>
      </w:r>
    </w:p>
    <w:p w14:paraId="056464F6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Odredbe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primjenjuju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suvlasnik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upravitelj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nositelj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raspolaganja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korištenja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u </w:t>
      </w:r>
      <w:proofErr w:type="spellStart"/>
      <w:r w:rsidRPr="002635E5">
        <w:rPr>
          <w:rFonts w:ascii="Aptos Narrow" w:hAnsi="Aptos Narrow"/>
          <w:sz w:val="24"/>
          <w:szCs w:val="24"/>
        </w:rPr>
        <w:t>opsegu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</w:t>
      </w:r>
      <w:proofErr w:type="spellStart"/>
      <w:r w:rsidRPr="002635E5">
        <w:rPr>
          <w:rFonts w:ascii="Aptos Narrow" w:hAnsi="Aptos Narrow"/>
          <w:sz w:val="24"/>
          <w:szCs w:val="24"/>
        </w:rPr>
        <w:t>proizlazi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temelja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781EE48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Odredbe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primjenjuju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je </w:t>
      </w:r>
      <w:proofErr w:type="spellStart"/>
      <w:r w:rsidRPr="002635E5">
        <w:rPr>
          <w:rFonts w:ascii="Aptos Narrow" w:hAnsi="Aptos Narrow"/>
          <w:sz w:val="24"/>
          <w:szCs w:val="24"/>
        </w:rPr>
        <w:t>još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upisan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kao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društveno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vlasništvo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raspolaganja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korištenja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je bio u </w:t>
      </w:r>
      <w:proofErr w:type="spellStart"/>
      <w:r w:rsidRPr="002635E5">
        <w:rPr>
          <w:rFonts w:ascii="Aptos Narrow" w:hAnsi="Aptos Narrow"/>
          <w:sz w:val="24"/>
          <w:szCs w:val="24"/>
        </w:rPr>
        <w:t>društvenom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vlasništvu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 </w:t>
      </w:r>
      <w:proofErr w:type="spellStart"/>
      <w:r w:rsidRPr="002635E5">
        <w:rPr>
          <w:rFonts w:ascii="Aptos Narrow" w:hAnsi="Aptos Narrow"/>
          <w:sz w:val="24"/>
          <w:szCs w:val="24"/>
        </w:rPr>
        <w:t>pravom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korištenja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a za koji se </w:t>
      </w:r>
      <w:proofErr w:type="spellStart"/>
      <w:r w:rsidRPr="002635E5">
        <w:rPr>
          <w:rFonts w:ascii="Aptos Narrow" w:hAnsi="Aptos Narrow"/>
          <w:sz w:val="24"/>
          <w:szCs w:val="24"/>
        </w:rPr>
        <w:t>vodi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postupak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naknadi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imovinu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oduzetu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jugoslavenske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komunističke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vladavine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do </w:t>
      </w:r>
      <w:proofErr w:type="spellStart"/>
      <w:r w:rsidRPr="002635E5">
        <w:rPr>
          <w:rFonts w:ascii="Aptos Narrow" w:hAnsi="Aptos Narrow"/>
          <w:sz w:val="24"/>
          <w:szCs w:val="24"/>
        </w:rPr>
        <w:t>pravomoćnog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okončanja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toga </w:t>
      </w:r>
      <w:proofErr w:type="spellStart"/>
      <w:r w:rsidRPr="002635E5">
        <w:rPr>
          <w:rFonts w:ascii="Aptos Narrow" w:hAnsi="Aptos Narrow"/>
          <w:sz w:val="24"/>
          <w:szCs w:val="24"/>
        </w:rPr>
        <w:t>postupka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4E9F33D8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(4) Na </w:t>
      </w:r>
      <w:proofErr w:type="spellStart"/>
      <w:r w:rsidRPr="002635E5">
        <w:rPr>
          <w:rFonts w:ascii="Aptos Narrow" w:hAnsi="Aptos Narrow"/>
          <w:sz w:val="24"/>
          <w:szCs w:val="24"/>
        </w:rPr>
        <w:t>pitanja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uređena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neposredno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primjenjuju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Zakon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kupoprodaji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(u </w:t>
      </w:r>
      <w:proofErr w:type="spellStart"/>
      <w:r w:rsidRPr="002635E5">
        <w:rPr>
          <w:rFonts w:ascii="Aptos Narrow" w:hAnsi="Aptos Narrow"/>
          <w:sz w:val="24"/>
          <w:szCs w:val="24"/>
        </w:rPr>
        <w:t>daljnjem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tekstu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: Zakon), </w:t>
      </w:r>
      <w:proofErr w:type="spellStart"/>
      <w:r w:rsidRPr="002635E5">
        <w:rPr>
          <w:rFonts w:ascii="Aptos Narrow" w:hAnsi="Aptos Narrow"/>
          <w:sz w:val="24"/>
          <w:szCs w:val="24"/>
        </w:rPr>
        <w:t>propisi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uređuju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vlasništvo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stvarna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procjena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vrijednosti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nekretnina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lokalna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područna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(</w:t>
      </w:r>
      <w:proofErr w:type="spellStart"/>
      <w:r w:rsidRPr="002635E5">
        <w:rPr>
          <w:rFonts w:ascii="Aptos Narrow" w:hAnsi="Aptos Narrow"/>
          <w:sz w:val="24"/>
          <w:szCs w:val="24"/>
        </w:rPr>
        <w:t>regionalna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) </w:t>
      </w:r>
      <w:proofErr w:type="spellStart"/>
      <w:r w:rsidRPr="002635E5">
        <w:rPr>
          <w:rFonts w:ascii="Aptos Narrow" w:hAnsi="Aptos Narrow"/>
          <w:sz w:val="24"/>
          <w:szCs w:val="24"/>
        </w:rPr>
        <w:t>samouprava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mjerodavni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4C94D0B1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2.</w:t>
      </w:r>
    </w:p>
    <w:p w14:paraId="0416ED5F" w14:textId="36708C38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Pojmovi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zgrada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poslovna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prostorija</w:t>
      </w:r>
      <w:proofErr w:type="spellEnd"/>
      <w:r w:rsidR="008173F1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sadašnji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imaju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značenje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Zakonom.</w:t>
      </w:r>
    </w:p>
    <w:p w14:paraId="7E9D0B88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Poslovnom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prostorijom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smatra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jedna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više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prostorija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namijenjenih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obavljanju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u </w:t>
      </w:r>
      <w:proofErr w:type="spellStart"/>
      <w:r w:rsidRPr="002635E5">
        <w:rPr>
          <w:rFonts w:ascii="Aptos Narrow" w:hAnsi="Aptos Narrow"/>
          <w:sz w:val="24"/>
          <w:szCs w:val="24"/>
        </w:rPr>
        <w:t>pravilu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čine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samostalnu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uporabnu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cjelinu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imaju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zaseban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glavni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ulaz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9D05F2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Korisnom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površinom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smatra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površina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utvrđena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zemljišnoknjižne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katastarske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etažne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vjerodostojne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tehničke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dokumentacije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gramStart"/>
      <w:r w:rsidRPr="002635E5">
        <w:rPr>
          <w:rFonts w:ascii="Aptos Narrow" w:hAnsi="Aptos Narrow"/>
          <w:sz w:val="24"/>
          <w:szCs w:val="24"/>
        </w:rPr>
        <w:t>a</w:t>
      </w:r>
      <w:proofErr w:type="gram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takva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dokumentacija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postoji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odgovara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stvarnom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površina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utvrđena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izmjerom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ovlaštene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9E074CC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(4) </w:t>
      </w:r>
      <w:proofErr w:type="spellStart"/>
      <w:r w:rsidRPr="002635E5">
        <w:rPr>
          <w:rFonts w:ascii="Aptos Narrow" w:hAnsi="Aptos Narrow"/>
          <w:sz w:val="24"/>
          <w:szCs w:val="24"/>
        </w:rPr>
        <w:t>Kriteriji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u </w:t>
      </w:r>
      <w:proofErr w:type="spellStart"/>
      <w:r w:rsidRPr="002635E5">
        <w:rPr>
          <w:rFonts w:ascii="Aptos Narrow" w:hAnsi="Aptos Narrow"/>
          <w:sz w:val="24"/>
          <w:szCs w:val="24"/>
        </w:rPr>
        <w:t>smislu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jesu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kriteriji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određivanje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početne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položaju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površini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obilježjima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2EDB770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lastRenderedPageBreak/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3.</w:t>
      </w:r>
    </w:p>
    <w:p w14:paraId="64A30AF1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Poslovnim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upravlja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Općinski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načelnik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Malinska-Dubašnica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(u </w:t>
      </w:r>
      <w:proofErr w:type="spellStart"/>
      <w:r w:rsidRPr="002635E5">
        <w:rPr>
          <w:rFonts w:ascii="Aptos Narrow" w:hAnsi="Aptos Narrow"/>
          <w:sz w:val="24"/>
          <w:szCs w:val="24"/>
        </w:rPr>
        <w:t>daljnjem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tekstu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: </w:t>
      </w:r>
      <w:proofErr w:type="spellStart"/>
      <w:r w:rsidRPr="002635E5">
        <w:rPr>
          <w:rFonts w:ascii="Aptos Narrow" w:hAnsi="Aptos Narrow"/>
          <w:sz w:val="24"/>
          <w:szCs w:val="24"/>
        </w:rPr>
        <w:t>Načelnik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) </w:t>
      </w:r>
      <w:proofErr w:type="spellStart"/>
      <w:r w:rsidRPr="002635E5">
        <w:rPr>
          <w:rFonts w:ascii="Aptos Narrow" w:hAnsi="Aptos Narrow"/>
          <w:sz w:val="24"/>
          <w:szCs w:val="24"/>
        </w:rPr>
        <w:t>pažnjom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dobroga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gospodara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u </w:t>
      </w:r>
      <w:proofErr w:type="spellStart"/>
      <w:r w:rsidRPr="002635E5">
        <w:rPr>
          <w:rFonts w:ascii="Aptos Narrow" w:hAnsi="Aptos Narrow"/>
          <w:sz w:val="24"/>
          <w:szCs w:val="24"/>
        </w:rPr>
        <w:t>skladu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ovom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Statutom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aktima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DE7B5C9" w14:textId="7711ABAB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="00D144A2">
        <w:rPr>
          <w:rFonts w:ascii="Aptos Narrow" w:hAnsi="Aptos Narrow"/>
          <w:sz w:val="24"/>
          <w:szCs w:val="24"/>
        </w:rPr>
        <w:t>Jedinstveni</w:t>
      </w:r>
      <w:proofErr w:type="spellEnd"/>
      <w:r w:rsidR="00D144A2">
        <w:rPr>
          <w:rFonts w:ascii="Aptos Narrow" w:hAnsi="Aptos Narrow"/>
          <w:sz w:val="24"/>
          <w:szCs w:val="24"/>
        </w:rPr>
        <w:t xml:space="preserve"> </w:t>
      </w:r>
      <w:proofErr w:type="spellStart"/>
      <w:r w:rsidR="00D144A2">
        <w:rPr>
          <w:rFonts w:ascii="Aptos Narrow" w:hAnsi="Aptos Narrow"/>
          <w:sz w:val="24"/>
          <w:szCs w:val="24"/>
        </w:rPr>
        <w:t>u</w:t>
      </w:r>
      <w:r w:rsidRPr="002635E5">
        <w:rPr>
          <w:rFonts w:ascii="Aptos Narrow" w:hAnsi="Aptos Narrow"/>
          <w:sz w:val="24"/>
          <w:szCs w:val="24"/>
        </w:rPr>
        <w:t>pravni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odjel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(u </w:t>
      </w:r>
      <w:proofErr w:type="spellStart"/>
      <w:r w:rsidRPr="002635E5">
        <w:rPr>
          <w:rFonts w:ascii="Aptos Narrow" w:hAnsi="Aptos Narrow"/>
          <w:sz w:val="24"/>
          <w:szCs w:val="24"/>
        </w:rPr>
        <w:t>daljnjem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tekstu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: </w:t>
      </w:r>
      <w:proofErr w:type="spellStart"/>
      <w:r w:rsidR="00D144A2">
        <w:rPr>
          <w:rFonts w:ascii="Aptos Narrow" w:hAnsi="Aptos Narrow"/>
          <w:sz w:val="24"/>
          <w:szCs w:val="24"/>
        </w:rPr>
        <w:t>Jedinstveni</w:t>
      </w:r>
      <w:proofErr w:type="spellEnd"/>
      <w:r w:rsidR="00D144A2">
        <w:rPr>
          <w:rFonts w:ascii="Aptos Narrow" w:hAnsi="Aptos Narrow"/>
          <w:sz w:val="24"/>
          <w:szCs w:val="24"/>
        </w:rPr>
        <w:t xml:space="preserve"> </w:t>
      </w:r>
      <w:proofErr w:type="spellStart"/>
      <w:r w:rsidR="00D144A2">
        <w:rPr>
          <w:rFonts w:ascii="Aptos Narrow" w:hAnsi="Aptos Narrow"/>
          <w:sz w:val="24"/>
          <w:szCs w:val="24"/>
        </w:rPr>
        <w:t>upravn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) </w:t>
      </w:r>
      <w:proofErr w:type="spellStart"/>
      <w:r w:rsidRPr="002635E5">
        <w:rPr>
          <w:rFonts w:ascii="Aptos Narrow" w:hAnsi="Aptos Narrow"/>
          <w:sz w:val="24"/>
          <w:szCs w:val="24"/>
        </w:rPr>
        <w:t>vodi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stručne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upravne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evidencijske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tehničke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provedbi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D35D1FD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4.</w:t>
      </w:r>
    </w:p>
    <w:p w14:paraId="38D59583" w14:textId="77777777" w:rsidR="00B967FF" w:rsidRPr="00B967FF" w:rsidRDefault="00B967FF" w:rsidP="00B967FF">
      <w:pPr>
        <w:pStyle w:val="StandardWeb"/>
        <w:rPr>
          <w:rFonts w:ascii="Aptos Narrow" w:hAnsi="Aptos Narrow"/>
        </w:rPr>
      </w:pPr>
      <w:r w:rsidRPr="00B967FF">
        <w:rPr>
          <w:rFonts w:ascii="Aptos Narrow" w:hAnsi="Aptos Narrow"/>
        </w:rPr>
        <w:t>(1) Općinsko vijeće Općine Malinska-</w:t>
      </w:r>
      <w:proofErr w:type="spellStart"/>
      <w:r w:rsidRPr="00B967FF">
        <w:rPr>
          <w:rFonts w:ascii="Aptos Narrow" w:hAnsi="Aptos Narrow"/>
        </w:rPr>
        <w:t>Dubašnica</w:t>
      </w:r>
      <w:proofErr w:type="spellEnd"/>
      <w:r w:rsidRPr="00B967FF">
        <w:rPr>
          <w:rFonts w:ascii="Aptos Narrow" w:hAnsi="Aptos Narrow"/>
        </w:rPr>
        <w:t xml:space="preserve"> (u daljnjem tekstu: Općinsko vijeće):</w:t>
      </w:r>
    </w:p>
    <w:p w14:paraId="74D5941C" w14:textId="77777777" w:rsidR="00B967FF" w:rsidRPr="00B967FF" w:rsidRDefault="00B967FF" w:rsidP="00B967FF">
      <w:pPr>
        <w:pStyle w:val="StandardWeb"/>
        <w:numPr>
          <w:ilvl w:val="0"/>
          <w:numId w:val="2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donosi ovu Odluku te njezine izmjene i dopune,</w:t>
      </w:r>
    </w:p>
    <w:p w14:paraId="409FE7FD" w14:textId="77777777" w:rsidR="00B967FF" w:rsidRPr="00B967FF" w:rsidRDefault="00B967FF" w:rsidP="00B967FF">
      <w:pPr>
        <w:pStyle w:val="StandardWeb"/>
        <w:numPr>
          <w:ilvl w:val="0"/>
          <w:numId w:val="2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odlučuje o namjeni poslovnog prostora,</w:t>
      </w:r>
    </w:p>
    <w:p w14:paraId="5193AB74" w14:textId="77777777" w:rsidR="00B967FF" w:rsidRPr="00B967FF" w:rsidRDefault="00B967FF" w:rsidP="00B967FF">
      <w:pPr>
        <w:pStyle w:val="StandardWeb"/>
        <w:numPr>
          <w:ilvl w:val="0"/>
          <w:numId w:val="2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odlučuje o promjeni, odnosno prenamjeni poslovnog prostora,</w:t>
      </w:r>
    </w:p>
    <w:p w14:paraId="2925531D" w14:textId="77777777" w:rsidR="00B967FF" w:rsidRPr="00B967FF" w:rsidRDefault="00B967FF" w:rsidP="00B967FF">
      <w:pPr>
        <w:pStyle w:val="StandardWeb"/>
        <w:numPr>
          <w:ilvl w:val="0"/>
          <w:numId w:val="2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odlučuje o spajanju ili razdvajanju poslovnih prostora,</w:t>
      </w:r>
    </w:p>
    <w:p w14:paraId="45B7DC6E" w14:textId="77777777" w:rsidR="00B967FF" w:rsidRPr="00B967FF" w:rsidRDefault="00B967FF" w:rsidP="00B967FF">
      <w:pPr>
        <w:pStyle w:val="StandardWeb"/>
        <w:numPr>
          <w:ilvl w:val="0"/>
          <w:numId w:val="2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odlučuje o izvođenju radova kojima se mijenja namjena, funkcionalna cjelina, površina, raspored ili druge bitne karakteristike poslovnog prostora,</w:t>
      </w:r>
    </w:p>
    <w:p w14:paraId="39903536" w14:textId="77777777" w:rsidR="00B967FF" w:rsidRPr="00B967FF" w:rsidRDefault="00B967FF" w:rsidP="00B967FF">
      <w:pPr>
        <w:pStyle w:val="StandardWeb"/>
        <w:numPr>
          <w:ilvl w:val="0"/>
          <w:numId w:val="2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na prijedlog Načelnika utvrđuje popis poslovnih prostora koji su predmet kupoprodaje,</w:t>
      </w:r>
    </w:p>
    <w:p w14:paraId="6C563CDE" w14:textId="77777777" w:rsidR="00B967FF" w:rsidRPr="00B967FF" w:rsidRDefault="00B967FF" w:rsidP="00B967FF">
      <w:pPr>
        <w:pStyle w:val="StandardWeb"/>
        <w:numPr>
          <w:ilvl w:val="0"/>
          <w:numId w:val="2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donosi odluku o kupoprodaji poslovnog prostora kada je za to nadležno prema vrijednosti poslovnog prostora,</w:t>
      </w:r>
    </w:p>
    <w:p w14:paraId="436A1233" w14:textId="77777777" w:rsidR="00B967FF" w:rsidRPr="00B967FF" w:rsidRDefault="00B967FF" w:rsidP="00B967FF">
      <w:pPr>
        <w:pStyle w:val="StandardWeb"/>
        <w:numPr>
          <w:ilvl w:val="0"/>
          <w:numId w:val="2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može posebnom odlukom ograničiti djelatnosti koje se smiju obavljati u poslovnim prostorima u određenim ulicama, dijelovima ulica ili na određenim trgovima te utvrditi tradicionalne ili deficitarne djelatnosti od interesa za Općinu, uz pribavljanje mišljenja nadležne obrtničke komore kada je ono propisano Zakonom,</w:t>
      </w:r>
    </w:p>
    <w:p w14:paraId="57490A9D" w14:textId="77777777" w:rsidR="00B967FF" w:rsidRPr="00B967FF" w:rsidRDefault="00B967FF" w:rsidP="00B967FF">
      <w:pPr>
        <w:pStyle w:val="StandardWeb"/>
        <w:numPr>
          <w:ilvl w:val="0"/>
          <w:numId w:val="2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odlučuje o drugim pitanjima kada je to određeno Zakonom, Statutom ili ovom Odlukom.</w:t>
      </w:r>
    </w:p>
    <w:p w14:paraId="28290BF1" w14:textId="77777777" w:rsidR="00B967FF" w:rsidRPr="00B967FF" w:rsidRDefault="00B967FF" w:rsidP="00B967FF">
      <w:pPr>
        <w:pStyle w:val="StandardWeb"/>
        <w:rPr>
          <w:rFonts w:ascii="Aptos Narrow" w:hAnsi="Aptos Narrow"/>
        </w:rPr>
      </w:pPr>
      <w:r w:rsidRPr="00B967FF">
        <w:rPr>
          <w:rFonts w:ascii="Aptos Narrow" w:hAnsi="Aptos Narrow"/>
        </w:rPr>
        <w:t>(2) Načelnik osobito:</w:t>
      </w:r>
    </w:p>
    <w:p w14:paraId="4C8F368A" w14:textId="77777777" w:rsidR="00B967FF" w:rsidRDefault="00B967FF" w:rsidP="00B967FF">
      <w:pPr>
        <w:pStyle w:val="Odlomakpopisa"/>
        <w:numPr>
          <w:ilvl w:val="0"/>
          <w:numId w:val="3"/>
        </w:numPr>
        <w:spacing w:after="0" w:line="240" w:lineRule="auto"/>
        <w:ind w:left="714" w:hanging="357"/>
        <w:rPr>
          <w:rFonts w:ascii="Aptos Narrow" w:eastAsia="Times New Roman" w:hAnsi="Aptos Narrow" w:cs="Times New Roman"/>
          <w:sz w:val="24"/>
          <w:szCs w:val="24"/>
          <w:lang w:val="hr-HR" w:eastAsia="hr-HR"/>
        </w:rPr>
      </w:pPr>
      <w:r w:rsidRPr="00B967FF">
        <w:rPr>
          <w:rFonts w:ascii="Aptos Narrow" w:eastAsia="Times New Roman" w:hAnsi="Aptos Narrow" w:cs="Times New Roman"/>
          <w:sz w:val="24"/>
          <w:szCs w:val="24"/>
          <w:lang w:val="hr-HR" w:eastAsia="hr-HR"/>
        </w:rPr>
        <w:t>odlučuje o raspisivanju javnog natječaja za zakup poslovnog prostora,</w:t>
      </w:r>
    </w:p>
    <w:p w14:paraId="11DE51F6" w14:textId="3DFB4E08" w:rsidR="00B967FF" w:rsidRPr="00B967FF" w:rsidRDefault="00B967FF" w:rsidP="00B967FF">
      <w:pPr>
        <w:pStyle w:val="Odlomakpopisa"/>
        <w:numPr>
          <w:ilvl w:val="0"/>
          <w:numId w:val="3"/>
        </w:numPr>
        <w:spacing w:after="0" w:line="240" w:lineRule="auto"/>
        <w:ind w:left="714" w:hanging="357"/>
        <w:rPr>
          <w:rFonts w:ascii="Aptos Narrow" w:eastAsia="Times New Roman" w:hAnsi="Aptos Narrow" w:cs="Times New Roman"/>
          <w:sz w:val="24"/>
          <w:szCs w:val="24"/>
          <w:lang w:val="hr-HR" w:eastAsia="hr-HR"/>
        </w:rPr>
      </w:pPr>
      <w:r>
        <w:rPr>
          <w:rFonts w:ascii="Aptos Narrow" w:eastAsia="Times New Roman" w:hAnsi="Aptos Narrow" w:cs="Times New Roman"/>
          <w:sz w:val="24"/>
          <w:szCs w:val="24"/>
          <w:lang w:val="hr-HR" w:eastAsia="hr-HR"/>
        </w:rPr>
        <w:t>imenuje Povjerenstvo za provedbu javnog natječaja</w:t>
      </w:r>
    </w:p>
    <w:p w14:paraId="498F3B85" w14:textId="77777777" w:rsidR="00B967FF" w:rsidRPr="00B967FF" w:rsidRDefault="00B967FF" w:rsidP="00B967FF">
      <w:pPr>
        <w:pStyle w:val="StandardWeb"/>
        <w:numPr>
          <w:ilvl w:val="0"/>
          <w:numId w:val="3"/>
        </w:numPr>
        <w:spacing w:before="0" w:beforeAutospacing="0" w:after="0" w:afterAutospacing="0"/>
        <w:ind w:left="714" w:hanging="357"/>
        <w:rPr>
          <w:rFonts w:ascii="Aptos Narrow" w:hAnsi="Aptos Narrow"/>
        </w:rPr>
      </w:pPr>
      <w:r w:rsidRPr="00B967FF">
        <w:rPr>
          <w:rFonts w:ascii="Aptos Narrow" w:hAnsi="Aptos Narrow"/>
        </w:rPr>
        <w:t>donosi odluku o obrazloženom poništenju javnog natječaja,</w:t>
      </w:r>
    </w:p>
    <w:p w14:paraId="16EB3283" w14:textId="77777777" w:rsidR="00B967FF" w:rsidRPr="00B967FF" w:rsidRDefault="00B967FF" w:rsidP="00B967FF">
      <w:pPr>
        <w:pStyle w:val="StandardWeb"/>
        <w:numPr>
          <w:ilvl w:val="0"/>
          <w:numId w:val="3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odlučuje o odabiru najpovoljnije ponude,</w:t>
      </w:r>
    </w:p>
    <w:p w14:paraId="57FD9338" w14:textId="77777777" w:rsidR="00B967FF" w:rsidRPr="00B967FF" w:rsidRDefault="00B967FF" w:rsidP="00B967FF">
      <w:pPr>
        <w:pStyle w:val="StandardWeb"/>
        <w:numPr>
          <w:ilvl w:val="0"/>
          <w:numId w:val="3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odlučuje o sklapanju ugovora o zakupu bez javnog natječaja kada su za to ispunjene zakonske pretpostavke,</w:t>
      </w:r>
    </w:p>
    <w:p w14:paraId="3605BE0F" w14:textId="77777777" w:rsidR="00B967FF" w:rsidRPr="00B967FF" w:rsidRDefault="00B967FF" w:rsidP="00B967FF">
      <w:pPr>
        <w:pStyle w:val="StandardWeb"/>
        <w:numPr>
          <w:ilvl w:val="0"/>
          <w:numId w:val="3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odlučuje o sklapanju, izmjenama, produljenju i otkazu ugovora o zakupu,</w:t>
      </w:r>
    </w:p>
    <w:p w14:paraId="155922D0" w14:textId="77777777" w:rsidR="00B967FF" w:rsidRPr="00B967FF" w:rsidRDefault="00B967FF" w:rsidP="00B967FF">
      <w:pPr>
        <w:pStyle w:val="StandardWeb"/>
        <w:numPr>
          <w:ilvl w:val="0"/>
          <w:numId w:val="3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odlučuje o izvođenju redovitih i nužnih radova održavanja poslovnog prostora,</w:t>
      </w:r>
    </w:p>
    <w:p w14:paraId="1799457B" w14:textId="77777777" w:rsidR="00B967FF" w:rsidRPr="00B967FF" w:rsidRDefault="00B967FF" w:rsidP="00B967FF">
      <w:pPr>
        <w:pStyle w:val="StandardWeb"/>
        <w:numPr>
          <w:ilvl w:val="0"/>
          <w:numId w:val="3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utvrđuje prijedlog popisa poslovnih prostora koji su predmet kupoprodaje,</w:t>
      </w:r>
    </w:p>
    <w:p w14:paraId="6E0B30D6" w14:textId="77777777" w:rsidR="00B967FF" w:rsidRPr="00B967FF" w:rsidRDefault="00B967FF" w:rsidP="00B967FF">
      <w:pPr>
        <w:pStyle w:val="StandardWeb"/>
        <w:numPr>
          <w:ilvl w:val="0"/>
          <w:numId w:val="3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odlučuje o kupoprodaji poslovnog prostora kada je za to nadležan prema vrijednosti poslovnog prostora,</w:t>
      </w:r>
    </w:p>
    <w:p w14:paraId="3E5D6193" w14:textId="77777777" w:rsidR="00B967FF" w:rsidRPr="00B967FF" w:rsidRDefault="00B967FF" w:rsidP="00B967FF">
      <w:pPr>
        <w:pStyle w:val="StandardWeb"/>
        <w:numPr>
          <w:ilvl w:val="0"/>
          <w:numId w:val="3"/>
        </w:numPr>
        <w:rPr>
          <w:rFonts w:ascii="Aptos Narrow" w:hAnsi="Aptos Narrow"/>
        </w:rPr>
      </w:pPr>
      <w:r w:rsidRPr="00B967FF">
        <w:rPr>
          <w:rFonts w:ascii="Aptos Narrow" w:hAnsi="Aptos Narrow"/>
        </w:rPr>
        <w:t>obavlja i druge poslove iz područja zakupa i kupoprodaje poslovnih prostora koji su mu povjereni Zakonom, Statutom ili ovom Odlukom.</w:t>
      </w:r>
    </w:p>
    <w:p w14:paraId="07FB52B0" w14:textId="77777777" w:rsidR="001A559F" w:rsidRPr="00B967FF" w:rsidRDefault="00000000">
      <w:pPr>
        <w:pStyle w:val="Body"/>
        <w:rPr>
          <w:rFonts w:ascii="Aptos Narrow" w:hAnsi="Aptos Narrow"/>
          <w:sz w:val="24"/>
          <w:szCs w:val="24"/>
        </w:rPr>
      </w:pPr>
      <w:r w:rsidRPr="00B967FF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B967FF">
        <w:rPr>
          <w:rFonts w:ascii="Aptos Narrow" w:hAnsi="Aptos Narrow"/>
          <w:sz w:val="24"/>
          <w:szCs w:val="24"/>
        </w:rPr>
        <w:t>Povjerenstvo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B967FF">
        <w:rPr>
          <w:rFonts w:ascii="Aptos Narrow" w:hAnsi="Aptos Narrow"/>
          <w:sz w:val="24"/>
          <w:szCs w:val="24"/>
        </w:rPr>
        <w:t>provedbu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javnoga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natječaja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B967FF">
        <w:rPr>
          <w:rFonts w:ascii="Aptos Narrow" w:hAnsi="Aptos Narrow"/>
          <w:sz w:val="24"/>
          <w:szCs w:val="24"/>
        </w:rPr>
        <w:t>zakup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poslovnoga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prostora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(u </w:t>
      </w:r>
      <w:proofErr w:type="spellStart"/>
      <w:r w:rsidRPr="00B967FF">
        <w:rPr>
          <w:rFonts w:ascii="Aptos Narrow" w:hAnsi="Aptos Narrow"/>
          <w:sz w:val="24"/>
          <w:szCs w:val="24"/>
        </w:rPr>
        <w:t>daljnjem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tekstu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: </w:t>
      </w:r>
      <w:proofErr w:type="spellStart"/>
      <w:r w:rsidRPr="00B967FF">
        <w:rPr>
          <w:rFonts w:ascii="Aptos Narrow" w:hAnsi="Aptos Narrow"/>
          <w:sz w:val="24"/>
          <w:szCs w:val="24"/>
        </w:rPr>
        <w:t>Povjerenstvo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) </w:t>
      </w:r>
      <w:proofErr w:type="spellStart"/>
      <w:r w:rsidRPr="00B967FF">
        <w:rPr>
          <w:rFonts w:ascii="Aptos Narrow" w:hAnsi="Aptos Narrow"/>
          <w:sz w:val="24"/>
          <w:szCs w:val="24"/>
        </w:rPr>
        <w:t>ovlašteno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B967FF">
        <w:rPr>
          <w:rFonts w:ascii="Aptos Narrow" w:hAnsi="Aptos Narrow"/>
          <w:sz w:val="24"/>
          <w:szCs w:val="24"/>
        </w:rPr>
        <w:t>tijelo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B967FF">
        <w:rPr>
          <w:rFonts w:ascii="Aptos Narrow" w:hAnsi="Aptos Narrow"/>
          <w:sz w:val="24"/>
          <w:szCs w:val="24"/>
        </w:rPr>
        <w:t>provedbu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postupka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i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odabir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najpovoljnije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ponude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. </w:t>
      </w:r>
      <w:proofErr w:type="spellStart"/>
      <w:r w:rsidRPr="00B967FF">
        <w:rPr>
          <w:rFonts w:ascii="Aptos Narrow" w:hAnsi="Aptos Narrow"/>
          <w:sz w:val="24"/>
          <w:szCs w:val="24"/>
        </w:rPr>
        <w:t>Povjerenstvo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ima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predsjednika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i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dva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člana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koje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imenuje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i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razrješuje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Načelnik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. Za </w:t>
      </w:r>
      <w:proofErr w:type="spellStart"/>
      <w:r w:rsidRPr="00B967FF">
        <w:rPr>
          <w:rFonts w:ascii="Aptos Narrow" w:hAnsi="Aptos Narrow"/>
          <w:sz w:val="24"/>
          <w:szCs w:val="24"/>
        </w:rPr>
        <w:t>člana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B967FF">
        <w:rPr>
          <w:rFonts w:ascii="Aptos Narrow" w:hAnsi="Aptos Narrow"/>
          <w:sz w:val="24"/>
          <w:szCs w:val="24"/>
        </w:rPr>
        <w:t>može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imenovati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i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zamjenik</w:t>
      </w:r>
      <w:proofErr w:type="spellEnd"/>
      <w:r w:rsidRPr="00B967FF">
        <w:rPr>
          <w:rFonts w:ascii="Aptos Narrow" w:hAnsi="Aptos Narrow"/>
          <w:sz w:val="24"/>
          <w:szCs w:val="24"/>
        </w:rPr>
        <w:t>.</w:t>
      </w:r>
    </w:p>
    <w:p w14:paraId="4F9FE62E" w14:textId="77777777" w:rsidR="001A559F" w:rsidRPr="00B967FF" w:rsidRDefault="00000000">
      <w:pPr>
        <w:pStyle w:val="Body"/>
        <w:rPr>
          <w:rFonts w:ascii="Aptos Narrow" w:hAnsi="Aptos Narrow"/>
          <w:sz w:val="24"/>
          <w:szCs w:val="24"/>
        </w:rPr>
      </w:pPr>
      <w:r w:rsidRPr="00B967FF">
        <w:rPr>
          <w:rFonts w:ascii="Aptos Narrow" w:hAnsi="Aptos Narrow"/>
          <w:sz w:val="24"/>
          <w:szCs w:val="24"/>
        </w:rPr>
        <w:t xml:space="preserve">(4) O </w:t>
      </w:r>
      <w:proofErr w:type="spellStart"/>
      <w:r w:rsidRPr="00B967FF">
        <w:rPr>
          <w:rFonts w:ascii="Aptos Narrow" w:hAnsi="Aptos Narrow"/>
          <w:sz w:val="24"/>
          <w:szCs w:val="24"/>
        </w:rPr>
        <w:t>svojem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radu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Povjerenstvo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sastavlja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zapisnike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i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donosi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odluke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većinom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glasova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svih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članova</w:t>
      </w:r>
      <w:proofErr w:type="spellEnd"/>
      <w:r w:rsidRPr="00B967FF">
        <w:rPr>
          <w:rFonts w:ascii="Aptos Narrow" w:hAnsi="Aptos Narrow"/>
          <w:sz w:val="24"/>
          <w:szCs w:val="24"/>
        </w:rPr>
        <w:t>.</w:t>
      </w:r>
    </w:p>
    <w:p w14:paraId="444E4E0C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lastRenderedPageBreak/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5.</w:t>
      </w:r>
    </w:p>
    <w:p w14:paraId="41860665" w14:textId="75ADAC38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>(</w:t>
      </w:r>
      <w:r w:rsidR="00B967FF">
        <w:rPr>
          <w:rFonts w:ascii="Aptos Narrow" w:hAnsi="Aptos Narrow"/>
          <w:sz w:val="24"/>
          <w:szCs w:val="24"/>
        </w:rPr>
        <w:t>1</w:t>
      </w:r>
      <w:r w:rsidRPr="002635E5">
        <w:rPr>
          <w:rFonts w:ascii="Aptos Narrow" w:hAnsi="Aptos Narrow"/>
          <w:sz w:val="24"/>
          <w:szCs w:val="24"/>
        </w:rPr>
        <w:t xml:space="preserve">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smije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</w:t>
      </w:r>
      <w:proofErr w:type="spellStart"/>
      <w:r w:rsidRPr="002635E5">
        <w:rPr>
          <w:rFonts w:ascii="Aptos Narrow" w:hAnsi="Aptos Narrow"/>
          <w:sz w:val="24"/>
          <w:szCs w:val="24"/>
        </w:rPr>
        <w:t>prethodne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pisane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suglasnosti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="00B967FF">
        <w:rPr>
          <w:rFonts w:ascii="Aptos Narrow" w:hAnsi="Aptos Narrow"/>
          <w:sz w:val="24"/>
          <w:szCs w:val="24"/>
        </w:rPr>
        <w:t>Općinskog</w:t>
      </w:r>
      <w:proofErr w:type="spellEnd"/>
      <w:r w:rsid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="00B967FF">
        <w:rPr>
          <w:rFonts w:ascii="Aptos Narrow" w:hAnsi="Aptos Narrow"/>
          <w:sz w:val="24"/>
          <w:szCs w:val="24"/>
        </w:rPr>
        <w:t>vijeća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promijeniti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poslovnom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obavljati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4DB02669" w14:textId="42E72A8D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>(</w:t>
      </w:r>
      <w:r w:rsidR="00B967FF">
        <w:rPr>
          <w:rFonts w:ascii="Aptos Narrow" w:hAnsi="Aptos Narrow"/>
          <w:sz w:val="24"/>
          <w:szCs w:val="24"/>
        </w:rPr>
        <w:t>2</w:t>
      </w:r>
      <w:r w:rsidRPr="002635E5">
        <w:rPr>
          <w:rFonts w:ascii="Aptos Narrow" w:hAnsi="Aptos Narrow"/>
          <w:sz w:val="24"/>
          <w:szCs w:val="24"/>
        </w:rPr>
        <w:t xml:space="preserve">) </w:t>
      </w:r>
      <w:proofErr w:type="spellStart"/>
      <w:r w:rsidR="00B967FF">
        <w:rPr>
          <w:rFonts w:ascii="Aptos Narrow" w:hAnsi="Aptos Narrow"/>
          <w:sz w:val="24"/>
          <w:szCs w:val="24"/>
        </w:rPr>
        <w:t>Općinsko</w:t>
      </w:r>
      <w:proofErr w:type="spellEnd"/>
      <w:r w:rsid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="00B967FF">
        <w:rPr>
          <w:rFonts w:ascii="Aptos Narrow" w:hAnsi="Aptos Narrow"/>
          <w:sz w:val="24"/>
          <w:szCs w:val="24"/>
        </w:rPr>
        <w:t>vijeće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obrazloženi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zahtjev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odobriti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dodatnu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srodna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spojiva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 </w:t>
      </w:r>
      <w:proofErr w:type="spellStart"/>
      <w:r w:rsidRPr="002635E5">
        <w:rPr>
          <w:rFonts w:ascii="Aptos Narrow" w:hAnsi="Aptos Narrow"/>
          <w:sz w:val="24"/>
          <w:szCs w:val="24"/>
        </w:rPr>
        <w:t>ugovorenom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djelatnošću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time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povrijeđena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svrha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odluka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4.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1. </w:t>
      </w:r>
      <w:proofErr w:type="spellStart"/>
      <w:r w:rsidRPr="002635E5">
        <w:rPr>
          <w:rFonts w:ascii="Aptos Narrow" w:hAnsi="Aptos Narrow"/>
          <w:sz w:val="24"/>
          <w:szCs w:val="24"/>
        </w:rPr>
        <w:t>podstavka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4. </w:t>
      </w:r>
      <w:proofErr w:type="spellStart"/>
      <w:r w:rsidRPr="002635E5">
        <w:rPr>
          <w:rFonts w:ascii="Aptos Narrow" w:hAnsi="Aptos Narrow"/>
          <w:sz w:val="24"/>
          <w:szCs w:val="24"/>
        </w:rPr>
        <w:t>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Ako je za </w:t>
      </w:r>
      <w:proofErr w:type="spellStart"/>
      <w:r w:rsidRPr="002635E5">
        <w:rPr>
          <w:rFonts w:ascii="Aptos Narrow" w:hAnsi="Aptos Narrow"/>
          <w:sz w:val="24"/>
          <w:szCs w:val="24"/>
        </w:rPr>
        <w:t>dodatnu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viši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koeficijent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ugovara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odgovarajuće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viša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prvoga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dana </w:t>
      </w:r>
      <w:proofErr w:type="spellStart"/>
      <w:r w:rsidRPr="002635E5">
        <w:rPr>
          <w:rFonts w:ascii="Aptos Narrow" w:hAnsi="Aptos Narrow"/>
          <w:sz w:val="24"/>
          <w:szCs w:val="24"/>
        </w:rPr>
        <w:t>sljedećega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mjeseca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9BE5C30" w14:textId="0B70065D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>(</w:t>
      </w:r>
      <w:r w:rsidR="00B967FF">
        <w:rPr>
          <w:rFonts w:ascii="Aptos Narrow" w:hAnsi="Aptos Narrow"/>
          <w:sz w:val="24"/>
          <w:szCs w:val="24"/>
        </w:rPr>
        <w:t>3</w:t>
      </w:r>
      <w:r w:rsidRPr="002635E5">
        <w:rPr>
          <w:rFonts w:ascii="Aptos Narrow" w:hAnsi="Aptos Narrow"/>
          <w:sz w:val="24"/>
          <w:szCs w:val="24"/>
        </w:rPr>
        <w:t xml:space="preserve">) </w:t>
      </w:r>
      <w:proofErr w:type="spellStart"/>
      <w:r w:rsidRPr="002635E5">
        <w:rPr>
          <w:rFonts w:ascii="Aptos Narrow" w:hAnsi="Aptos Narrow"/>
          <w:sz w:val="24"/>
          <w:szCs w:val="24"/>
        </w:rPr>
        <w:t>Promjena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pretežite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bila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odlučna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odabir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odobriti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dodatkom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nego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nakon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prestanka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postojećega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zakup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novom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postupku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6E399AC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6.</w:t>
      </w:r>
    </w:p>
    <w:p w14:paraId="348B1541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Ova se </w:t>
      </w:r>
      <w:proofErr w:type="spellStart"/>
      <w:r w:rsidRPr="002635E5">
        <w:rPr>
          <w:rFonts w:ascii="Aptos Narrow" w:hAnsi="Aptos Narrow"/>
          <w:sz w:val="24"/>
          <w:szCs w:val="24"/>
        </w:rPr>
        <w:t>Odluka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primjenjuje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privremeno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korištenje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njegova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dijela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održavanja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sajmova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izložbi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priredbi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sastanaka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savjetovanja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predavanja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druge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slične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svrhe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korištenje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traje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dulje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30 dana,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traje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dulje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šest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mjeseci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kada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skladištenja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čuvanja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robe, pod </w:t>
      </w:r>
      <w:proofErr w:type="spellStart"/>
      <w:r w:rsidRPr="002635E5">
        <w:rPr>
          <w:rFonts w:ascii="Aptos Narrow" w:hAnsi="Aptos Narrow"/>
          <w:sz w:val="24"/>
          <w:szCs w:val="24"/>
        </w:rPr>
        <w:t>uvjetom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</w:t>
      </w:r>
      <w:proofErr w:type="spellStart"/>
      <w:r w:rsidRPr="002635E5">
        <w:rPr>
          <w:rFonts w:ascii="Aptos Narrow" w:hAnsi="Aptos Narrow"/>
          <w:sz w:val="24"/>
          <w:szCs w:val="24"/>
        </w:rPr>
        <w:t>korištenje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predstavlja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prikriveni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6BB3A2D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Uvjete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naknadu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privremeno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korištenje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1. </w:t>
      </w:r>
      <w:proofErr w:type="spellStart"/>
      <w:r w:rsidRPr="002635E5">
        <w:rPr>
          <w:rFonts w:ascii="Aptos Narrow" w:hAnsi="Aptos Narrow"/>
          <w:sz w:val="24"/>
          <w:szCs w:val="24"/>
        </w:rPr>
        <w:t>ovoga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utvrđuje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Načelnik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posebnim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aktom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jednako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postupanje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usporedivim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korisnicima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7B3A8D6" w14:textId="77777777" w:rsidR="001A559F" w:rsidRPr="002635E5" w:rsidRDefault="00000000">
      <w:pPr>
        <w:pStyle w:val="Chapter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>II. ZASNIVANJE ZAKUPA</w:t>
      </w:r>
    </w:p>
    <w:p w14:paraId="7261076F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7.</w:t>
      </w:r>
    </w:p>
    <w:p w14:paraId="0F672A88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u </w:t>
      </w:r>
      <w:proofErr w:type="spellStart"/>
      <w:r w:rsidRPr="002635E5">
        <w:rPr>
          <w:rFonts w:ascii="Aptos Narrow" w:hAnsi="Aptos Narrow"/>
          <w:sz w:val="24"/>
          <w:szCs w:val="24"/>
        </w:rPr>
        <w:t>zakup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putem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slučajevima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kojima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dopušteno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</w:t>
      </w:r>
      <w:proofErr w:type="spellStart"/>
      <w:r w:rsidRPr="002635E5">
        <w:rPr>
          <w:rFonts w:ascii="Aptos Narrow" w:hAnsi="Aptos Narrow"/>
          <w:sz w:val="24"/>
          <w:szCs w:val="24"/>
        </w:rPr>
        <w:t>javnoga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3D76AF7" w14:textId="727507EA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u </w:t>
      </w:r>
      <w:proofErr w:type="spellStart"/>
      <w:r w:rsidRPr="002635E5">
        <w:rPr>
          <w:rFonts w:ascii="Aptos Narrow" w:hAnsi="Aptos Narrow"/>
          <w:sz w:val="24"/>
          <w:szCs w:val="24"/>
        </w:rPr>
        <w:t>zakup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najdulje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do </w:t>
      </w:r>
      <w:proofErr w:type="spellStart"/>
      <w:r w:rsidRPr="002635E5">
        <w:rPr>
          <w:rFonts w:ascii="Aptos Narrow" w:hAnsi="Aptos Narrow"/>
          <w:sz w:val="24"/>
          <w:szCs w:val="24"/>
        </w:rPr>
        <w:t>deset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godina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ovisno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vrsti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potrebnim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ulaganjima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interesu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A2F4B1C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Trajanje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pojedini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Načelnik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raspisivanju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3617905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8.</w:t>
      </w:r>
    </w:p>
    <w:p w14:paraId="4D6C746E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mora se </w:t>
      </w:r>
      <w:proofErr w:type="spellStart"/>
      <w:r w:rsidRPr="002635E5">
        <w:rPr>
          <w:rFonts w:ascii="Aptos Narrow" w:hAnsi="Aptos Narrow"/>
          <w:sz w:val="24"/>
          <w:szCs w:val="24"/>
        </w:rPr>
        <w:t>sklopiti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temelju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kada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ga </w:t>
      </w:r>
      <w:proofErr w:type="spellStart"/>
      <w:r w:rsidRPr="002635E5">
        <w:rPr>
          <w:rFonts w:ascii="Aptos Narrow" w:hAnsi="Aptos Narrow"/>
          <w:sz w:val="24"/>
          <w:szCs w:val="24"/>
        </w:rPr>
        <w:t>međusobno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Republika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Hrvatska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isključivom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vlasništvu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Republike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Hrvatske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to u </w:t>
      </w:r>
      <w:proofErr w:type="spellStart"/>
      <w:r w:rsidRPr="002635E5">
        <w:rPr>
          <w:rFonts w:ascii="Aptos Narrow" w:hAnsi="Aptos Narrow"/>
          <w:sz w:val="24"/>
          <w:szCs w:val="24"/>
        </w:rPr>
        <w:t>interesu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ostvarivanja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gospodarskoga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socijalnoga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napretka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građana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4BB81F7" w14:textId="7488581E" w:rsidR="001A559F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Zakupnina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1. </w:t>
      </w:r>
      <w:proofErr w:type="spellStart"/>
      <w:r w:rsidRPr="002635E5">
        <w:rPr>
          <w:rFonts w:ascii="Aptos Narrow" w:hAnsi="Aptos Narrow"/>
          <w:sz w:val="24"/>
          <w:szCs w:val="24"/>
        </w:rPr>
        <w:t>ovoga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kriterijima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djelatnost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obavljati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područje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nalazi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83F9E4B" w14:textId="4432D4AE" w:rsidR="00B967FF" w:rsidRPr="002635E5" w:rsidRDefault="00B967FF">
      <w:pPr>
        <w:pStyle w:val="Body"/>
        <w:rPr>
          <w:rFonts w:ascii="Aptos Narrow" w:hAnsi="Aptos Narrow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 xml:space="preserve">(3) </w:t>
      </w:r>
      <w:r w:rsidRPr="00B967FF">
        <w:rPr>
          <w:rFonts w:ascii="Aptos Narrow" w:hAnsi="Aptos Narrow"/>
          <w:sz w:val="24"/>
          <w:szCs w:val="24"/>
        </w:rPr>
        <w:t xml:space="preserve">Za </w:t>
      </w:r>
      <w:proofErr w:type="spellStart"/>
      <w:r w:rsidRPr="00B967FF">
        <w:rPr>
          <w:rFonts w:ascii="Aptos Narrow" w:hAnsi="Aptos Narrow"/>
          <w:sz w:val="24"/>
          <w:szCs w:val="24"/>
        </w:rPr>
        <w:t>zakup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poslovnog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prostora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iz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stavka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1. </w:t>
      </w:r>
      <w:proofErr w:type="spellStart"/>
      <w:r w:rsidRPr="00B967FF">
        <w:rPr>
          <w:rFonts w:ascii="Aptos Narrow" w:hAnsi="Aptos Narrow"/>
          <w:sz w:val="24"/>
          <w:szCs w:val="24"/>
        </w:rPr>
        <w:t>ovoga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članka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može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B967FF">
        <w:rPr>
          <w:rFonts w:ascii="Aptos Narrow" w:hAnsi="Aptos Narrow"/>
          <w:sz w:val="24"/>
          <w:szCs w:val="24"/>
        </w:rPr>
        <w:t>odrediti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zakupnina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niža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od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zakupnine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="00CA057C">
        <w:rPr>
          <w:rFonts w:ascii="Aptos Narrow" w:hAnsi="Aptos Narrow"/>
          <w:sz w:val="24"/>
          <w:szCs w:val="24"/>
        </w:rPr>
        <w:t>iz</w:t>
      </w:r>
      <w:proofErr w:type="spellEnd"/>
      <w:r w:rsidR="00CA057C">
        <w:rPr>
          <w:rFonts w:ascii="Aptos Narrow" w:hAnsi="Aptos Narrow"/>
          <w:sz w:val="24"/>
          <w:szCs w:val="24"/>
        </w:rPr>
        <w:t xml:space="preserve"> </w:t>
      </w:r>
      <w:proofErr w:type="spellStart"/>
      <w:r w:rsidR="00CA057C">
        <w:rPr>
          <w:rFonts w:ascii="Aptos Narrow" w:hAnsi="Aptos Narrow"/>
          <w:sz w:val="24"/>
          <w:szCs w:val="24"/>
        </w:rPr>
        <w:t>stavka</w:t>
      </w:r>
      <w:proofErr w:type="spellEnd"/>
      <w:r w:rsidR="00CA057C">
        <w:rPr>
          <w:rFonts w:ascii="Aptos Narrow" w:hAnsi="Aptos Narrow"/>
          <w:sz w:val="24"/>
          <w:szCs w:val="24"/>
        </w:rPr>
        <w:t xml:space="preserve"> 2.</w:t>
      </w:r>
      <w:r w:rsidRPr="00B967FF">
        <w:rPr>
          <w:rFonts w:ascii="Aptos Narrow" w:hAnsi="Aptos Narrow"/>
          <w:sz w:val="24"/>
          <w:szCs w:val="24"/>
        </w:rPr>
        <w:t xml:space="preserve">, a </w:t>
      </w:r>
      <w:proofErr w:type="spellStart"/>
      <w:r w:rsidRPr="00B967FF">
        <w:rPr>
          <w:rFonts w:ascii="Aptos Narrow" w:hAnsi="Aptos Narrow"/>
          <w:sz w:val="24"/>
          <w:szCs w:val="24"/>
        </w:rPr>
        <w:t>visinu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zakupnine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utvrđuje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Općinsko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vijeće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posebnom</w:t>
      </w:r>
      <w:proofErr w:type="spellEnd"/>
      <w:r w:rsidRPr="00B967F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B967FF">
        <w:rPr>
          <w:rFonts w:ascii="Aptos Narrow" w:hAnsi="Aptos Narrow"/>
          <w:sz w:val="24"/>
          <w:szCs w:val="24"/>
        </w:rPr>
        <w:t>odlukom</w:t>
      </w:r>
      <w:proofErr w:type="spellEnd"/>
      <w:r w:rsidRPr="00B967FF">
        <w:rPr>
          <w:rFonts w:ascii="Aptos Narrow" w:hAnsi="Aptos Narrow"/>
          <w:sz w:val="24"/>
          <w:szCs w:val="24"/>
        </w:rPr>
        <w:t>.</w:t>
      </w:r>
    </w:p>
    <w:p w14:paraId="3875D10C" w14:textId="4D870E06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Odluka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sklapanju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1.</w:t>
      </w:r>
      <w:r w:rsidR="00CA057C">
        <w:rPr>
          <w:rFonts w:ascii="Aptos Narrow" w:hAnsi="Aptos Narrow"/>
          <w:sz w:val="24"/>
          <w:szCs w:val="24"/>
        </w:rPr>
        <w:t xml:space="preserve"> I 2.</w:t>
      </w:r>
      <w:r w:rsidRPr="002635E5">
        <w:rPr>
          <w:rFonts w:ascii="Aptos Narrow" w:hAnsi="Aptos Narrow"/>
          <w:sz w:val="24"/>
          <w:szCs w:val="24"/>
        </w:rPr>
        <w:t xml:space="preserve"> mora </w:t>
      </w:r>
      <w:proofErr w:type="spellStart"/>
      <w:r w:rsidRPr="002635E5">
        <w:rPr>
          <w:rFonts w:ascii="Aptos Narrow" w:hAnsi="Aptos Narrow"/>
          <w:sz w:val="24"/>
          <w:szCs w:val="24"/>
        </w:rPr>
        <w:t>biti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obrazložena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objavljena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skladu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 </w:t>
      </w:r>
      <w:proofErr w:type="spellStart"/>
      <w:r w:rsidRPr="002635E5">
        <w:rPr>
          <w:rFonts w:ascii="Aptos Narrow" w:hAnsi="Aptos Narrow"/>
          <w:sz w:val="24"/>
          <w:szCs w:val="24"/>
        </w:rPr>
        <w:t>pravilima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transparentnoga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upravljanja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općinskom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imovinom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AE19DEA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lastRenderedPageBreak/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9.</w:t>
      </w:r>
    </w:p>
    <w:p w14:paraId="5C73EAB4" w14:textId="29EE04F0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Sadašnjem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u </w:t>
      </w:r>
      <w:proofErr w:type="spellStart"/>
      <w:r w:rsidRPr="002635E5">
        <w:rPr>
          <w:rFonts w:ascii="Aptos Narrow" w:hAnsi="Aptos Narrow"/>
          <w:sz w:val="24"/>
          <w:szCs w:val="24"/>
        </w:rPr>
        <w:t>potpunosti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ispunjava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kojemu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istječe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sklopljen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temelju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Načelnik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najkasnije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60 dana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isteka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ponuditi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novoga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="006F497F" w:rsidRPr="002635E5">
        <w:rPr>
          <w:rFonts w:ascii="Aptos Narrow" w:hAnsi="Aptos Narrow"/>
          <w:sz w:val="24"/>
          <w:szCs w:val="24"/>
        </w:rPr>
        <w:t>najdulje</w:t>
      </w:r>
      <w:proofErr w:type="spellEnd"/>
      <w:r w:rsidR="006F497F" w:rsidRPr="002635E5">
        <w:rPr>
          <w:rFonts w:ascii="Aptos Narrow" w:hAnsi="Aptos Narrow"/>
          <w:sz w:val="24"/>
          <w:szCs w:val="24"/>
        </w:rPr>
        <w:t xml:space="preserve"> do </w:t>
      </w:r>
      <w:proofErr w:type="spellStart"/>
      <w:r w:rsidR="006F497F" w:rsidRPr="002635E5">
        <w:rPr>
          <w:rFonts w:ascii="Aptos Narrow" w:hAnsi="Aptos Narrow"/>
          <w:sz w:val="24"/>
          <w:szCs w:val="24"/>
        </w:rPr>
        <w:t>deset</w:t>
      </w:r>
      <w:proofErr w:type="spellEnd"/>
      <w:r w:rsidR="006F497F"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="006F497F" w:rsidRPr="002635E5">
        <w:rPr>
          <w:rFonts w:ascii="Aptos Narrow" w:hAnsi="Aptos Narrow"/>
          <w:sz w:val="24"/>
          <w:szCs w:val="24"/>
        </w:rPr>
        <w:t>godina</w:t>
      </w:r>
      <w:proofErr w:type="spellEnd"/>
      <w:r w:rsidR="006F497F" w:rsidRPr="002635E5">
        <w:rPr>
          <w:rFonts w:ascii="Aptos Narrow" w:hAnsi="Aptos Narrow"/>
          <w:sz w:val="24"/>
          <w:szCs w:val="24"/>
        </w:rPr>
        <w:t>,</w:t>
      </w:r>
      <w:r w:rsidR="006F497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potreban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vlastite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potrebe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="00CA057C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namjerava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zakup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drugu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namjenu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drugačije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raspolagati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prostorom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5FFED48" w14:textId="2B4047A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Osobi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do </w:t>
      </w:r>
      <w:proofErr w:type="spellStart"/>
      <w:r w:rsidRPr="002635E5">
        <w:rPr>
          <w:rFonts w:ascii="Aptos Narrow" w:hAnsi="Aptos Narrow"/>
          <w:sz w:val="24"/>
          <w:szCs w:val="24"/>
        </w:rPr>
        <w:t>stupanja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snagu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sklopila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temelju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istekao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a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uredno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izvršava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dalje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obavlja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Načelnik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="006F497F" w:rsidRPr="006F497F">
        <w:rPr>
          <w:rFonts w:ascii="Aptos Narrow" w:hAnsi="Aptos Narrow"/>
          <w:sz w:val="24"/>
          <w:szCs w:val="24"/>
        </w:rPr>
        <w:t xml:space="preserve"> </w:t>
      </w:r>
      <w:r w:rsidR="006F497F" w:rsidRPr="002635E5">
        <w:rPr>
          <w:rFonts w:ascii="Aptos Narrow" w:hAnsi="Aptos Narrow"/>
          <w:sz w:val="24"/>
          <w:szCs w:val="24"/>
        </w:rPr>
        <w:t xml:space="preserve">u </w:t>
      </w:r>
      <w:proofErr w:type="spellStart"/>
      <w:r w:rsidR="006F497F" w:rsidRPr="002635E5">
        <w:rPr>
          <w:rFonts w:ascii="Aptos Narrow" w:hAnsi="Aptos Narrow"/>
          <w:sz w:val="24"/>
          <w:szCs w:val="24"/>
        </w:rPr>
        <w:t>najdulje</w:t>
      </w:r>
      <w:proofErr w:type="spellEnd"/>
      <w:r w:rsidR="006F497F" w:rsidRPr="002635E5">
        <w:rPr>
          <w:rFonts w:ascii="Aptos Narrow" w:hAnsi="Aptos Narrow"/>
          <w:sz w:val="24"/>
          <w:szCs w:val="24"/>
        </w:rPr>
        <w:t xml:space="preserve"> do </w:t>
      </w:r>
      <w:proofErr w:type="spellStart"/>
      <w:r w:rsidR="006F497F" w:rsidRPr="002635E5">
        <w:rPr>
          <w:rFonts w:ascii="Aptos Narrow" w:hAnsi="Aptos Narrow"/>
          <w:sz w:val="24"/>
          <w:szCs w:val="24"/>
        </w:rPr>
        <w:t>deset</w:t>
      </w:r>
      <w:proofErr w:type="spellEnd"/>
      <w:r w:rsidR="006F497F"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proofErr w:type="gramStart"/>
      <w:r w:rsidR="006F497F" w:rsidRPr="002635E5">
        <w:rPr>
          <w:rFonts w:ascii="Aptos Narrow" w:hAnsi="Aptos Narrow"/>
          <w:sz w:val="24"/>
          <w:szCs w:val="24"/>
        </w:rPr>
        <w:t>godina</w:t>
      </w:r>
      <w:proofErr w:type="spellEnd"/>
      <w:r w:rsidR="006F497F" w:rsidRPr="002635E5">
        <w:rPr>
          <w:rFonts w:ascii="Aptos Narrow" w:hAnsi="Aptos Narrow"/>
          <w:sz w:val="24"/>
          <w:szCs w:val="24"/>
        </w:rPr>
        <w:t xml:space="preserve">, </w:t>
      </w:r>
      <w:r w:rsidRPr="002635E5">
        <w:rPr>
          <w:rFonts w:ascii="Aptos Narrow" w:hAnsi="Aptos Narrow"/>
          <w:sz w:val="24"/>
          <w:szCs w:val="24"/>
        </w:rPr>
        <w:t xml:space="preserve"> pod</w:t>
      </w:r>
      <w:proofErr w:type="gram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pretpostavkama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1. </w:t>
      </w:r>
      <w:proofErr w:type="spellStart"/>
      <w:r w:rsidRPr="002635E5">
        <w:rPr>
          <w:rFonts w:ascii="Aptos Narrow" w:hAnsi="Aptos Narrow"/>
          <w:sz w:val="24"/>
          <w:szCs w:val="24"/>
        </w:rPr>
        <w:t>ovoga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63EC098" w14:textId="5C098AB0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Nakon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isteka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sklopljenoga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stavcima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1.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2. </w:t>
      </w:r>
      <w:proofErr w:type="spellStart"/>
      <w:r w:rsidRPr="002635E5">
        <w:rPr>
          <w:rFonts w:ascii="Aptos Narrow" w:hAnsi="Aptos Narrow"/>
          <w:sz w:val="24"/>
          <w:szCs w:val="24"/>
        </w:rPr>
        <w:t>ovoga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zakupniku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</w:t>
      </w:r>
      <w:proofErr w:type="spellStart"/>
      <w:r w:rsidRPr="002635E5">
        <w:rPr>
          <w:rFonts w:ascii="Aptos Narrow" w:hAnsi="Aptos Narrow"/>
          <w:sz w:val="24"/>
          <w:szCs w:val="24"/>
        </w:rPr>
        <w:t>uredno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ispunjava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se, pod </w:t>
      </w:r>
      <w:proofErr w:type="spellStart"/>
      <w:r w:rsidRPr="002635E5">
        <w:rPr>
          <w:rFonts w:ascii="Aptos Narrow" w:hAnsi="Aptos Narrow"/>
          <w:sz w:val="24"/>
          <w:szCs w:val="24"/>
        </w:rPr>
        <w:t>istim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zakonskim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pretpostavkama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ponovno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="006F497F" w:rsidRPr="002635E5">
        <w:rPr>
          <w:rFonts w:ascii="Aptos Narrow" w:hAnsi="Aptos Narrow"/>
          <w:sz w:val="24"/>
          <w:szCs w:val="24"/>
        </w:rPr>
        <w:t>najdulje</w:t>
      </w:r>
      <w:proofErr w:type="spellEnd"/>
      <w:r w:rsidR="006F497F" w:rsidRPr="002635E5">
        <w:rPr>
          <w:rFonts w:ascii="Aptos Narrow" w:hAnsi="Aptos Narrow"/>
          <w:sz w:val="24"/>
          <w:szCs w:val="24"/>
        </w:rPr>
        <w:t xml:space="preserve"> do </w:t>
      </w:r>
      <w:proofErr w:type="spellStart"/>
      <w:r w:rsidR="006F497F" w:rsidRPr="002635E5">
        <w:rPr>
          <w:rFonts w:ascii="Aptos Narrow" w:hAnsi="Aptos Narrow"/>
          <w:sz w:val="24"/>
          <w:szCs w:val="24"/>
        </w:rPr>
        <w:t>deset</w:t>
      </w:r>
      <w:proofErr w:type="spellEnd"/>
      <w:r w:rsidR="006F497F"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="006F497F">
        <w:rPr>
          <w:rFonts w:ascii="Aptos Narrow" w:hAnsi="Aptos Narrow"/>
          <w:sz w:val="24"/>
          <w:szCs w:val="24"/>
        </w:rPr>
        <w:t>godina</w:t>
      </w:r>
      <w:proofErr w:type="spellEnd"/>
      <w:r w:rsidR="006F497F">
        <w:rPr>
          <w:rFonts w:ascii="Aptos Narrow" w:hAnsi="Aptos Narrow"/>
          <w:sz w:val="24"/>
          <w:szCs w:val="24"/>
        </w:rPr>
        <w:t>.</w:t>
      </w:r>
    </w:p>
    <w:p w14:paraId="506F4E1A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(4) </w:t>
      </w:r>
      <w:proofErr w:type="spellStart"/>
      <w:r w:rsidRPr="002635E5">
        <w:rPr>
          <w:rFonts w:ascii="Aptos Narrow" w:hAnsi="Aptos Narrow"/>
          <w:sz w:val="24"/>
          <w:szCs w:val="24"/>
        </w:rPr>
        <w:t>Zakupnina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ponudama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utvrđuje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kriterijima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ali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niža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do </w:t>
      </w:r>
      <w:proofErr w:type="spellStart"/>
      <w:r w:rsidRPr="002635E5">
        <w:rPr>
          <w:rFonts w:ascii="Aptos Narrow" w:hAnsi="Aptos Narrow"/>
          <w:sz w:val="24"/>
          <w:szCs w:val="24"/>
        </w:rPr>
        <w:t>tada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plaćao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plaćao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isteka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9140ED7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(5)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mora </w:t>
      </w:r>
      <w:proofErr w:type="spellStart"/>
      <w:r w:rsidRPr="002635E5">
        <w:rPr>
          <w:rFonts w:ascii="Aptos Narrow" w:hAnsi="Aptos Narrow"/>
          <w:sz w:val="24"/>
          <w:szCs w:val="24"/>
        </w:rPr>
        <w:t>sadržavati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30 dana za </w:t>
      </w:r>
      <w:proofErr w:type="spellStart"/>
      <w:r w:rsidRPr="002635E5">
        <w:rPr>
          <w:rFonts w:ascii="Aptos Narrow" w:hAnsi="Aptos Narrow"/>
          <w:sz w:val="24"/>
          <w:szCs w:val="24"/>
        </w:rPr>
        <w:t>pisani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prihvat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Ako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tom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prihvati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preda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posjed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pokrenuti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postupak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ispražnjenja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posjeda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18A2E50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10.</w:t>
      </w:r>
    </w:p>
    <w:p w14:paraId="5D1F9597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Ako se za </w:t>
      </w: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trajanja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sklopljenoga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temelju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9. </w:t>
      </w:r>
      <w:proofErr w:type="spellStart"/>
      <w:r w:rsidRPr="002635E5">
        <w:rPr>
          <w:rFonts w:ascii="Aptos Narrow" w:hAnsi="Aptos Narrow"/>
          <w:sz w:val="24"/>
          <w:szCs w:val="24"/>
        </w:rPr>
        <w:t>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promijene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kriteriji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određivanje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iznos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uskladit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od </w:t>
      </w:r>
      <w:proofErr w:type="spellStart"/>
      <w:r w:rsidRPr="002635E5">
        <w:rPr>
          <w:rFonts w:ascii="Aptos Narrow" w:hAnsi="Aptos Narrow"/>
          <w:sz w:val="24"/>
          <w:szCs w:val="24"/>
        </w:rPr>
        <w:t>prvoga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dana </w:t>
      </w:r>
      <w:proofErr w:type="spellStart"/>
      <w:r w:rsidRPr="002635E5">
        <w:rPr>
          <w:rFonts w:ascii="Aptos Narrow" w:hAnsi="Aptos Narrow"/>
          <w:sz w:val="24"/>
          <w:szCs w:val="24"/>
        </w:rPr>
        <w:t>sljedećega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mjeseca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samo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tako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izračunani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viši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o </w:t>
      </w:r>
      <w:proofErr w:type="spellStart"/>
      <w:r w:rsidRPr="002635E5">
        <w:rPr>
          <w:rFonts w:ascii="Aptos Narrow" w:hAnsi="Aptos Narrow"/>
          <w:sz w:val="24"/>
          <w:szCs w:val="24"/>
        </w:rPr>
        <w:t>čemu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sklapa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dodatak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ugovoru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FBABCAA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Ako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odbije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sklopiti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dodatak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1. </w:t>
      </w:r>
      <w:proofErr w:type="spellStart"/>
      <w:r w:rsidRPr="002635E5">
        <w:rPr>
          <w:rFonts w:ascii="Aptos Narrow" w:hAnsi="Aptos Narrow"/>
          <w:sz w:val="24"/>
          <w:szCs w:val="24"/>
        </w:rPr>
        <w:t>ovoga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otkazat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bez </w:t>
      </w:r>
      <w:proofErr w:type="spellStart"/>
      <w:r w:rsidRPr="002635E5">
        <w:rPr>
          <w:rFonts w:ascii="Aptos Narrow" w:hAnsi="Aptos Narrow"/>
          <w:sz w:val="24"/>
          <w:szCs w:val="24"/>
        </w:rPr>
        <w:t>prava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naknadu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štete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11F3586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11.</w:t>
      </w:r>
    </w:p>
    <w:p w14:paraId="15552F4C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Ako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naknadno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je </w:t>
      </w:r>
      <w:proofErr w:type="spellStart"/>
      <w:r w:rsidRPr="002635E5">
        <w:rPr>
          <w:rFonts w:ascii="Aptos Narrow" w:hAnsi="Aptos Narrow"/>
          <w:sz w:val="24"/>
          <w:szCs w:val="24"/>
        </w:rPr>
        <w:t>vlasnik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neposrednom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posjedniku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je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koristio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temelju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valjane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osnove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osnove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kasnije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prestala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otpala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u </w:t>
      </w:r>
      <w:proofErr w:type="spellStart"/>
      <w:r w:rsidRPr="002635E5">
        <w:rPr>
          <w:rFonts w:ascii="Aptos Narrow" w:hAnsi="Aptos Narrow"/>
          <w:sz w:val="24"/>
          <w:szCs w:val="24"/>
        </w:rPr>
        <w:t>prostoru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obavlja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dopuštenu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pet </w:t>
      </w:r>
      <w:proofErr w:type="spellStart"/>
      <w:r w:rsidRPr="002635E5">
        <w:rPr>
          <w:rFonts w:ascii="Aptos Narrow" w:hAnsi="Aptos Narrow"/>
          <w:sz w:val="24"/>
          <w:szCs w:val="24"/>
        </w:rPr>
        <w:t>godina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pod </w:t>
      </w:r>
      <w:proofErr w:type="spellStart"/>
      <w:r w:rsidRPr="002635E5">
        <w:rPr>
          <w:rFonts w:ascii="Aptos Narrow" w:hAnsi="Aptos Narrow"/>
          <w:sz w:val="24"/>
          <w:szCs w:val="24"/>
        </w:rPr>
        <w:t>uvjetima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propisanim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6.a </w:t>
      </w:r>
      <w:proofErr w:type="spellStart"/>
      <w:r w:rsidRPr="002635E5">
        <w:rPr>
          <w:rFonts w:ascii="Aptos Narrow" w:hAnsi="Aptos Narrow"/>
          <w:sz w:val="24"/>
          <w:szCs w:val="24"/>
        </w:rPr>
        <w:t>Zakona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0043361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Osoba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1. </w:t>
      </w:r>
      <w:proofErr w:type="spellStart"/>
      <w:r w:rsidRPr="002635E5">
        <w:rPr>
          <w:rFonts w:ascii="Aptos Narrow" w:hAnsi="Aptos Narrow"/>
          <w:sz w:val="24"/>
          <w:szCs w:val="24"/>
        </w:rPr>
        <w:t>ovoga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mora </w:t>
      </w:r>
      <w:proofErr w:type="spellStart"/>
      <w:r w:rsidRPr="002635E5">
        <w:rPr>
          <w:rFonts w:ascii="Aptos Narrow" w:hAnsi="Aptos Narrow"/>
          <w:sz w:val="24"/>
          <w:szCs w:val="24"/>
        </w:rPr>
        <w:t>podmiriti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dospjele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državnom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proračunu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kao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naknadu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dotadašnje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korištenje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visini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utvrđene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kriterijima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obveza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podmirena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utvrđena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nagodbom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posebnim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o </w:t>
      </w:r>
      <w:proofErr w:type="spellStart"/>
      <w:r w:rsidRPr="002635E5">
        <w:rPr>
          <w:rFonts w:ascii="Aptos Narrow" w:hAnsi="Aptos Narrow"/>
          <w:sz w:val="24"/>
          <w:szCs w:val="24"/>
        </w:rPr>
        <w:t>njoj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vodi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postupak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skladu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C33CFA1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Mjesečna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ponudi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utvrđuje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kriterijima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prihvaća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30 dana. Ako </w:t>
      </w:r>
      <w:proofErr w:type="spellStart"/>
      <w:r w:rsidRPr="002635E5">
        <w:rPr>
          <w:rFonts w:ascii="Aptos Narrow" w:hAnsi="Aptos Narrow"/>
          <w:sz w:val="24"/>
          <w:szCs w:val="24"/>
        </w:rPr>
        <w:t>osoba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prihvati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preda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posjed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pokrenuti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postupak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ispražnjenja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posjeda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AB12098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12.</w:t>
      </w:r>
    </w:p>
    <w:p w14:paraId="683C2508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sklopiti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 </w:t>
      </w:r>
      <w:proofErr w:type="spellStart"/>
      <w:r w:rsidRPr="002635E5">
        <w:rPr>
          <w:rFonts w:ascii="Aptos Narrow" w:hAnsi="Aptos Narrow"/>
          <w:sz w:val="24"/>
          <w:szCs w:val="24"/>
        </w:rPr>
        <w:t>fizičkom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dospjelu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nepodmirenu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državnom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proračunu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Općini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jedinicama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lokalne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područne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(</w:t>
      </w:r>
      <w:proofErr w:type="spellStart"/>
      <w:r w:rsidRPr="002635E5">
        <w:rPr>
          <w:rFonts w:ascii="Aptos Narrow" w:hAnsi="Aptos Narrow"/>
          <w:sz w:val="24"/>
          <w:szCs w:val="24"/>
        </w:rPr>
        <w:t>regionalne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) </w:t>
      </w:r>
      <w:proofErr w:type="spellStart"/>
      <w:r w:rsidRPr="002635E5">
        <w:rPr>
          <w:rFonts w:ascii="Aptos Narrow" w:hAnsi="Aptos Narrow"/>
          <w:sz w:val="24"/>
          <w:szCs w:val="24"/>
        </w:rPr>
        <w:t>samouprave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posebnom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odobrena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odgoda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plaćanja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uredno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pridržava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plaćanja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6659E7D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lastRenderedPageBreak/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Natječajem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dokazivanja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</w:t>
      </w:r>
      <w:proofErr w:type="spellStart"/>
      <w:r w:rsidRPr="002635E5">
        <w:rPr>
          <w:rFonts w:ascii="Aptos Narrow" w:hAnsi="Aptos Narrow"/>
          <w:sz w:val="24"/>
          <w:szCs w:val="24"/>
        </w:rPr>
        <w:t>ponuditelj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dospjelih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nepodmirenih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vlasništvu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suvlasništvu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neposredno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povezane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 </w:t>
      </w:r>
      <w:proofErr w:type="spellStart"/>
      <w:r w:rsidRPr="002635E5">
        <w:rPr>
          <w:rFonts w:ascii="Aptos Narrow" w:hAnsi="Aptos Narrow"/>
          <w:sz w:val="24"/>
          <w:szCs w:val="24"/>
        </w:rPr>
        <w:t>korištenjem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37E018B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Ispunjenje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uvjeta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provjerava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donošenja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odabiru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ponovno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40E0D0E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13.</w:t>
      </w:r>
    </w:p>
    <w:p w14:paraId="5A17D0F0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sklopljen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protivno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odredbama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ništetan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je.</w:t>
      </w:r>
    </w:p>
    <w:p w14:paraId="5EB774F5" w14:textId="77777777" w:rsidR="001A559F" w:rsidRPr="002635E5" w:rsidRDefault="00000000">
      <w:pPr>
        <w:pStyle w:val="Chapter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>III. JAVNI NATJEČAJ</w:t>
      </w:r>
    </w:p>
    <w:p w14:paraId="3F0EB8D1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14.</w:t>
      </w:r>
    </w:p>
    <w:p w14:paraId="32D4ED4A" w14:textId="324D0615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raspisivanja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r w:rsidR="00CA057C">
        <w:rPr>
          <w:rFonts w:ascii="Aptos Narrow" w:hAnsi="Aptos Narrow"/>
          <w:sz w:val="24"/>
          <w:szCs w:val="24"/>
        </w:rPr>
        <w:t>JUO</w:t>
      </w:r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sastavlja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zapisnik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stanju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s </w:t>
      </w:r>
      <w:proofErr w:type="spellStart"/>
      <w:r w:rsidRPr="002635E5">
        <w:rPr>
          <w:rFonts w:ascii="Aptos Narrow" w:hAnsi="Aptos Narrow"/>
          <w:sz w:val="24"/>
          <w:szCs w:val="24"/>
        </w:rPr>
        <w:t>opisom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opreme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fotodokumentacijom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D9FEEAD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Ako </w:t>
      </w:r>
      <w:proofErr w:type="spellStart"/>
      <w:r w:rsidRPr="002635E5">
        <w:rPr>
          <w:rFonts w:ascii="Aptos Narrow" w:hAnsi="Aptos Narrow"/>
          <w:sz w:val="24"/>
          <w:szCs w:val="24"/>
        </w:rPr>
        <w:t>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potrebni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radovi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zapisnikom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određuju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radovi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izvesti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radovi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prethodnu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pisanu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suglasnost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izvesti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budući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B941E90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Kada se </w:t>
      </w:r>
      <w:proofErr w:type="spellStart"/>
      <w:r w:rsidRPr="002635E5">
        <w:rPr>
          <w:rFonts w:ascii="Aptos Narrow" w:hAnsi="Aptos Narrow"/>
          <w:sz w:val="24"/>
          <w:szCs w:val="24"/>
        </w:rPr>
        <w:t>predviđa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ulaganje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bi se </w:t>
      </w:r>
      <w:proofErr w:type="spellStart"/>
      <w:r w:rsidRPr="002635E5">
        <w:rPr>
          <w:rFonts w:ascii="Aptos Narrow" w:hAnsi="Aptos Narrow"/>
          <w:sz w:val="24"/>
          <w:szCs w:val="24"/>
        </w:rPr>
        <w:t>priznalo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teret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mora se </w:t>
      </w:r>
      <w:proofErr w:type="spellStart"/>
      <w:r w:rsidRPr="002635E5">
        <w:rPr>
          <w:rFonts w:ascii="Aptos Narrow" w:hAnsi="Aptos Narrow"/>
          <w:sz w:val="24"/>
          <w:szCs w:val="24"/>
        </w:rPr>
        <w:t>utvrditi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procijenjena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vrijednost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način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njihova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priznavanja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a </w:t>
      </w:r>
      <w:proofErr w:type="spellStart"/>
      <w:r w:rsidRPr="002635E5">
        <w:rPr>
          <w:rFonts w:ascii="Aptos Narrow" w:hAnsi="Aptos Narrow"/>
          <w:sz w:val="24"/>
          <w:szCs w:val="24"/>
        </w:rPr>
        <w:t>bitni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uvjeti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ulaganja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navode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u </w:t>
      </w:r>
      <w:proofErr w:type="spellStart"/>
      <w:r w:rsidRPr="002635E5">
        <w:rPr>
          <w:rFonts w:ascii="Aptos Narrow" w:hAnsi="Aptos Narrow"/>
          <w:sz w:val="24"/>
          <w:szCs w:val="24"/>
        </w:rPr>
        <w:t>natječaju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C65719A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15.</w:t>
      </w:r>
    </w:p>
    <w:p w14:paraId="4AC3DB04" w14:textId="3F7069E1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Javni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raspisuje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Načelnik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objavljuje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mrežnoj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stranici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oglasnoj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ploči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</w:t>
      </w:r>
      <w:proofErr w:type="spellStart"/>
      <w:r w:rsidRPr="002635E5">
        <w:rPr>
          <w:rFonts w:ascii="Aptos Narrow" w:hAnsi="Aptos Narrow"/>
          <w:sz w:val="24"/>
          <w:szCs w:val="24"/>
        </w:rPr>
        <w:t>Obavijest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objavi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objaviti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dnevnom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lokalnom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tisku</w:t>
      </w:r>
      <w:proofErr w:type="spellEnd"/>
      <w:r w:rsidR="006C7329">
        <w:rPr>
          <w:rFonts w:ascii="Aptos Narrow" w:hAnsi="Aptos Narrow"/>
          <w:sz w:val="24"/>
          <w:szCs w:val="24"/>
        </w:rPr>
        <w:t>.</w:t>
      </w:r>
    </w:p>
    <w:p w14:paraId="56B5F986" w14:textId="2479B43C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Rok za </w:t>
      </w:r>
      <w:proofErr w:type="spellStart"/>
      <w:r w:rsidRPr="002635E5">
        <w:rPr>
          <w:rFonts w:ascii="Aptos Narrow" w:hAnsi="Aptos Narrow"/>
          <w:sz w:val="24"/>
          <w:szCs w:val="24"/>
        </w:rPr>
        <w:t>dostavu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kraći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</w:t>
      </w:r>
      <w:r w:rsidR="00CA057C">
        <w:rPr>
          <w:rFonts w:ascii="Aptos Narrow" w:hAnsi="Aptos Narrow"/>
          <w:sz w:val="24"/>
          <w:szCs w:val="24"/>
        </w:rPr>
        <w:t>8</w:t>
      </w:r>
      <w:r w:rsidRPr="002635E5">
        <w:rPr>
          <w:rFonts w:ascii="Aptos Narrow" w:hAnsi="Aptos Narrow"/>
          <w:sz w:val="24"/>
          <w:szCs w:val="24"/>
        </w:rPr>
        <w:t xml:space="preserve"> dana od dana </w:t>
      </w:r>
      <w:proofErr w:type="spellStart"/>
      <w:r w:rsidRPr="002635E5">
        <w:rPr>
          <w:rFonts w:ascii="Aptos Narrow" w:hAnsi="Aptos Narrow"/>
          <w:sz w:val="24"/>
          <w:szCs w:val="24"/>
        </w:rPr>
        <w:t>objave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mrežnoj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stranici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134538E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16.</w:t>
      </w:r>
    </w:p>
    <w:p w14:paraId="1F763758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Javni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osobito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sadrži</w:t>
      </w:r>
      <w:proofErr w:type="spellEnd"/>
      <w:r w:rsidRPr="002635E5">
        <w:rPr>
          <w:rFonts w:ascii="Aptos Narrow" w:hAnsi="Aptos Narrow"/>
          <w:sz w:val="24"/>
          <w:szCs w:val="24"/>
        </w:rPr>
        <w:t>:</w:t>
      </w:r>
    </w:p>
    <w:p w14:paraId="1535ECC2" w14:textId="77777777" w:rsidR="001A559F" w:rsidRPr="002635E5" w:rsidRDefault="00000000" w:rsidP="00A76668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podatke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poslovnom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adresu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oznaku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nekretnine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korisnu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površinu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opis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stanja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50C89462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namjenu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dopuštenu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posebna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ograničenja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39F15F80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zakup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7BE97A8D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početni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mjesečne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PDV-a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naznaku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plaćanja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PDV-a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mjerodavnom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propisu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470F773F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iznos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način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plaćanja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jamčevine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375E87D3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rok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način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podnošenja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naznaku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se za </w:t>
      </w:r>
      <w:proofErr w:type="spellStart"/>
      <w:r w:rsidRPr="002635E5">
        <w:rPr>
          <w:rFonts w:ascii="Aptos Narrow" w:hAnsi="Aptos Narrow"/>
          <w:sz w:val="24"/>
          <w:szCs w:val="24"/>
        </w:rPr>
        <w:t>svaki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podnosi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zasebna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408D7E9F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popis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dokumentacije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uvjete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sposobnosti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0F3F72DB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mjesto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otvaranja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1025EDEA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način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razgledavanja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1A24DFE2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odredbu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pravu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prvenstva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propisano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posebnim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13ADAB95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vrstu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sredstava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osiguranja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plaćanja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ispunjenja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089C3BBD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rok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kojem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odabrani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mora </w:t>
      </w:r>
      <w:proofErr w:type="spellStart"/>
      <w:r w:rsidRPr="002635E5">
        <w:rPr>
          <w:rFonts w:ascii="Aptos Narrow" w:hAnsi="Aptos Narrow"/>
          <w:sz w:val="24"/>
          <w:szCs w:val="24"/>
        </w:rPr>
        <w:t>sklopiti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preuzeti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6CAC7582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odredbu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troškovima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solemnizacije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2F24F0BE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lastRenderedPageBreak/>
        <w:t>odredbu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obrazloženom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poništiti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do </w:t>
      </w:r>
      <w:proofErr w:type="spellStart"/>
      <w:r w:rsidRPr="002635E5">
        <w:rPr>
          <w:rFonts w:ascii="Aptos Narrow" w:hAnsi="Aptos Narrow"/>
          <w:sz w:val="24"/>
          <w:szCs w:val="24"/>
        </w:rPr>
        <w:t>sklapanja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37346DE2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druge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uvjete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važne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pojedini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1684E2A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17.</w:t>
      </w:r>
    </w:p>
    <w:p w14:paraId="498BA402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Ponuditelj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dužan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uplatiti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jamčevinu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iznosu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u </w:t>
      </w:r>
      <w:proofErr w:type="spellStart"/>
      <w:r w:rsidRPr="002635E5">
        <w:rPr>
          <w:rFonts w:ascii="Aptos Narrow" w:hAnsi="Aptos Narrow"/>
          <w:sz w:val="24"/>
          <w:szCs w:val="24"/>
        </w:rPr>
        <w:t>pravilu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visini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10 % </w:t>
      </w:r>
      <w:proofErr w:type="spellStart"/>
      <w:r w:rsidRPr="002635E5">
        <w:rPr>
          <w:rFonts w:ascii="Aptos Narrow" w:hAnsi="Aptos Narrow"/>
          <w:sz w:val="24"/>
          <w:szCs w:val="24"/>
        </w:rPr>
        <w:t>početne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godišnje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uvećane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PDV.</w:t>
      </w:r>
    </w:p>
    <w:p w14:paraId="0D1FB938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Jamčevina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odabranoga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uračunava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u </w:t>
      </w:r>
      <w:proofErr w:type="spellStart"/>
      <w:r w:rsidRPr="002635E5">
        <w:rPr>
          <w:rFonts w:ascii="Aptos Narrow" w:hAnsi="Aptos Narrow"/>
          <w:sz w:val="24"/>
          <w:szCs w:val="24"/>
        </w:rPr>
        <w:t>novčani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polog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osiguranje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prvu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dospjelu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kako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određeno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natječajem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51160AE" w14:textId="468A1EA8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Ostalim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jamčevina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vraća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</w:t>
      </w:r>
      <w:proofErr w:type="spellStart"/>
      <w:r w:rsidRPr="002635E5">
        <w:rPr>
          <w:rFonts w:ascii="Aptos Narrow" w:hAnsi="Aptos Narrow"/>
          <w:sz w:val="24"/>
          <w:szCs w:val="24"/>
        </w:rPr>
        <w:t>kamata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15 dana od </w:t>
      </w:r>
      <w:proofErr w:type="spellStart"/>
      <w:r w:rsidR="00F540E1">
        <w:rPr>
          <w:rFonts w:ascii="Aptos Narrow" w:hAnsi="Aptos Narrow"/>
          <w:sz w:val="24"/>
          <w:szCs w:val="24"/>
        </w:rPr>
        <w:t>pravomoćnosti</w:t>
      </w:r>
      <w:proofErr w:type="spellEnd"/>
      <w:r w:rsidR="00F540E1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odabiru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poništenju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6B6A3B0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(4) </w:t>
      </w:r>
      <w:proofErr w:type="spellStart"/>
      <w:r w:rsidRPr="002635E5">
        <w:rPr>
          <w:rFonts w:ascii="Aptos Narrow" w:hAnsi="Aptos Narrow"/>
          <w:sz w:val="24"/>
          <w:szCs w:val="24"/>
        </w:rPr>
        <w:t>Ponuditelj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</w:t>
      </w:r>
      <w:proofErr w:type="spellStart"/>
      <w:r w:rsidRPr="002635E5">
        <w:rPr>
          <w:rFonts w:ascii="Aptos Narrow" w:hAnsi="Aptos Narrow"/>
          <w:sz w:val="24"/>
          <w:szCs w:val="24"/>
        </w:rPr>
        <w:t>povuče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nakon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isteka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njezinu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dostavu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odabrani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bez </w:t>
      </w:r>
      <w:proofErr w:type="spellStart"/>
      <w:r w:rsidRPr="002635E5">
        <w:rPr>
          <w:rFonts w:ascii="Aptos Narrow" w:hAnsi="Aptos Narrow"/>
          <w:sz w:val="24"/>
          <w:szCs w:val="24"/>
        </w:rPr>
        <w:t>opravdanoga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razloga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sklopi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ostavljenom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gubi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povrat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jamčevine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7B284C9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18.</w:t>
      </w:r>
    </w:p>
    <w:p w14:paraId="569CD16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podnosi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zatvorenoj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omotnici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neposredno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pisarnici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preporučenom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pošiljkom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s </w:t>
      </w:r>
      <w:proofErr w:type="spellStart"/>
      <w:r w:rsidRPr="002635E5">
        <w:rPr>
          <w:rFonts w:ascii="Aptos Narrow" w:hAnsi="Aptos Narrow"/>
          <w:sz w:val="24"/>
          <w:szCs w:val="24"/>
        </w:rPr>
        <w:t>oznakom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upozorenjem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se </w:t>
      </w:r>
      <w:proofErr w:type="spellStart"/>
      <w:r w:rsidRPr="002635E5">
        <w:rPr>
          <w:rFonts w:ascii="Aptos Narrow" w:hAnsi="Aptos Narrow"/>
          <w:sz w:val="24"/>
          <w:szCs w:val="24"/>
        </w:rPr>
        <w:t>omotnica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otvara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otvaranja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D618DA1" w14:textId="581588B8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>(</w:t>
      </w:r>
      <w:r w:rsidR="00F540E1">
        <w:rPr>
          <w:rFonts w:ascii="Aptos Narrow" w:hAnsi="Aptos Narrow"/>
          <w:sz w:val="24"/>
          <w:szCs w:val="24"/>
        </w:rPr>
        <w:t>2</w:t>
      </w:r>
      <w:r w:rsidRPr="002635E5">
        <w:rPr>
          <w:rFonts w:ascii="Aptos Narrow" w:hAnsi="Aptos Narrow"/>
          <w:sz w:val="24"/>
          <w:szCs w:val="24"/>
        </w:rPr>
        <w:t xml:space="preserve">) Za </w:t>
      </w:r>
      <w:proofErr w:type="spellStart"/>
      <w:r w:rsidRPr="002635E5">
        <w:rPr>
          <w:rFonts w:ascii="Aptos Narrow" w:hAnsi="Aptos Narrow"/>
          <w:sz w:val="24"/>
          <w:szCs w:val="24"/>
        </w:rPr>
        <w:t>svaki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podnosi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zasebna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</w:t>
      </w:r>
      <w:proofErr w:type="spellStart"/>
      <w:r w:rsidRPr="002635E5">
        <w:rPr>
          <w:rFonts w:ascii="Aptos Narrow" w:hAnsi="Aptos Narrow"/>
          <w:sz w:val="24"/>
          <w:szCs w:val="24"/>
        </w:rPr>
        <w:t>Jedna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uvjetovana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odabirom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drugi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28311AF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19.</w:t>
      </w:r>
    </w:p>
    <w:p w14:paraId="294A4942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osobito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sadrži</w:t>
      </w:r>
      <w:proofErr w:type="spellEnd"/>
      <w:r w:rsidRPr="002635E5">
        <w:rPr>
          <w:rFonts w:ascii="Aptos Narrow" w:hAnsi="Aptos Narrow"/>
          <w:sz w:val="24"/>
          <w:szCs w:val="24"/>
        </w:rPr>
        <w:t>:</w:t>
      </w:r>
    </w:p>
    <w:p w14:paraId="21E924FF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ime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prezime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naziv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OIB, </w:t>
      </w:r>
      <w:proofErr w:type="spellStart"/>
      <w:r w:rsidRPr="002635E5">
        <w:rPr>
          <w:rFonts w:ascii="Aptos Narrow" w:hAnsi="Aptos Narrow"/>
          <w:sz w:val="24"/>
          <w:szCs w:val="24"/>
        </w:rPr>
        <w:t>adresu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prebivališta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sjedišta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kontaktne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podatke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083D1113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oznaku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koji se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podnosi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29C4AF7D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opis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namjerava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obavljati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798D20FA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ponuđeni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mjesečne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PDV-a, </w:t>
      </w:r>
      <w:proofErr w:type="spellStart"/>
      <w:r w:rsidRPr="002635E5">
        <w:rPr>
          <w:rFonts w:ascii="Aptos Narrow" w:hAnsi="Aptos Narrow"/>
          <w:sz w:val="24"/>
          <w:szCs w:val="24"/>
        </w:rPr>
        <w:t>izražen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eurima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brojkama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slovima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čemu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slučaju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razlike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napisan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slovima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36371D78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izjavu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je </w:t>
      </w:r>
      <w:proofErr w:type="spellStart"/>
      <w:r w:rsidRPr="002635E5">
        <w:rPr>
          <w:rFonts w:ascii="Aptos Narrow" w:hAnsi="Aptos Narrow"/>
          <w:sz w:val="24"/>
          <w:szCs w:val="24"/>
        </w:rPr>
        <w:t>ponuditelj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upoznat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uvjetima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nacrtom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</w:t>
      </w:r>
      <w:proofErr w:type="spellStart"/>
      <w:r w:rsidRPr="002635E5">
        <w:rPr>
          <w:rFonts w:ascii="Aptos Narrow" w:hAnsi="Aptos Narrow"/>
          <w:sz w:val="24"/>
          <w:szCs w:val="24"/>
        </w:rPr>
        <w:t>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prihvaća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7B7247CD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popis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priložene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dokumentacije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vlastoručni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kvalificirani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elektronički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potpis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ovlaštene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A39810D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20.</w:t>
      </w:r>
    </w:p>
    <w:p w14:paraId="3B18BA0C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Uz </w:t>
      </w:r>
      <w:proofErr w:type="spellStart"/>
      <w:r w:rsidRPr="002635E5">
        <w:rPr>
          <w:rFonts w:ascii="Aptos Narrow" w:hAnsi="Aptos Narrow"/>
          <w:sz w:val="24"/>
          <w:szCs w:val="24"/>
        </w:rPr>
        <w:t>ponudu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prilažu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dokazi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gramStart"/>
      <w:r w:rsidRPr="002635E5">
        <w:rPr>
          <w:rFonts w:ascii="Aptos Narrow" w:hAnsi="Aptos Narrow"/>
          <w:sz w:val="24"/>
          <w:szCs w:val="24"/>
        </w:rPr>
        <w:t>a</w:t>
      </w:r>
      <w:proofErr w:type="gram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osobito</w:t>
      </w:r>
      <w:proofErr w:type="spellEnd"/>
      <w:r w:rsidRPr="002635E5">
        <w:rPr>
          <w:rFonts w:ascii="Aptos Narrow" w:hAnsi="Aptos Narrow"/>
          <w:sz w:val="24"/>
          <w:szCs w:val="24"/>
        </w:rPr>
        <w:t>:</w:t>
      </w:r>
    </w:p>
    <w:p w14:paraId="3EA62E88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dokaz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pravnoj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sposobnosti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registraciji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obavljanje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0853FEE3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dokaz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uplati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jamčevine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1965F806" w14:textId="077298EA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potvrde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vjerodostojni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dokazi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nepostojanju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dospjelih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nepodmirenih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12. </w:t>
      </w:r>
      <w:proofErr w:type="spellStart"/>
      <w:r w:rsidRPr="002635E5">
        <w:rPr>
          <w:rFonts w:ascii="Aptos Narrow" w:hAnsi="Aptos Narrow"/>
          <w:sz w:val="24"/>
          <w:szCs w:val="24"/>
        </w:rPr>
        <w:t>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ne </w:t>
      </w:r>
      <w:proofErr w:type="spellStart"/>
      <w:r w:rsidRPr="002635E5">
        <w:rPr>
          <w:rFonts w:ascii="Aptos Narrow" w:hAnsi="Aptos Narrow"/>
          <w:sz w:val="24"/>
          <w:szCs w:val="24"/>
        </w:rPr>
        <w:t>stariji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</w:t>
      </w:r>
      <w:r w:rsidR="00CA057C">
        <w:rPr>
          <w:rFonts w:ascii="Aptos Narrow" w:hAnsi="Aptos Narrow"/>
          <w:sz w:val="24"/>
          <w:szCs w:val="24"/>
        </w:rPr>
        <w:t xml:space="preserve">dana </w:t>
      </w:r>
      <w:proofErr w:type="spellStart"/>
      <w:r w:rsidR="00CA057C">
        <w:rPr>
          <w:rFonts w:ascii="Aptos Narrow" w:hAnsi="Aptos Narrow"/>
          <w:sz w:val="24"/>
          <w:szCs w:val="24"/>
        </w:rPr>
        <w:t>objave</w:t>
      </w:r>
      <w:proofErr w:type="spellEnd"/>
      <w:r w:rsidR="00CA057C">
        <w:rPr>
          <w:rFonts w:ascii="Aptos Narrow" w:hAnsi="Aptos Narrow"/>
          <w:sz w:val="24"/>
          <w:szCs w:val="24"/>
        </w:rPr>
        <w:t xml:space="preserve"> </w:t>
      </w:r>
      <w:proofErr w:type="spellStart"/>
      <w:r w:rsidR="00CA057C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drukčije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77E8C270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dokaz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ovlasti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zastupanje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kada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potpisuje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upisana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kao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ovlaštena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zastupanje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37782EBC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dokaz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posebnim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ostvaruje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prvenstva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18A5B971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lastRenderedPageBreak/>
        <w:t>druge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isprave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posebnostima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8C7E10B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21.</w:t>
      </w:r>
    </w:p>
    <w:p w14:paraId="1711374B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Pravodobnom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smatra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zaprimljena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Općini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do </w:t>
      </w:r>
      <w:proofErr w:type="spellStart"/>
      <w:r w:rsidRPr="002635E5">
        <w:rPr>
          <w:rFonts w:ascii="Aptos Narrow" w:hAnsi="Aptos Narrow"/>
          <w:sz w:val="24"/>
          <w:szCs w:val="24"/>
        </w:rPr>
        <w:t>isteka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neovisno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načinu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slanja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A82F8FD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Valjanom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smatra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pravodobna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potpuna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</w:t>
      </w:r>
      <w:proofErr w:type="spellStart"/>
      <w:r w:rsidRPr="002635E5">
        <w:rPr>
          <w:rFonts w:ascii="Aptos Narrow" w:hAnsi="Aptos Narrow"/>
          <w:sz w:val="24"/>
          <w:szCs w:val="24"/>
        </w:rPr>
        <w:t>ispunjava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uvjete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nudi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najmanje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početni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D96B2FD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Nepravodobne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nepotpune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nejasne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uvjetovane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način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protivne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razmatrati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95D6CC6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(4) </w:t>
      </w:r>
      <w:proofErr w:type="spellStart"/>
      <w:r w:rsidRPr="002635E5">
        <w:rPr>
          <w:rFonts w:ascii="Aptos Narrow" w:hAnsi="Aptos Narrow"/>
          <w:sz w:val="24"/>
          <w:szCs w:val="24"/>
        </w:rPr>
        <w:t>Povjerenstvo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zatražiti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pojašnjenje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dostavljene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isprave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time ne </w:t>
      </w:r>
      <w:proofErr w:type="spellStart"/>
      <w:r w:rsidRPr="002635E5">
        <w:rPr>
          <w:rFonts w:ascii="Aptos Narrow" w:hAnsi="Aptos Narrow"/>
          <w:sz w:val="24"/>
          <w:szCs w:val="24"/>
        </w:rPr>
        <w:t>dopušta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naknadno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mijenjanje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ponuđene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cijene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bitnog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elementa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ponuditelja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dovodi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povoljniji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položaj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022D21B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22.</w:t>
      </w:r>
    </w:p>
    <w:p w14:paraId="22E3181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Ponuditelj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izmijeniti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povući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do </w:t>
      </w:r>
      <w:proofErr w:type="spellStart"/>
      <w:r w:rsidRPr="002635E5">
        <w:rPr>
          <w:rFonts w:ascii="Aptos Narrow" w:hAnsi="Aptos Narrow"/>
          <w:sz w:val="24"/>
          <w:szCs w:val="24"/>
        </w:rPr>
        <w:t>isteka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dostavu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način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je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podnesena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D212D95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Izmjena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dostavlja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u </w:t>
      </w:r>
      <w:proofErr w:type="spellStart"/>
      <w:r w:rsidRPr="002635E5">
        <w:rPr>
          <w:rFonts w:ascii="Aptos Narrow" w:hAnsi="Aptos Narrow"/>
          <w:sz w:val="24"/>
          <w:szCs w:val="24"/>
        </w:rPr>
        <w:t>zasebnoj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zatvorenoj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omotnici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 </w:t>
      </w:r>
      <w:proofErr w:type="spellStart"/>
      <w:r w:rsidRPr="002635E5">
        <w:rPr>
          <w:rFonts w:ascii="Aptos Narrow" w:hAnsi="Aptos Narrow"/>
          <w:sz w:val="24"/>
          <w:szCs w:val="24"/>
        </w:rPr>
        <w:t>jasnom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naznakom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je </w:t>
      </w:r>
      <w:proofErr w:type="spellStart"/>
      <w:r w:rsidRPr="002635E5">
        <w:rPr>
          <w:rFonts w:ascii="Aptos Narrow" w:hAnsi="Aptos Narrow"/>
          <w:sz w:val="24"/>
          <w:szCs w:val="24"/>
        </w:rPr>
        <w:t>riječ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izmjeni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CDEA28A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Nakon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isteka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ne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mijenjati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a </w:t>
      </w:r>
      <w:proofErr w:type="spellStart"/>
      <w:r w:rsidRPr="002635E5">
        <w:rPr>
          <w:rFonts w:ascii="Aptos Narrow" w:hAnsi="Aptos Narrow"/>
          <w:sz w:val="24"/>
          <w:szCs w:val="24"/>
        </w:rPr>
        <w:t>njezino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povlačenje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proizvodi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posljedice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17.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4. </w:t>
      </w:r>
      <w:proofErr w:type="spellStart"/>
      <w:r w:rsidRPr="002635E5">
        <w:rPr>
          <w:rFonts w:ascii="Aptos Narrow" w:hAnsi="Aptos Narrow"/>
          <w:sz w:val="24"/>
          <w:szCs w:val="24"/>
        </w:rPr>
        <w:t>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40E7A41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23.</w:t>
      </w:r>
    </w:p>
    <w:p w14:paraId="3A74B54E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Ponude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otvaraju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mjestu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</w:t>
      </w:r>
      <w:proofErr w:type="spellStart"/>
      <w:r w:rsidRPr="002635E5">
        <w:rPr>
          <w:rFonts w:ascii="Aptos Narrow" w:hAnsi="Aptos Narrow"/>
          <w:sz w:val="24"/>
          <w:szCs w:val="24"/>
        </w:rPr>
        <w:t>Otvaranju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mogu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prisustvovati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njihovi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opunomoćenici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A5C32D3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O </w:t>
      </w:r>
      <w:proofErr w:type="spellStart"/>
      <w:r w:rsidRPr="002635E5">
        <w:rPr>
          <w:rFonts w:ascii="Aptos Narrow" w:hAnsi="Aptos Narrow"/>
          <w:sz w:val="24"/>
          <w:szCs w:val="24"/>
        </w:rPr>
        <w:t>javnom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otvaranju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sastavlja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zapisnik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</w:t>
      </w:r>
      <w:proofErr w:type="spellStart"/>
      <w:r w:rsidRPr="002635E5">
        <w:rPr>
          <w:rFonts w:ascii="Aptos Narrow" w:hAnsi="Aptos Narrow"/>
          <w:sz w:val="24"/>
          <w:szCs w:val="24"/>
        </w:rPr>
        <w:t>sadrži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podatke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članovima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Povjerenstva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nazočnim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zaprimljenim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ponuđenim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priloženim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ispravama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primjedbama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E16990D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Na </w:t>
      </w:r>
      <w:proofErr w:type="spellStart"/>
      <w:r w:rsidRPr="002635E5">
        <w:rPr>
          <w:rFonts w:ascii="Aptos Narrow" w:hAnsi="Aptos Narrow"/>
          <w:sz w:val="24"/>
          <w:szCs w:val="24"/>
        </w:rPr>
        <w:t>javnom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otvaranju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odlučuje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konačno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valjanosti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kada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nepravodobnost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nedostatak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očit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nesporan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3FA5DBE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24.</w:t>
      </w:r>
    </w:p>
    <w:p w14:paraId="26EB0995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Nakon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otvaranja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Povjerenstvo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pregledava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ocjenjuje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provjerava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ispunjenje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uvjeta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sastavlja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zapisnik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pregledu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ocjeni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1DB5E84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Najpovoljnijom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smatra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valjana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 </w:t>
      </w:r>
      <w:proofErr w:type="spellStart"/>
      <w:r w:rsidRPr="002635E5">
        <w:rPr>
          <w:rFonts w:ascii="Aptos Narrow" w:hAnsi="Aptos Narrow"/>
          <w:sz w:val="24"/>
          <w:szCs w:val="24"/>
        </w:rPr>
        <w:t>najvišim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ponuđenim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mjesečne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primjenu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zakonskoga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prvenstva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7C5A912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Povjerenstvo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donosi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odabiru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najpovoljnije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se ne </w:t>
      </w:r>
      <w:proofErr w:type="spellStart"/>
      <w:r w:rsidRPr="002635E5">
        <w:rPr>
          <w:rFonts w:ascii="Aptos Narrow" w:hAnsi="Aptos Narrow"/>
          <w:sz w:val="24"/>
          <w:szCs w:val="24"/>
        </w:rPr>
        <w:t>odabere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nijedna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valjanih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4F3FD70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25.</w:t>
      </w:r>
    </w:p>
    <w:p w14:paraId="4F4EB317" w14:textId="20F4894D" w:rsidR="001A559F" w:rsidRPr="00E67CBD" w:rsidRDefault="00000000" w:rsidP="00E67CBD">
      <w:pPr>
        <w:spacing w:after="120"/>
        <w:jc w:val="both"/>
        <w:rPr>
          <w:rFonts w:ascii="Aptos Narrow" w:hAnsi="Aptos Narrow"/>
          <w:snapToGrid w:val="0"/>
          <w:sz w:val="24"/>
          <w:szCs w:val="24"/>
          <w:lang w:val="hr-HR"/>
        </w:rPr>
      </w:pPr>
      <w:r w:rsidRPr="002635E5">
        <w:rPr>
          <w:rFonts w:ascii="Aptos Narrow" w:hAnsi="Aptos Narrow"/>
          <w:sz w:val="24"/>
          <w:szCs w:val="24"/>
        </w:rPr>
        <w:t xml:space="preserve">Ako </w:t>
      </w:r>
      <w:proofErr w:type="spellStart"/>
      <w:r w:rsidRPr="002635E5">
        <w:rPr>
          <w:rFonts w:ascii="Aptos Narrow" w:hAnsi="Aptos Narrow"/>
          <w:sz w:val="24"/>
          <w:szCs w:val="24"/>
        </w:rPr>
        <w:t>dva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više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najviši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r w:rsidR="00E67CBD" w:rsidRPr="00E64F19">
        <w:rPr>
          <w:rFonts w:ascii="Aptos Narrow" w:hAnsi="Aptos Narrow"/>
          <w:snapToGrid w:val="0"/>
          <w:sz w:val="24"/>
          <w:szCs w:val="24"/>
          <w:lang w:val="hr-HR"/>
        </w:rPr>
        <w:t>prednost ima ponuditelj koji je ranije predao ponud</w:t>
      </w:r>
      <w:r w:rsidR="00E67CBD">
        <w:rPr>
          <w:rFonts w:ascii="Aptos Narrow" w:hAnsi="Aptos Narrow"/>
          <w:snapToGrid w:val="0"/>
          <w:sz w:val="24"/>
          <w:szCs w:val="24"/>
          <w:lang w:val="hr-HR"/>
        </w:rPr>
        <w:t>u.</w:t>
      </w:r>
    </w:p>
    <w:p w14:paraId="45790B03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26.</w:t>
      </w:r>
    </w:p>
    <w:p w14:paraId="4FA84230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Osoba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posebnom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prvenstva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dužna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u </w:t>
      </w:r>
      <w:proofErr w:type="spellStart"/>
      <w:r w:rsidRPr="002635E5">
        <w:rPr>
          <w:rFonts w:ascii="Aptos Narrow" w:hAnsi="Aptos Narrow"/>
          <w:sz w:val="24"/>
          <w:szCs w:val="24"/>
        </w:rPr>
        <w:t>ponudi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pozvati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to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priložiti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propisane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dokaze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5000BF3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lastRenderedPageBreak/>
        <w:t xml:space="preserve">(2) Ako je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1. </w:t>
      </w:r>
      <w:proofErr w:type="spellStart"/>
      <w:r w:rsidRPr="002635E5">
        <w:rPr>
          <w:rFonts w:ascii="Aptos Narrow" w:hAnsi="Aptos Narrow"/>
          <w:sz w:val="24"/>
          <w:szCs w:val="24"/>
        </w:rPr>
        <w:t>valjana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ispunjene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zakonske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pretpostavke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Povjerenstvo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donošenja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pozvati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se u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pet dana </w:t>
      </w:r>
      <w:proofErr w:type="spellStart"/>
      <w:r w:rsidRPr="002635E5">
        <w:rPr>
          <w:rFonts w:ascii="Aptos Narrow" w:hAnsi="Aptos Narrow"/>
          <w:sz w:val="24"/>
          <w:szCs w:val="24"/>
        </w:rPr>
        <w:t>pisano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izjasni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prihvaća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li </w:t>
      </w:r>
      <w:proofErr w:type="spellStart"/>
      <w:r w:rsidRPr="002635E5">
        <w:rPr>
          <w:rFonts w:ascii="Aptos Narrow" w:hAnsi="Aptos Narrow"/>
          <w:sz w:val="24"/>
          <w:szCs w:val="24"/>
        </w:rPr>
        <w:t>najviši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ponuđeni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DD71AF4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Ako </w:t>
      </w:r>
      <w:proofErr w:type="spellStart"/>
      <w:r w:rsidRPr="002635E5">
        <w:rPr>
          <w:rFonts w:ascii="Aptos Narrow" w:hAnsi="Aptos Narrow"/>
          <w:sz w:val="24"/>
          <w:szCs w:val="24"/>
        </w:rPr>
        <w:t>pozvana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prihvati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najviši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ponuđeni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smatrat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najpovoljnijim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Ako se ne </w:t>
      </w:r>
      <w:proofErr w:type="spellStart"/>
      <w:r w:rsidRPr="002635E5">
        <w:rPr>
          <w:rFonts w:ascii="Aptos Narrow" w:hAnsi="Aptos Narrow"/>
          <w:sz w:val="24"/>
          <w:szCs w:val="24"/>
        </w:rPr>
        <w:t>izjasni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prihvati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prvenstva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primijeniti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031ECE3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27.</w:t>
      </w:r>
    </w:p>
    <w:p w14:paraId="4659B02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Odluka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odabiru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dostavlja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svim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objavljuje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mrežnoj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stranici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zaštitu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osjetljivih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podataka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9C8CE51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Protiv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Povjerenstva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podnijeti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obrazloženi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Načelniku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</w:t>
      </w:r>
      <w:proofErr w:type="spellStart"/>
      <w:r w:rsidRPr="002635E5">
        <w:rPr>
          <w:rFonts w:ascii="Aptos Narrow" w:hAnsi="Aptos Narrow"/>
          <w:sz w:val="24"/>
          <w:szCs w:val="24"/>
        </w:rPr>
        <w:t>osam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dana od dana </w:t>
      </w:r>
      <w:proofErr w:type="spellStart"/>
      <w:r w:rsidRPr="002635E5">
        <w:rPr>
          <w:rFonts w:ascii="Aptos Narrow" w:hAnsi="Aptos Narrow"/>
          <w:sz w:val="24"/>
          <w:szCs w:val="24"/>
        </w:rPr>
        <w:t>dostave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</w:t>
      </w:r>
      <w:proofErr w:type="spellStart"/>
      <w:r w:rsidRPr="002635E5">
        <w:rPr>
          <w:rFonts w:ascii="Aptos Narrow" w:hAnsi="Aptos Narrow"/>
          <w:sz w:val="24"/>
          <w:szCs w:val="24"/>
        </w:rPr>
        <w:t>Prigovor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odgađa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79FF210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Načelnik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odbaciti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odbiti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prihvatiti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predmet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vratiti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Povjerenstvu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postupak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otkloniti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utvrđenu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nepravilnost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to </w:t>
      </w:r>
      <w:proofErr w:type="spellStart"/>
      <w:r w:rsidRPr="002635E5">
        <w:rPr>
          <w:rFonts w:ascii="Aptos Narrow" w:hAnsi="Aptos Narrow"/>
          <w:sz w:val="24"/>
          <w:szCs w:val="24"/>
        </w:rPr>
        <w:t>moguće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</w:t>
      </w:r>
      <w:proofErr w:type="spellStart"/>
      <w:r w:rsidRPr="002635E5">
        <w:rPr>
          <w:rFonts w:ascii="Aptos Narrow" w:hAnsi="Aptos Narrow"/>
          <w:sz w:val="24"/>
          <w:szCs w:val="24"/>
        </w:rPr>
        <w:t>povrede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jednakoga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postupanja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E16145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(4) </w:t>
      </w:r>
      <w:proofErr w:type="spellStart"/>
      <w:r w:rsidRPr="002635E5">
        <w:rPr>
          <w:rFonts w:ascii="Aptos Narrow" w:hAnsi="Aptos Narrow"/>
          <w:sz w:val="24"/>
          <w:szCs w:val="24"/>
        </w:rPr>
        <w:t>Odluka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Načelnika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prigovoru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konačna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u </w:t>
      </w:r>
      <w:proofErr w:type="spellStart"/>
      <w:r w:rsidRPr="002635E5">
        <w:rPr>
          <w:rFonts w:ascii="Aptos Narrow" w:hAnsi="Aptos Narrow"/>
          <w:sz w:val="24"/>
          <w:szCs w:val="24"/>
        </w:rPr>
        <w:t>postupku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Odluci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0186211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28.</w:t>
      </w:r>
    </w:p>
    <w:p w14:paraId="7277130B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Načelnik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do </w:t>
      </w:r>
      <w:proofErr w:type="spellStart"/>
      <w:r w:rsidRPr="002635E5">
        <w:rPr>
          <w:rFonts w:ascii="Aptos Narrow" w:hAnsi="Aptos Narrow"/>
          <w:sz w:val="24"/>
          <w:szCs w:val="24"/>
        </w:rPr>
        <w:t>sklapanja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obrazloženom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poništiti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cijelosti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pojedini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osobito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utvrdi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raspoloživ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da je </w:t>
      </w:r>
      <w:proofErr w:type="spellStart"/>
      <w:r w:rsidRPr="002635E5">
        <w:rPr>
          <w:rFonts w:ascii="Aptos Narrow" w:hAnsi="Aptos Narrow"/>
          <w:sz w:val="24"/>
          <w:szCs w:val="24"/>
        </w:rPr>
        <w:t>Općini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potreban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vlastite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potrebe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da </w:t>
      </w:r>
      <w:proofErr w:type="spellStart"/>
      <w:r w:rsidRPr="002635E5">
        <w:rPr>
          <w:rFonts w:ascii="Aptos Narrow" w:hAnsi="Aptos Narrow"/>
          <w:sz w:val="24"/>
          <w:szCs w:val="24"/>
        </w:rPr>
        <w:t>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bitno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promijenile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okolnosti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je u </w:t>
      </w:r>
      <w:proofErr w:type="spellStart"/>
      <w:r w:rsidRPr="002635E5">
        <w:rPr>
          <w:rFonts w:ascii="Aptos Narrow" w:hAnsi="Aptos Narrow"/>
          <w:sz w:val="24"/>
          <w:szCs w:val="24"/>
        </w:rPr>
        <w:t>postupku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učinjena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nepravilnost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ne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otkloniti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D228A5A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Odluka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poništenju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objavljuje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način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kao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</w:t>
      </w:r>
      <w:proofErr w:type="spellStart"/>
      <w:r w:rsidRPr="002635E5">
        <w:rPr>
          <w:rFonts w:ascii="Aptos Narrow" w:hAnsi="Aptos Narrow"/>
          <w:sz w:val="24"/>
          <w:szCs w:val="24"/>
        </w:rPr>
        <w:t>Ponuditelji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nemaju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naknadu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troškova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pripreme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naknadu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štete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a </w:t>
      </w:r>
      <w:proofErr w:type="spellStart"/>
      <w:r w:rsidRPr="002635E5">
        <w:rPr>
          <w:rFonts w:ascii="Aptos Narrow" w:hAnsi="Aptos Narrow"/>
          <w:sz w:val="24"/>
          <w:szCs w:val="24"/>
        </w:rPr>
        <w:t>uplaćena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jamčevina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vraća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u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15 dana.</w:t>
      </w:r>
    </w:p>
    <w:p w14:paraId="11227431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29.</w:t>
      </w:r>
    </w:p>
    <w:p w14:paraId="71D038F1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Ako </w:t>
      </w:r>
      <w:proofErr w:type="spellStart"/>
      <w:r w:rsidRPr="002635E5">
        <w:rPr>
          <w:rFonts w:ascii="Aptos Narrow" w:hAnsi="Aptos Narrow"/>
          <w:sz w:val="24"/>
          <w:szCs w:val="24"/>
        </w:rPr>
        <w:t>odabrani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odustane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sklopi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ostavljenom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Povjerenstvo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odabrati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sljedećega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rangiranog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valjanog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po </w:t>
      </w:r>
      <w:proofErr w:type="spellStart"/>
      <w:r w:rsidRPr="002635E5">
        <w:rPr>
          <w:rFonts w:ascii="Aptos Narrow" w:hAnsi="Aptos Narrow"/>
          <w:sz w:val="24"/>
          <w:szCs w:val="24"/>
        </w:rPr>
        <w:t>iznosu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njegove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ponuda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još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obvezujuća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time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povrijeđeno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prvenstva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C2557C8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Ako </w:t>
      </w:r>
      <w:proofErr w:type="spellStart"/>
      <w:r w:rsidRPr="002635E5">
        <w:rPr>
          <w:rFonts w:ascii="Aptos Narrow" w:hAnsi="Aptos Narrow"/>
          <w:sz w:val="24"/>
          <w:szCs w:val="24"/>
        </w:rPr>
        <w:t>nema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valjanog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ocijeni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</w:t>
      </w:r>
      <w:proofErr w:type="spellStart"/>
      <w:r w:rsidRPr="002635E5">
        <w:rPr>
          <w:rFonts w:ascii="Aptos Narrow" w:hAnsi="Aptos Narrow"/>
          <w:sz w:val="24"/>
          <w:szCs w:val="24"/>
        </w:rPr>
        <w:t>izbor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interesu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raspisat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novi </w:t>
      </w:r>
      <w:proofErr w:type="spellStart"/>
      <w:r w:rsidRPr="002635E5">
        <w:rPr>
          <w:rFonts w:ascii="Aptos Narrow" w:hAnsi="Aptos Narrow"/>
          <w:sz w:val="24"/>
          <w:szCs w:val="24"/>
        </w:rPr>
        <w:t>natječaj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FA57298" w14:textId="77777777" w:rsidR="001A559F" w:rsidRPr="002635E5" w:rsidRDefault="00000000">
      <w:pPr>
        <w:pStyle w:val="Chapter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>IV. UGOVOR O ZAKUPU I PRIMOPREDAJA</w:t>
      </w:r>
    </w:p>
    <w:p w14:paraId="2929EA04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30.</w:t>
      </w:r>
    </w:p>
    <w:p w14:paraId="48036927" w14:textId="13AF7178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Načelnik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ime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odabiru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nakon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njezine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="002E6479">
        <w:rPr>
          <w:rFonts w:ascii="Aptos Narrow" w:hAnsi="Aptos Narrow"/>
          <w:sz w:val="24"/>
          <w:szCs w:val="24"/>
        </w:rPr>
        <w:t>pravomoćnosti</w:t>
      </w:r>
      <w:proofErr w:type="spellEnd"/>
      <w:r w:rsidR="002E6479">
        <w:rPr>
          <w:rFonts w:ascii="Aptos Narrow" w:hAnsi="Aptos Narrow"/>
          <w:sz w:val="24"/>
          <w:szCs w:val="24"/>
        </w:rPr>
        <w:t>.</w:t>
      </w:r>
    </w:p>
    <w:p w14:paraId="45E5E4DE" w14:textId="4E0F1FB6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mora </w:t>
      </w:r>
      <w:proofErr w:type="spellStart"/>
      <w:r w:rsidRPr="002635E5">
        <w:rPr>
          <w:rFonts w:ascii="Aptos Narrow" w:hAnsi="Aptos Narrow"/>
          <w:sz w:val="24"/>
          <w:szCs w:val="24"/>
        </w:rPr>
        <w:t>biti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sklopljen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pisanom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obliku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potvrđen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(</w:t>
      </w:r>
      <w:proofErr w:type="spellStart"/>
      <w:r w:rsidRPr="002635E5">
        <w:rPr>
          <w:rFonts w:ascii="Aptos Narrow" w:hAnsi="Aptos Narrow"/>
          <w:sz w:val="24"/>
          <w:szCs w:val="24"/>
        </w:rPr>
        <w:t>solemniziran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) po </w:t>
      </w:r>
      <w:proofErr w:type="spellStart"/>
      <w:r w:rsidRPr="002635E5">
        <w:rPr>
          <w:rFonts w:ascii="Aptos Narrow" w:hAnsi="Aptos Narrow"/>
          <w:sz w:val="24"/>
          <w:szCs w:val="24"/>
        </w:rPr>
        <w:t>javnom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bilježniku</w:t>
      </w:r>
      <w:proofErr w:type="spellEnd"/>
      <w:r w:rsidR="002E6479">
        <w:rPr>
          <w:rFonts w:ascii="Aptos Narrow" w:hAnsi="Aptos Narrow"/>
          <w:sz w:val="24"/>
          <w:szCs w:val="24"/>
        </w:rPr>
        <w:t>.</w:t>
      </w:r>
    </w:p>
    <w:p w14:paraId="1F8A017A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Troškove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solemnizacije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izdavanja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sredstava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osiguranja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troškove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snosi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C675D38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31.</w:t>
      </w:r>
    </w:p>
    <w:p w14:paraId="746FF426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osobito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sadrži</w:t>
      </w:r>
      <w:proofErr w:type="spellEnd"/>
      <w:r w:rsidRPr="002635E5">
        <w:rPr>
          <w:rFonts w:ascii="Aptos Narrow" w:hAnsi="Aptos Narrow"/>
          <w:sz w:val="24"/>
          <w:szCs w:val="24"/>
        </w:rPr>
        <w:t>:</w:t>
      </w:r>
    </w:p>
    <w:p w14:paraId="05F64899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podatke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ugovornim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stranama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544BD38C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lastRenderedPageBreak/>
        <w:t>podatke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potrebne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nedvojbenu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identifikaciju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površinu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zapisnik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stanju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7BFF8403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djelatnost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smije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obavljati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14786559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datum </w:t>
      </w:r>
      <w:proofErr w:type="spellStart"/>
      <w:r w:rsidRPr="002635E5">
        <w:rPr>
          <w:rFonts w:ascii="Aptos Narrow" w:hAnsi="Aptos Narrow"/>
          <w:sz w:val="24"/>
          <w:szCs w:val="24"/>
        </w:rPr>
        <w:t>početka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trajanja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69D4BD5A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iznos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PDV, </w:t>
      </w:r>
      <w:proofErr w:type="spellStart"/>
      <w:r w:rsidRPr="002635E5">
        <w:rPr>
          <w:rFonts w:ascii="Aptos Narrow" w:hAnsi="Aptos Narrow"/>
          <w:sz w:val="24"/>
          <w:szCs w:val="24"/>
        </w:rPr>
        <w:t>rok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način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plaćanja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način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usklađivanja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2171247A" w14:textId="354071DE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sredstva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osiguranja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0C911CB0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obveze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vezi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 </w:t>
      </w:r>
      <w:proofErr w:type="spellStart"/>
      <w:r w:rsidRPr="002635E5">
        <w:rPr>
          <w:rFonts w:ascii="Aptos Narrow" w:hAnsi="Aptos Narrow"/>
          <w:sz w:val="24"/>
          <w:szCs w:val="24"/>
        </w:rPr>
        <w:t>režijskim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troškovima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zajedničkom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pričuvom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održavanjem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popravcima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osiguranjem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3606408A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uvjete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izvođenja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priznavanja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ulaganja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odobrena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28E6B53E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zabranu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podzakupa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prepuštanja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korištenja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trećoj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zakonsku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iznimku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35C3CD76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nadzor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ulazak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prethodnu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najavu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hitnom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slučaju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33ADFBB7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razloge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otkaz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raskid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349E58C6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odredbu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neposrednoj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ovršivosti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naplate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ispražnjenja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to </w:t>
      </w:r>
      <w:proofErr w:type="spellStart"/>
      <w:r w:rsidRPr="002635E5">
        <w:rPr>
          <w:rFonts w:ascii="Aptos Narrow" w:hAnsi="Aptos Narrow"/>
          <w:sz w:val="24"/>
          <w:szCs w:val="24"/>
        </w:rPr>
        <w:t>ispunjene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zakonske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pretpostavke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39C06DBC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druge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odredbe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potrebne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naravi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63E9BEA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32.</w:t>
      </w:r>
    </w:p>
    <w:p w14:paraId="4AF038F3" w14:textId="3AB25FAC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dužan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sredstv</w:t>
      </w:r>
      <w:r w:rsidR="001621B2">
        <w:rPr>
          <w:rFonts w:ascii="Aptos Narrow" w:hAnsi="Aptos Narrow"/>
          <w:sz w:val="24"/>
          <w:szCs w:val="24"/>
        </w:rPr>
        <w:t>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osiguranja</w:t>
      </w:r>
      <w:proofErr w:type="spellEnd"/>
      <w:r w:rsidR="001621B2">
        <w:rPr>
          <w:rFonts w:ascii="Aptos Narrow" w:hAnsi="Aptos Narrow"/>
          <w:sz w:val="24"/>
          <w:szCs w:val="24"/>
        </w:rPr>
        <w:t xml:space="preserve"> </w:t>
      </w:r>
      <w:proofErr w:type="spellStart"/>
      <w:r w:rsidR="00E331E9">
        <w:rPr>
          <w:rFonts w:ascii="Aptos Narrow" w:hAnsi="Aptos Narrow"/>
          <w:sz w:val="24"/>
          <w:szCs w:val="24"/>
        </w:rPr>
        <w:t>odnosno</w:t>
      </w:r>
      <w:proofErr w:type="spellEnd"/>
      <w:r w:rsidR="001621B2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bjanko-zadužnicu</w:t>
      </w:r>
      <w:proofErr w:type="spellEnd"/>
      <w:r w:rsidR="001621B2">
        <w:rPr>
          <w:rFonts w:ascii="Aptos Narrow" w:hAnsi="Aptos Narrow"/>
          <w:sz w:val="24"/>
          <w:szCs w:val="24"/>
        </w:rPr>
        <w:t>.</w:t>
      </w:r>
    </w:p>
    <w:p w14:paraId="7CC58D0D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sastavlja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da, u </w:t>
      </w:r>
      <w:proofErr w:type="spellStart"/>
      <w:r w:rsidRPr="002635E5">
        <w:rPr>
          <w:rFonts w:ascii="Aptos Narrow" w:hAnsi="Aptos Narrow"/>
          <w:sz w:val="24"/>
          <w:szCs w:val="24"/>
        </w:rPr>
        <w:t>granicama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dopuštenim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predstavlja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ovršnu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ispravu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dospjele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novčane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tražbine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ispražnjenja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nakon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prestanka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41C13691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Vrsta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visina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osiguranja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moraju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razmjerne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vrijednosti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riziku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neispunjenja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C57227B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33.</w:t>
      </w:r>
    </w:p>
    <w:p w14:paraId="25D29F4D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zakupniku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nakon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dostave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sredstava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osiguranja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zapisnički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stanju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utvrđenom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natječajnoj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dokumentaciji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C3625EA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Zapisnik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primopredaji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sadrži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opis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popis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opreme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očitanje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brojila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broj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predanih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ključeva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utvrđene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nedostatke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rokove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njihovo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otklanjanje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fotodokumentaciju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4594CC9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Zakupnina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teče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dana </w:t>
      </w:r>
      <w:proofErr w:type="spellStart"/>
      <w:r w:rsidRPr="002635E5">
        <w:rPr>
          <w:rFonts w:ascii="Aptos Narrow" w:hAnsi="Aptos Narrow"/>
          <w:sz w:val="24"/>
          <w:szCs w:val="24"/>
        </w:rPr>
        <w:t>predaje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ugovorom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zbog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odobrenih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izričito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datum u </w:t>
      </w:r>
      <w:proofErr w:type="spellStart"/>
      <w:r w:rsidRPr="002635E5">
        <w:rPr>
          <w:rFonts w:ascii="Aptos Narrow" w:hAnsi="Aptos Narrow"/>
          <w:sz w:val="24"/>
          <w:szCs w:val="24"/>
        </w:rPr>
        <w:t>skladu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Odlukom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0E39F7F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34.</w:t>
      </w:r>
    </w:p>
    <w:p w14:paraId="476ABB3B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Ako </w:t>
      </w:r>
      <w:proofErr w:type="spellStart"/>
      <w:r w:rsidRPr="002635E5">
        <w:rPr>
          <w:rFonts w:ascii="Aptos Narrow" w:hAnsi="Aptos Narrow"/>
          <w:sz w:val="24"/>
          <w:szCs w:val="24"/>
        </w:rPr>
        <w:t>odabrani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</w:t>
      </w:r>
      <w:proofErr w:type="spellStart"/>
      <w:r w:rsidRPr="002635E5">
        <w:rPr>
          <w:rFonts w:ascii="Aptos Narrow" w:hAnsi="Aptos Narrow"/>
          <w:sz w:val="24"/>
          <w:szCs w:val="24"/>
        </w:rPr>
        <w:t>opravdanoga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razloga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pristupi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</w:t>
      </w:r>
      <w:proofErr w:type="spellStart"/>
      <w:r w:rsidRPr="002635E5">
        <w:rPr>
          <w:rFonts w:ascii="Aptos Narrow" w:hAnsi="Aptos Narrow"/>
          <w:sz w:val="24"/>
          <w:szCs w:val="24"/>
        </w:rPr>
        <w:t>osam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dana od </w:t>
      </w:r>
      <w:proofErr w:type="spellStart"/>
      <w:r w:rsidRPr="002635E5">
        <w:rPr>
          <w:rFonts w:ascii="Aptos Narrow" w:hAnsi="Aptos Narrow"/>
          <w:sz w:val="24"/>
          <w:szCs w:val="24"/>
        </w:rPr>
        <w:t>pisanoga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poziva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dostavi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sredstva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osiguranja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smatrat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da je </w:t>
      </w:r>
      <w:proofErr w:type="spellStart"/>
      <w:r w:rsidRPr="002635E5">
        <w:rPr>
          <w:rFonts w:ascii="Aptos Narrow" w:hAnsi="Aptos Narrow"/>
          <w:sz w:val="24"/>
          <w:szCs w:val="24"/>
        </w:rPr>
        <w:t>odustao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49D9615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U </w:t>
      </w:r>
      <w:proofErr w:type="spellStart"/>
      <w:r w:rsidRPr="002635E5">
        <w:rPr>
          <w:rFonts w:ascii="Aptos Narrow" w:hAnsi="Aptos Narrow"/>
          <w:sz w:val="24"/>
          <w:szCs w:val="24"/>
        </w:rPr>
        <w:t>slučaju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1. </w:t>
      </w:r>
      <w:proofErr w:type="spellStart"/>
      <w:r w:rsidRPr="002635E5">
        <w:rPr>
          <w:rFonts w:ascii="Aptos Narrow" w:hAnsi="Aptos Narrow"/>
          <w:sz w:val="24"/>
          <w:szCs w:val="24"/>
        </w:rPr>
        <w:t>primjenjuju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članci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17. </w:t>
      </w:r>
      <w:proofErr w:type="spellStart"/>
      <w:r w:rsidRPr="002635E5">
        <w:rPr>
          <w:rFonts w:ascii="Aptos Narrow" w:hAnsi="Aptos Narrow"/>
          <w:sz w:val="24"/>
          <w:szCs w:val="24"/>
        </w:rPr>
        <w:t>stavak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4.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29. </w:t>
      </w:r>
      <w:proofErr w:type="spellStart"/>
      <w:r w:rsidRPr="002635E5">
        <w:rPr>
          <w:rFonts w:ascii="Aptos Narrow" w:hAnsi="Aptos Narrow"/>
          <w:sz w:val="24"/>
          <w:szCs w:val="24"/>
        </w:rPr>
        <w:t>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C9380B1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35.</w:t>
      </w:r>
    </w:p>
    <w:p w14:paraId="11BCD0B5" w14:textId="305F9E0C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="00817F64">
        <w:rPr>
          <w:rFonts w:ascii="Aptos Narrow" w:hAnsi="Aptos Narrow"/>
          <w:sz w:val="24"/>
          <w:szCs w:val="24"/>
        </w:rPr>
        <w:t>Jedinstveni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upravni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odjel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vodi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evidenciju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="00663B48">
        <w:rPr>
          <w:rFonts w:ascii="Aptos Narrow" w:hAnsi="Aptos Narrow"/>
          <w:sz w:val="24"/>
          <w:szCs w:val="24"/>
        </w:rPr>
        <w:t>.</w:t>
      </w:r>
    </w:p>
    <w:p w14:paraId="139F7165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Podaci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raspolaganju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objavljuju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u </w:t>
      </w:r>
      <w:proofErr w:type="spellStart"/>
      <w:r w:rsidRPr="002635E5">
        <w:rPr>
          <w:rFonts w:ascii="Aptos Narrow" w:hAnsi="Aptos Narrow"/>
          <w:sz w:val="24"/>
          <w:szCs w:val="24"/>
        </w:rPr>
        <w:t>opsegu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propisanom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pravilima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transparentnosti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pristupa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informacijama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zaštitu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podataka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tajne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6CDE7A9" w14:textId="77777777" w:rsidR="001A559F" w:rsidRPr="002635E5" w:rsidRDefault="00000000">
      <w:pPr>
        <w:pStyle w:val="Chapter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lastRenderedPageBreak/>
        <w:t>V. KRITERIJI I PLAĆANJE ZAKUPNINE</w:t>
      </w:r>
    </w:p>
    <w:p w14:paraId="043D328A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36.</w:t>
      </w:r>
    </w:p>
    <w:p w14:paraId="3AC87A13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Početna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mjesečna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utvrđuje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formuli</w:t>
      </w:r>
      <w:proofErr w:type="spellEnd"/>
      <w:r w:rsidRPr="002635E5">
        <w:rPr>
          <w:rFonts w:ascii="Aptos Narrow" w:hAnsi="Aptos Narrow"/>
          <w:sz w:val="24"/>
          <w:szCs w:val="24"/>
        </w:rPr>
        <w:t>:</w:t>
      </w:r>
    </w:p>
    <w:p w14:paraId="38000F9B" w14:textId="66BBAD7D" w:rsidR="001A559F" w:rsidRPr="002635E5" w:rsidRDefault="00000000">
      <w:pPr>
        <w:pStyle w:val="Formula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Z = P × C × </w:t>
      </w:r>
      <w:r w:rsidR="00F66C89">
        <w:rPr>
          <w:rFonts w:ascii="Aptos Narrow" w:hAnsi="Aptos Narrow"/>
          <w:sz w:val="24"/>
          <w:szCs w:val="24"/>
        </w:rPr>
        <w:t>K</w:t>
      </w:r>
      <w:r w:rsidRPr="002635E5">
        <w:rPr>
          <w:rFonts w:ascii="Aptos Narrow" w:hAnsi="Aptos Narrow"/>
          <w:sz w:val="24"/>
          <w:szCs w:val="24"/>
        </w:rPr>
        <w:t xml:space="preserve"> × </w:t>
      </w:r>
      <w:proofErr w:type="spellStart"/>
      <w:r w:rsidR="00F66C89">
        <w:rPr>
          <w:rFonts w:ascii="Aptos Narrow" w:hAnsi="Aptos Narrow"/>
          <w:sz w:val="24"/>
          <w:szCs w:val="24"/>
        </w:rPr>
        <w:t>Kp</w:t>
      </w:r>
      <w:proofErr w:type="spellEnd"/>
    </w:p>
    <w:p w14:paraId="3A85D2D3" w14:textId="77777777" w:rsidR="00B56970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U </w:t>
      </w:r>
      <w:proofErr w:type="spellStart"/>
      <w:r w:rsidRPr="002635E5">
        <w:rPr>
          <w:rFonts w:ascii="Aptos Narrow" w:hAnsi="Aptos Narrow"/>
          <w:sz w:val="24"/>
          <w:szCs w:val="24"/>
        </w:rPr>
        <w:t>formuli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1. </w:t>
      </w:r>
      <w:proofErr w:type="spellStart"/>
      <w:r w:rsidRPr="002635E5">
        <w:rPr>
          <w:rFonts w:ascii="Aptos Narrow" w:hAnsi="Aptos Narrow"/>
          <w:sz w:val="24"/>
          <w:szCs w:val="24"/>
        </w:rPr>
        <w:t>ovoga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: </w:t>
      </w:r>
    </w:p>
    <w:p w14:paraId="7E75CCFF" w14:textId="77777777" w:rsidR="00B56970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Z je </w:t>
      </w:r>
      <w:proofErr w:type="spellStart"/>
      <w:r w:rsidRPr="002635E5">
        <w:rPr>
          <w:rFonts w:ascii="Aptos Narrow" w:hAnsi="Aptos Narrow"/>
          <w:sz w:val="24"/>
          <w:szCs w:val="24"/>
        </w:rPr>
        <w:t>početna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mjesečna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PDV-a, </w:t>
      </w:r>
    </w:p>
    <w:p w14:paraId="0E0A06AA" w14:textId="77777777" w:rsidR="00B56970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P je </w:t>
      </w:r>
      <w:proofErr w:type="spellStart"/>
      <w:r w:rsidRPr="002635E5">
        <w:rPr>
          <w:rFonts w:ascii="Aptos Narrow" w:hAnsi="Aptos Narrow"/>
          <w:sz w:val="24"/>
          <w:szCs w:val="24"/>
        </w:rPr>
        <w:t>korisna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površina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m², </w:t>
      </w:r>
    </w:p>
    <w:p w14:paraId="0A283060" w14:textId="77777777" w:rsidR="00B56970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C je </w:t>
      </w:r>
      <w:proofErr w:type="spellStart"/>
      <w:r w:rsidRPr="002635E5">
        <w:rPr>
          <w:rFonts w:ascii="Aptos Narrow" w:hAnsi="Aptos Narrow"/>
          <w:sz w:val="24"/>
          <w:szCs w:val="24"/>
        </w:rPr>
        <w:t>osnovna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cijena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zoni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EUR/m², </w:t>
      </w:r>
    </w:p>
    <w:p w14:paraId="6FCE09DF" w14:textId="19D9B1DA" w:rsidR="00B56970" w:rsidRDefault="00F66C89">
      <w:pPr>
        <w:pStyle w:val="Body"/>
        <w:rPr>
          <w:rFonts w:ascii="Aptos Narrow" w:hAnsi="Aptos Narrow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 xml:space="preserve">K </w:t>
      </w:r>
      <w:r w:rsidRPr="002635E5">
        <w:rPr>
          <w:rFonts w:ascii="Aptos Narrow" w:hAnsi="Aptos Narrow"/>
          <w:sz w:val="24"/>
          <w:szCs w:val="24"/>
        </w:rPr>
        <w:t xml:space="preserve">je </w:t>
      </w:r>
      <w:proofErr w:type="spellStart"/>
      <w:r w:rsidRPr="002635E5">
        <w:rPr>
          <w:rFonts w:ascii="Aptos Narrow" w:hAnsi="Aptos Narrow"/>
          <w:sz w:val="24"/>
          <w:szCs w:val="24"/>
        </w:rPr>
        <w:t>koeficijent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="00B56970">
        <w:rPr>
          <w:rFonts w:ascii="Aptos Narrow" w:hAnsi="Aptos Narrow"/>
          <w:sz w:val="24"/>
          <w:szCs w:val="24"/>
        </w:rPr>
        <w:t xml:space="preserve"> I </w:t>
      </w:r>
    </w:p>
    <w:p w14:paraId="75638BF1" w14:textId="42D49111" w:rsidR="001A559F" w:rsidRPr="002635E5" w:rsidRDefault="00F66C89">
      <w:pPr>
        <w:pStyle w:val="Body"/>
        <w:rPr>
          <w:rFonts w:ascii="Aptos Narrow" w:hAnsi="Aptos Narrow"/>
          <w:sz w:val="24"/>
          <w:szCs w:val="24"/>
        </w:rPr>
      </w:pPr>
      <w:proofErr w:type="spellStart"/>
      <w:r>
        <w:rPr>
          <w:rFonts w:ascii="Aptos Narrow" w:hAnsi="Aptos Narrow"/>
          <w:sz w:val="24"/>
          <w:szCs w:val="24"/>
        </w:rPr>
        <w:t>Kp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koeficijent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površine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6FC8634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Dobiveni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zaokružuje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decimalna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mjesta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uvećava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PDV </w:t>
      </w:r>
      <w:proofErr w:type="spellStart"/>
      <w:r w:rsidRPr="002635E5">
        <w:rPr>
          <w:rFonts w:ascii="Aptos Narrow" w:hAnsi="Aptos Narrow"/>
          <w:sz w:val="24"/>
          <w:szCs w:val="24"/>
        </w:rPr>
        <w:t>kada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obračunati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PDV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mjerodavnom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propisu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0B530DD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37.</w:t>
      </w:r>
    </w:p>
    <w:p w14:paraId="62205C0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Za </w:t>
      </w:r>
      <w:proofErr w:type="spellStart"/>
      <w:r w:rsidRPr="002635E5">
        <w:rPr>
          <w:rFonts w:ascii="Aptos Narrow" w:hAnsi="Aptos Narrow"/>
          <w:sz w:val="24"/>
          <w:szCs w:val="24"/>
        </w:rPr>
        <w:t>obračun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uzima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korisna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površina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zatvorenoga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E789A1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Površina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pripadajućega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otvorenog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površina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kao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što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terasa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dvorište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natkrivena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vanjska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površina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uračunava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s 25 % </w:t>
      </w:r>
      <w:proofErr w:type="spellStart"/>
      <w:r w:rsidRPr="002635E5">
        <w:rPr>
          <w:rFonts w:ascii="Aptos Narrow" w:hAnsi="Aptos Narrow"/>
          <w:sz w:val="24"/>
          <w:szCs w:val="24"/>
        </w:rPr>
        <w:t>stvarne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površine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zbog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posebnih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obilježja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viši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udio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43BD559A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Površina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površine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odobrena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korištenje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obračunava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posebnom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aktu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ulazi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zakupninu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189D394" w14:textId="7777777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38.</w:t>
      </w:r>
    </w:p>
    <w:p w14:paraId="2F86BE6A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Osnovna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cijena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položaju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iznosi</w:t>
      </w:r>
      <w:proofErr w:type="spellEnd"/>
      <w:r w:rsidRPr="002635E5">
        <w:rPr>
          <w:rFonts w:ascii="Aptos Narrow" w:hAnsi="Aptos Narrow"/>
          <w:sz w:val="24"/>
          <w:szCs w:val="24"/>
        </w:rPr>
        <w:t>: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"/>
        <w:gridCol w:w="6350"/>
        <w:gridCol w:w="2268"/>
      </w:tblGrid>
      <w:tr w:rsidR="001A559F" w:rsidRPr="002635E5" w14:paraId="3CFABB19" w14:textId="77777777">
        <w:trPr>
          <w:tblHeader/>
          <w:jc w:val="center"/>
        </w:trPr>
        <w:tc>
          <w:tcPr>
            <w:tcW w:w="1020" w:type="dxa"/>
            <w:shd w:val="clear" w:color="auto" w:fill="38536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43C6B1" w14:textId="77777777" w:rsidR="001A559F" w:rsidRPr="002635E5" w:rsidRDefault="00000000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b/>
                <w:color w:val="FFFFFF"/>
                <w:sz w:val="24"/>
                <w:szCs w:val="24"/>
              </w:rPr>
              <w:t>Zona</w:t>
            </w:r>
          </w:p>
        </w:tc>
        <w:tc>
          <w:tcPr>
            <w:tcW w:w="6350" w:type="dxa"/>
            <w:shd w:val="clear" w:color="auto" w:fill="38536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2A5A81" w14:textId="77777777" w:rsidR="001A559F" w:rsidRPr="002635E5" w:rsidRDefault="00000000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proofErr w:type="spellStart"/>
            <w:r w:rsidRPr="002635E5">
              <w:rPr>
                <w:rFonts w:ascii="Aptos Narrow" w:hAnsi="Aptos Narrow"/>
                <w:b/>
                <w:color w:val="FFFFFF"/>
                <w:sz w:val="24"/>
                <w:szCs w:val="24"/>
              </w:rPr>
              <w:t>Područje</w:t>
            </w:r>
            <w:proofErr w:type="spellEnd"/>
          </w:p>
        </w:tc>
        <w:tc>
          <w:tcPr>
            <w:tcW w:w="2268" w:type="dxa"/>
            <w:shd w:val="clear" w:color="auto" w:fill="38536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DED769" w14:textId="77777777" w:rsidR="001A559F" w:rsidRPr="002635E5" w:rsidRDefault="00000000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proofErr w:type="spellStart"/>
            <w:r w:rsidRPr="002635E5">
              <w:rPr>
                <w:rFonts w:ascii="Aptos Narrow" w:hAnsi="Aptos Narrow"/>
                <w:b/>
                <w:color w:val="FFFFFF"/>
                <w:sz w:val="24"/>
                <w:szCs w:val="24"/>
              </w:rPr>
              <w:t>Osnovna</w:t>
            </w:r>
            <w:proofErr w:type="spellEnd"/>
            <w:r w:rsidRPr="002635E5">
              <w:rPr>
                <w:rFonts w:ascii="Aptos Narrow" w:hAnsi="Aptos Narrow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b/>
                <w:color w:val="FFFFFF"/>
                <w:sz w:val="24"/>
                <w:szCs w:val="24"/>
              </w:rPr>
              <w:t>cijena</w:t>
            </w:r>
            <w:proofErr w:type="spellEnd"/>
            <w:r w:rsidRPr="002635E5">
              <w:rPr>
                <w:rFonts w:ascii="Aptos Narrow" w:hAnsi="Aptos Narrow"/>
                <w:b/>
                <w:color w:val="FFFFFF"/>
                <w:sz w:val="24"/>
                <w:szCs w:val="24"/>
              </w:rPr>
              <w:t xml:space="preserve"> (EUR/m² </w:t>
            </w:r>
            <w:proofErr w:type="spellStart"/>
            <w:r w:rsidRPr="002635E5">
              <w:rPr>
                <w:rFonts w:ascii="Aptos Narrow" w:hAnsi="Aptos Narrow"/>
                <w:b/>
                <w:color w:val="FFFFFF"/>
                <w:sz w:val="24"/>
                <w:szCs w:val="24"/>
              </w:rPr>
              <w:t>mjesečno</w:t>
            </w:r>
            <w:proofErr w:type="spellEnd"/>
            <w:r w:rsidRPr="002635E5">
              <w:rPr>
                <w:rFonts w:ascii="Aptos Narrow" w:hAnsi="Aptos Narrow"/>
                <w:b/>
                <w:color w:val="FFFFFF"/>
                <w:sz w:val="24"/>
                <w:szCs w:val="24"/>
              </w:rPr>
              <w:t>)</w:t>
            </w:r>
          </w:p>
        </w:tc>
      </w:tr>
      <w:tr w:rsidR="001A559F" w:rsidRPr="002635E5" w14:paraId="0285C340" w14:textId="77777777">
        <w:trPr>
          <w:jc w:val="center"/>
        </w:trPr>
        <w:tc>
          <w:tcPr>
            <w:tcW w:w="10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E893C2" w14:textId="77777777" w:rsidR="001A559F" w:rsidRPr="002635E5" w:rsidRDefault="00000000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>0.</w:t>
            </w:r>
          </w:p>
        </w:tc>
        <w:tc>
          <w:tcPr>
            <w:tcW w:w="63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7965F8" w14:textId="77777777" w:rsidR="001A559F" w:rsidRPr="002635E5" w:rsidRDefault="00000000">
            <w:pPr>
              <w:rPr>
                <w:rFonts w:ascii="Aptos Narrow" w:hAnsi="Aptos Narrow"/>
                <w:sz w:val="24"/>
                <w:szCs w:val="24"/>
              </w:rPr>
            </w:pP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Prizemlje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Trgovačkog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centra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Markat</w:t>
            </w:r>
            <w:proofErr w:type="spellEnd"/>
          </w:p>
        </w:tc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49DBE5" w14:textId="77777777" w:rsidR="001A559F" w:rsidRPr="002635E5" w:rsidRDefault="00000000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>14,00</w:t>
            </w:r>
          </w:p>
        </w:tc>
      </w:tr>
      <w:tr w:rsidR="001A559F" w:rsidRPr="002635E5" w14:paraId="35145A10" w14:textId="77777777">
        <w:trPr>
          <w:jc w:val="center"/>
        </w:trPr>
        <w:tc>
          <w:tcPr>
            <w:tcW w:w="1020" w:type="dxa"/>
            <w:shd w:val="clear" w:color="auto" w:fill="EDF2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0A026AB" w14:textId="77777777" w:rsidR="001A559F" w:rsidRPr="002635E5" w:rsidRDefault="00000000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>I.</w:t>
            </w:r>
          </w:p>
        </w:tc>
        <w:tc>
          <w:tcPr>
            <w:tcW w:w="6350" w:type="dxa"/>
            <w:shd w:val="clear" w:color="auto" w:fill="EDF2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AF865B5" w14:textId="77777777" w:rsidR="001A559F" w:rsidRPr="002635E5" w:rsidRDefault="00000000">
            <w:pPr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 xml:space="preserve">Kat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Trgovačkog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centra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Markat</w:t>
            </w:r>
            <w:proofErr w:type="spellEnd"/>
          </w:p>
        </w:tc>
        <w:tc>
          <w:tcPr>
            <w:tcW w:w="2268" w:type="dxa"/>
            <w:shd w:val="clear" w:color="auto" w:fill="EDF2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62BDB4" w14:textId="77777777" w:rsidR="001A559F" w:rsidRPr="002635E5" w:rsidRDefault="00000000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>12,00</w:t>
            </w:r>
          </w:p>
        </w:tc>
      </w:tr>
      <w:tr w:rsidR="001A559F" w:rsidRPr="002635E5" w14:paraId="1269D79B" w14:textId="77777777">
        <w:trPr>
          <w:jc w:val="center"/>
        </w:trPr>
        <w:tc>
          <w:tcPr>
            <w:tcW w:w="10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CFF013" w14:textId="77777777" w:rsidR="001A559F" w:rsidRPr="002635E5" w:rsidRDefault="00000000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>II.</w:t>
            </w:r>
          </w:p>
        </w:tc>
        <w:tc>
          <w:tcPr>
            <w:tcW w:w="63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3A080F" w14:textId="77777777" w:rsidR="001A559F" w:rsidRPr="002635E5" w:rsidRDefault="00000000">
            <w:pPr>
              <w:rPr>
                <w:rFonts w:ascii="Aptos Narrow" w:hAnsi="Aptos Narrow"/>
                <w:sz w:val="24"/>
                <w:szCs w:val="24"/>
              </w:rPr>
            </w:pP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Ulica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Lina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Bolmarčića</w:t>
            </w:r>
            <w:proofErr w:type="spellEnd"/>
          </w:p>
        </w:tc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53E44B" w14:textId="2BFAC444" w:rsidR="001A559F" w:rsidRPr="002635E5" w:rsidRDefault="00000000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>1</w:t>
            </w:r>
            <w:r w:rsidR="003561B7">
              <w:rPr>
                <w:rFonts w:ascii="Aptos Narrow" w:hAnsi="Aptos Narrow"/>
                <w:sz w:val="24"/>
                <w:szCs w:val="24"/>
              </w:rPr>
              <w:t>1</w:t>
            </w:r>
            <w:r w:rsidRPr="002635E5">
              <w:rPr>
                <w:rFonts w:ascii="Aptos Narrow" w:hAnsi="Aptos Narrow"/>
                <w:sz w:val="24"/>
                <w:szCs w:val="24"/>
              </w:rPr>
              <w:t>,00</w:t>
            </w:r>
          </w:p>
        </w:tc>
      </w:tr>
      <w:tr w:rsidR="001A559F" w:rsidRPr="002635E5" w14:paraId="08C86530" w14:textId="77777777">
        <w:trPr>
          <w:jc w:val="center"/>
        </w:trPr>
        <w:tc>
          <w:tcPr>
            <w:tcW w:w="1020" w:type="dxa"/>
            <w:shd w:val="clear" w:color="auto" w:fill="EDF2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811E4B" w14:textId="77777777" w:rsidR="001A559F" w:rsidRPr="002635E5" w:rsidRDefault="00000000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>III.</w:t>
            </w:r>
          </w:p>
        </w:tc>
        <w:tc>
          <w:tcPr>
            <w:tcW w:w="6350" w:type="dxa"/>
            <w:shd w:val="clear" w:color="auto" w:fill="EDF2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73D393" w14:textId="77777777" w:rsidR="001A559F" w:rsidRPr="002635E5" w:rsidRDefault="00000000">
            <w:pPr>
              <w:rPr>
                <w:rFonts w:ascii="Aptos Narrow" w:hAnsi="Aptos Narrow"/>
                <w:sz w:val="24"/>
                <w:szCs w:val="24"/>
              </w:rPr>
            </w:pP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Ulica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Obala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i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ostala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područja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Općine</w:t>
            </w:r>
            <w:proofErr w:type="spellEnd"/>
          </w:p>
        </w:tc>
        <w:tc>
          <w:tcPr>
            <w:tcW w:w="2268" w:type="dxa"/>
            <w:shd w:val="clear" w:color="auto" w:fill="EDF2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888E4F" w14:textId="23B03CA3" w:rsidR="001A559F" w:rsidRPr="002635E5" w:rsidRDefault="003561B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10</w:t>
            </w:r>
            <w:r w:rsidRPr="002635E5">
              <w:rPr>
                <w:rFonts w:ascii="Aptos Narrow" w:hAnsi="Aptos Narrow"/>
                <w:sz w:val="24"/>
                <w:szCs w:val="24"/>
              </w:rPr>
              <w:t>,00</w:t>
            </w:r>
          </w:p>
        </w:tc>
      </w:tr>
    </w:tbl>
    <w:p w14:paraId="0ADE98EA" w14:textId="77777777" w:rsidR="001A559F" w:rsidRPr="002635E5" w:rsidRDefault="001A559F">
      <w:pPr>
        <w:spacing w:after="0"/>
        <w:rPr>
          <w:rFonts w:ascii="Aptos Narrow" w:hAnsi="Aptos Narrow"/>
          <w:sz w:val="24"/>
          <w:szCs w:val="24"/>
        </w:rPr>
      </w:pPr>
    </w:p>
    <w:p w14:paraId="189CFE82" w14:textId="5A71F525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39.</w:t>
      </w:r>
    </w:p>
    <w:p w14:paraId="59DC8F3A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Koeficijent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pretežitoj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obavljati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poslovnom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prostoru</w:t>
      </w:r>
      <w:proofErr w:type="spellEnd"/>
      <w:r w:rsidRPr="002635E5">
        <w:rPr>
          <w:rFonts w:ascii="Aptos Narrow" w:hAnsi="Aptos Narrow"/>
          <w:sz w:val="24"/>
          <w:szCs w:val="24"/>
        </w:rPr>
        <w:t>:</w:t>
      </w:r>
    </w:p>
    <w:tbl>
      <w:tblPr>
        <w:tblStyle w:val="Reetkatablice"/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7370"/>
        <w:gridCol w:w="1304"/>
      </w:tblGrid>
      <w:tr w:rsidR="001A559F" w:rsidRPr="002635E5" w14:paraId="2B30B226" w14:textId="77777777" w:rsidTr="00F66C89">
        <w:trPr>
          <w:tblHeader/>
          <w:jc w:val="center"/>
        </w:trPr>
        <w:tc>
          <w:tcPr>
            <w:tcW w:w="964" w:type="dxa"/>
            <w:shd w:val="clear" w:color="auto" w:fill="38536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6F8147" w14:textId="77777777" w:rsidR="001A559F" w:rsidRPr="002635E5" w:rsidRDefault="00000000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proofErr w:type="spellStart"/>
            <w:r w:rsidRPr="002635E5">
              <w:rPr>
                <w:rFonts w:ascii="Aptos Narrow" w:hAnsi="Aptos Narrow"/>
                <w:b/>
                <w:color w:val="FFFFFF"/>
                <w:sz w:val="24"/>
                <w:szCs w:val="24"/>
              </w:rPr>
              <w:t>Skupina</w:t>
            </w:r>
            <w:proofErr w:type="spellEnd"/>
          </w:p>
        </w:tc>
        <w:tc>
          <w:tcPr>
            <w:tcW w:w="7370" w:type="dxa"/>
            <w:shd w:val="clear" w:color="auto" w:fill="38536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BF7F7F" w14:textId="77777777" w:rsidR="001A559F" w:rsidRPr="002635E5" w:rsidRDefault="00000000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proofErr w:type="spellStart"/>
            <w:r w:rsidRPr="002635E5">
              <w:rPr>
                <w:rFonts w:ascii="Aptos Narrow" w:hAnsi="Aptos Narrow"/>
                <w:b/>
                <w:color w:val="FFFFFF"/>
                <w:sz w:val="24"/>
                <w:szCs w:val="24"/>
              </w:rPr>
              <w:t>Djelatnosti</w:t>
            </w:r>
            <w:proofErr w:type="spellEnd"/>
          </w:p>
        </w:tc>
        <w:tc>
          <w:tcPr>
            <w:tcW w:w="1304" w:type="dxa"/>
            <w:shd w:val="clear" w:color="auto" w:fill="38536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8B0AF9" w14:textId="2127DCA4" w:rsidR="001A559F" w:rsidRPr="002635E5" w:rsidRDefault="001A559F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</w:p>
        </w:tc>
      </w:tr>
      <w:tr w:rsidR="001A559F" w:rsidRPr="002635E5" w14:paraId="0A090D67" w14:textId="77777777" w:rsidTr="00F66C89">
        <w:trPr>
          <w:jc w:val="center"/>
        </w:trPr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2F1E6C" w14:textId="77777777" w:rsidR="001A559F" w:rsidRPr="002635E5" w:rsidRDefault="00000000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>A</w:t>
            </w:r>
          </w:p>
        </w:tc>
        <w:tc>
          <w:tcPr>
            <w:tcW w:w="737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AECBB5" w14:textId="342699D0" w:rsidR="001A559F" w:rsidRPr="002635E5" w:rsidRDefault="003561B7">
            <w:pPr>
              <w:rPr>
                <w:rFonts w:ascii="Aptos Narrow" w:hAnsi="Aptos Narrow"/>
                <w:sz w:val="24"/>
                <w:szCs w:val="24"/>
              </w:rPr>
            </w:pPr>
            <w:proofErr w:type="spellStart"/>
            <w:r>
              <w:rPr>
                <w:rFonts w:ascii="Aptos Narrow" w:hAnsi="Aptos Narrow"/>
                <w:sz w:val="24"/>
                <w:szCs w:val="24"/>
              </w:rPr>
              <w:t>Turistička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i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sezonska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trgovina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ugostiteljstvo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turističke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djelatnosti</w:t>
            </w:r>
            <w:proofErr w:type="spellEnd"/>
          </w:p>
        </w:tc>
        <w:tc>
          <w:tcPr>
            <w:tcW w:w="130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C9BA9E" w14:textId="2E91E87E" w:rsidR="001A559F" w:rsidRPr="002635E5" w:rsidRDefault="003561B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1,79</w:t>
            </w:r>
          </w:p>
        </w:tc>
      </w:tr>
      <w:tr w:rsidR="003561B7" w:rsidRPr="002635E5" w14:paraId="62A2DA34" w14:textId="77777777" w:rsidTr="00F66C89">
        <w:trPr>
          <w:jc w:val="center"/>
        </w:trPr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74BD40" w14:textId="7AC95933" w:rsidR="003561B7" w:rsidRPr="002635E5" w:rsidRDefault="003561B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B</w:t>
            </w:r>
          </w:p>
        </w:tc>
        <w:tc>
          <w:tcPr>
            <w:tcW w:w="737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8D15E4" w14:textId="5AC2101D" w:rsidR="003561B7" w:rsidRPr="002635E5" w:rsidRDefault="003561B7">
            <w:pPr>
              <w:rPr>
                <w:rFonts w:ascii="Aptos Narrow" w:hAnsi="Aptos Narrow"/>
                <w:sz w:val="24"/>
                <w:szCs w:val="24"/>
              </w:rPr>
            </w:pPr>
            <w:proofErr w:type="spellStart"/>
            <w:r>
              <w:rPr>
                <w:rFonts w:ascii="Aptos Narrow" w:hAnsi="Aptos Narrow"/>
                <w:sz w:val="24"/>
                <w:szCs w:val="24"/>
              </w:rPr>
              <w:t>Frizerske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kozmetičke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djelatnosti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uljepšavanja</w:t>
            </w:r>
            <w:proofErr w:type="spellEnd"/>
          </w:p>
        </w:tc>
        <w:tc>
          <w:tcPr>
            <w:tcW w:w="130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8DBD46" w14:textId="12A728C5" w:rsidR="003561B7" w:rsidRPr="002635E5" w:rsidRDefault="003561B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1,51</w:t>
            </w:r>
          </w:p>
        </w:tc>
      </w:tr>
      <w:tr w:rsidR="001A559F" w:rsidRPr="002635E5" w14:paraId="61C48832" w14:textId="77777777" w:rsidTr="00F66C89">
        <w:trPr>
          <w:jc w:val="center"/>
        </w:trPr>
        <w:tc>
          <w:tcPr>
            <w:tcW w:w="964" w:type="dxa"/>
            <w:shd w:val="clear" w:color="auto" w:fill="EDF2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53DF45" w14:textId="19700665" w:rsidR="001A559F" w:rsidRPr="002635E5" w:rsidRDefault="003561B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lastRenderedPageBreak/>
              <w:t>C</w:t>
            </w:r>
          </w:p>
        </w:tc>
        <w:tc>
          <w:tcPr>
            <w:tcW w:w="7370" w:type="dxa"/>
            <w:shd w:val="clear" w:color="auto" w:fill="EDF2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A90C0B" w14:textId="4AA10417" w:rsidR="001A559F" w:rsidRPr="002635E5" w:rsidRDefault="003561B7">
            <w:pPr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 xml:space="preserve">Banke,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lutrija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osiguranje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igre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na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sreću</w:t>
            </w:r>
            <w:proofErr w:type="spellEnd"/>
          </w:p>
        </w:tc>
        <w:tc>
          <w:tcPr>
            <w:tcW w:w="1304" w:type="dxa"/>
            <w:shd w:val="clear" w:color="auto" w:fill="EDF2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3FE1C1" w14:textId="1C981BF2" w:rsidR="001A559F" w:rsidRPr="002635E5" w:rsidRDefault="003561B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1,00</w:t>
            </w:r>
          </w:p>
        </w:tc>
      </w:tr>
      <w:tr w:rsidR="001A559F" w:rsidRPr="002635E5" w14:paraId="0AEE47BC" w14:textId="77777777" w:rsidTr="00F66C89">
        <w:trPr>
          <w:jc w:val="center"/>
        </w:trPr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A9D342" w14:textId="79B216BF" w:rsidR="001A559F" w:rsidRPr="002635E5" w:rsidRDefault="003561B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D</w:t>
            </w:r>
          </w:p>
        </w:tc>
        <w:tc>
          <w:tcPr>
            <w:tcW w:w="737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D1A76CC" w14:textId="5C70EB79" w:rsidR="001A559F" w:rsidRPr="002635E5" w:rsidRDefault="003561B7">
            <w:pPr>
              <w:rPr>
                <w:rFonts w:ascii="Aptos Narrow" w:hAnsi="Aptos Narrow"/>
                <w:sz w:val="24"/>
                <w:szCs w:val="24"/>
              </w:rPr>
            </w:pPr>
            <w:proofErr w:type="spellStart"/>
            <w:r>
              <w:rPr>
                <w:rFonts w:ascii="Aptos Narrow" w:hAnsi="Aptos Narrow"/>
                <w:sz w:val="24"/>
                <w:szCs w:val="24"/>
              </w:rPr>
              <w:t>Trgovina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hranom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mješovitom</w:t>
            </w:r>
            <w:proofErr w:type="spellEnd"/>
            <w:r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 Narrow" w:hAnsi="Aptos Narrow"/>
                <w:sz w:val="24"/>
                <w:szCs w:val="24"/>
              </w:rPr>
              <w:t>robom</w:t>
            </w:r>
            <w:proofErr w:type="spellEnd"/>
          </w:p>
        </w:tc>
        <w:tc>
          <w:tcPr>
            <w:tcW w:w="130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4C5890" w14:textId="238124EC" w:rsidR="001A559F" w:rsidRPr="002635E5" w:rsidRDefault="003561B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0,95</w:t>
            </w:r>
          </w:p>
        </w:tc>
      </w:tr>
      <w:tr w:rsidR="001A559F" w:rsidRPr="002635E5" w14:paraId="755CB598" w14:textId="77777777" w:rsidTr="00F66C89">
        <w:trPr>
          <w:jc w:val="center"/>
        </w:trPr>
        <w:tc>
          <w:tcPr>
            <w:tcW w:w="964" w:type="dxa"/>
            <w:shd w:val="clear" w:color="auto" w:fill="EDF2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42AC58" w14:textId="401F9738" w:rsidR="001A559F" w:rsidRPr="002635E5" w:rsidRDefault="003561B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E</w:t>
            </w:r>
          </w:p>
        </w:tc>
        <w:tc>
          <w:tcPr>
            <w:tcW w:w="7370" w:type="dxa"/>
            <w:shd w:val="clear" w:color="auto" w:fill="EDF2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DA9CE4" w14:textId="0490A8EB" w:rsidR="001A559F" w:rsidRPr="002635E5" w:rsidRDefault="00000000">
            <w:pPr>
              <w:rPr>
                <w:rFonts w:ascii="Aptos Narrow" w:hAnsi="Aptos Narrow"/>
                <w:sz w:val="24"/>
                <w:szCs w:val="24"/>
              </w:rPr>
            </w:pP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Cvjećarnice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,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uredske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,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računovodstvene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,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administrativne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,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obrtničke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i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druge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uslužne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djelatnosti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koje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nisu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svrstane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u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drugu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skupinu</w:t>
            </w:r>
            <w:proofErr w:type="spellEnd"/>
            <w:r w:rsidR="003561B7">
              <w:rPr>
                <w:rFonts w:ascii="Aptos Narrow" w:hAnsi="Aptos Narrow"/>
                <w:sz w:val="24"/>
                <w:szCs w:val="24"/>
              </w:rPr>
              <w:t xml:space="preserve">, </w:t>
            </w:r>
            <w:proofErr w:type="spellStart"/>
            <w:r w:rsidR="003561B7">
              <w:rPr>
                <w:rFonts w:ascii="Aptos Narrow" w:hAnsi="Aptos Narrow"/>
                <w:sz w:val="24"/>
                <w:szCs w:val="24"/>
              </w:rPr>
              <w:t>trgovina</w:t>
            </w:r>
            <w:proofErr w:type="spellEnd"/>
            <w:r w:rsidR="003561B7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="003561B7">
              <w:rPr>
                <w:rFonts w:ascii="Aptos Narrow" w:hAnsi="Aptos Narrow"/>
                <w:sz w:val="24"/>
                <w:szCs w:val="24"/>
              </w:rPr>
              <w:t>odjećom</w:t>
            </w:r>
            <w:proofErr w:type="spellEnd"/>
            <w:r w:rsidR="003561B7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="003561B7">
              <w:rPr>
                <w:rFonts w:ascii="Aptos Narrow" w:hAnsi="Aptos Narrow"/>
                <w:sz w:val="24"/>
                <w:szCs w:val="24"/>
              </w:rPr>
              <w:t>i</w:t>
            </w:r>
            <w:proofErr w:type="spellEnd"/>
            <w:r w:rsidR="003561B7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="003561B7">
              <w:rPr>
                <w:rFonts w:ascii="Aptos Narrow" w:hAnsi="Aptos Narrow"/>
                <w:sz w:val="24"/>
                <w:szCs w:val="24"/>
              </w:rPr>
              <w:t>obućom</w:t>
            </w:r>
            <w:proofErr w:type="spellEnd"/>
          </w:p>
        </w:tc>
        <w:tc>
          <w:tcPr>
            <w:tcW w:w="1304" w:type="dxa"/>
            <w:shd w:val="clear" w:color="auto" w:fill="EDF2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C1801E" w14:textId="1C3BAF7E" w:rsidR="001A559F" w:rsidRPr="002635E5" w:rsidRDefault="003561B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0,88</w:t>
            </w:r>
          </w:p>
        </w:tc>
      </w:tr>
      <w:tr w:rsidR="001A559F" w:rsidRPr="002635E5" w14:paraId="4A4EF5A7" w14:textId="77777777" w:rsidTr="00F66C89">
        <w:trPr>
          <w:jc w:val="center"/>
        </w:trPr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AF8FFE" w14:textId="16F926AC" w:rsidR="001A559F" w:rsidRPr="002635E5" w:rsidRDefault="003561B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sz w:val="24"/>
                <w:szCs w:val="24"/>
              </w:rPr>
              <w:t>F</w:t>
            </w:r>
          </w:p>
        </w:tc>
        <w:tc>
          <w:tcPr>
            <w:tcW w:w="737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33BBD8" w14:textId="77777777" w:rsidR="001A559F" w:rsidRPr="002635E5" w:rsidRDefault="00000000">
            <w:pPr>
              <w:rPr>
                <w:rFonts w:ascii="Aptos Narrow" w:hAnsi="Aptos Narrow"/>
                <w:sz w:val="24"/>
                <w:szCs w:val="24"/>
              </w:rPr>
            </w:pP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Tradicionalni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ili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deficitarni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obrti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te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djelatnosti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od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posebnoga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javnog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interesa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za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Općinu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,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određene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aktom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Općinskog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vijeća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ili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natječajem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na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temelju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takva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akta</w:t>
            </w:r>
            <w:proofErr w:type="spellEnd"/>
          </w:p>
        </w:tc>
        <w:tc>
          <w:tcPr>
            <w:tcW w:w="130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BA2CA1" w14:textId="77777777" w:rsidR="001A559F" w:rsidRPr="002635E5" w:rsidRDefault="00000000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>0,65</w:t>
            </w:r>
          </w:p>
        </w:tc>
      </w:tr>
    </w:tbl>
    <w:p w14:paraId="2277AF99" w14:textId="77777777" w:rsidR="00F66C89" w:rsidRPr="002635E5" w:rsidRDefault="00F66C89" w:rsidP="00F66C89">
      <w:pPr>
        <w:pStyle w:val="Article"/>
        <w:pageBreakBefore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lastRenderedPageBreak/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40.</w:t>
      </w:r>
    </w:p>
    <w:p w14:paraId="64983E3F" w14:textId="77777777" w:rsidR="00F66C89" w:rsidRPr="002635E5" w:rsidRDefault="00F66C89" w:rsidP="00F66C89">
      <w:pPr>
        <w:pStyle w:val="Body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Koeficijent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površine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iznosi</w:t>
      </w:r>
      <w:proofErr w:type="spellEnd"/>
      <w:r w:rsidRPr="002635E5">
        <w:rPr>
          <w:rFonts w:ascii="Aptos Narrow" w:hAnsi="Aptos Narrow"/>
          <w:sz w:val="24"/>
          <w:szCs w:val="24"/>
        </w:rPr>
        <w:t>: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5953"/>
        <w:gridCol w:w="2268"/>
      </w:tblGrid>
      <w:tr w:rsidR="00F66C89" w:rsidRPr="002635E5" w14:paraId="745B4220" w14:textId="77777777" w:rsidTr="00936297">
        <w:trPr>
          <w:tblHeader/>
          <w:jc w:val="center"/>
        </w:trPr>
        <w:tc>
          <w:tcPr>
            <w:tcW w:w="1417" w:type="dxa"/>
            <w:shd w:val="clear" w:color="auto" w:fill="38536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98E388" w14:textId="77777777" w:rsidR="00F66C89" w:rsidRPr="002635E5" w:rsidRDefault="00F66C89" w:rsidP="0093629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proofErr w:type="spellStart"/>
            <w:r w:rsidRPr="002635E5">
              <w:rPr>
                <w:rFonts w:ascii="Aptos Narrow" w:hAnsi="Aptos Narrow"/>
                <w:b/>
                <w:color w:val="FFFFFF"/>
                <w:sz w:val="24"/>
                <w:szCs w:val="24"/>
              </w:rPr>
              <w:t>Skupina</w:t>
            </w:r>
            <w:proofErr w:type="spellEnd"/>
          </w:p>
        </w:tc>
        <w:tc>
          <w:tcPr>
            <w:tcW w:w="5953" w:type="dxa"/>
            <w:shd w:val="clear" w:color="auto" w:fill="38536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5DC0C7" w14:textId="77777777" w:rsidR="00F66C89" w:rsidRPr="002635E5" w:rsidRDefault="00F66C89" w:rsidP="0093629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proofErr w:type="spellStart"/>
            <w:r w:rsidRPr="002635E5">
              <w:rPr>
                <w:rFonts w:ascii="Aptos Narrow" w:hAnsi="Aptos Narrow"/>
                <w:b/>
                <w:color w:val="FFFFFF"/>
                <w:sz w:val="24"/>
                <w:szCs w:val="24"/>
              </w:rPr>
              <w:t>Korisna</w:t>
            </w:r>
            <w:proofErr w:type="spellEnd"/>
            <w:r w:rsidRPr="002635E5">
              <w:rPr>
                <w:rFonts w:ascii="Aptos Narrow" w:hAnsi="Aptos Narrow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b/>
                <w:color w:val="FFFFFF"/>
                <w:sz w:val="24"/>
                <w:szCs w:val="24"/>
              </w:rPr>
              <w:t>površina</w:t>
            </w:r>
            <w:proofErr w:type="spellEnd"/>
          </w:p>
        </w:tc>
        <w:tc>
          <w:tcPr>
            <w:tcW w:w="2268" w:type="dxa"/>
            <w:shd w:val="clear" w:color="auto" w:fill="38536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B99379" w14:textId="1E116143" w:rsidR="00F66C89" w:rsidRPr="002635E5" w:rsidRDefault="00F66C89" w:rsidP="0093629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</w:p>
        </w:tc>
      </w:tr>
      <w:tr w:rsidR="00F66C89" w:rsidRPr="002635E5" w14:paraId="55D0F203" w14:textId="77777777" w:rsidTr="00936297">
        <w:trPr>
          <w:jc w:val="center"/>
        </w:trPr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04B62A" w14:textId="77777777" w:rsidR="00F66C89" w:rsidRPr="002635E5" w:rsidRDefault="00F66C89" w:rsidP="0093629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>1</w:t>
            </w:r>
          </w:p>
        </w:tc>
        <w:tc>
          <w:tcPr>
            <w:tcW w:w="59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CD62DF" w14:textId="77777777" w:rsidR="00F66C89" w:rsidRPr="002635E5" w:rsidRDefault="00F66C89" w:rsidP="00936297">
            <w:pPr>
              <w:rPr>
                <w:rFonts w:ascii="Aptos Narrow" w:hAnsi="Aptos Narrow"/>
                <w:sz w:val="24"/>
                <w:szCs w:val="24"/>
              </w:rPr>
            </w:pP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do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uključivo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50,00 m²</w:t>
            </w:r>
          </w:p>
        </w:tc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56B0FE" w14:textId="77777777" w:rsidR="00F66C89" w:rsidRPr="002635E5" w:rsidRDefault="00F66C89" w:rsidP="0093629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>1,00</w:t>
            </w:r>
          </w:p>
        </w:tc>
      </w:tr>
      <w:tr w:rsidR="00F66C89" w:rsidRPr="002635E5" w14:paraId="04246A16" w14:textId="77777777" w:rsidTr="00936297">
        <w:trPr>
          <w:jc w:val="center"/>
        </w:trPr>
        <w:tc>
          <w:tcPr>
            <w:tcW w:w="1417" w:type="dxa"/>
            <w:shd w:val="clear" w:color="auto" w:fill="EDF2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E152F4" w14:textId="77777777" w:rsidR="00F66C89" w:rsidRPr="002635E5" w:rsidRDefault="00F66C89" w:rsidP="0093629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>2</w:t>
            </w:r>
          </w:p>
        </w:tc>
        <w:tc>
          <w:tcPr>
            <w:tcW w:w="5953" w:type="dxa"/>
            <w:shd w:val="clear" w:color="auto" w:fill="EDF2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3829C4" w14:textId="77777777" w:rsidR="00F66C89" w:rsidRPr="002635E5" w:rsidRDefault="00F66C89" w:rsidP="00936297">
            <w:pPr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 xml:space="preserve">od 50,01 m² do </w:t>
            </w: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uključivo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100,00 m²</w:t>
            </w:r>
          </w:p>
        </w:tc>
        <w:tc>
          <w:tcPr>
            <w:tcW w:w="2268" w:type="dxa"/>
            <w:shd w:val="clear" w:color="auto" w:fill="EDF2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A716D9" w14:textId="77777777" w:rsidR="00F66C89" w:rsidRPr="002635E5" w:rsidRDefault="00F66C89" w:rsidP="0093629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>0,95</w:t>
            </w:r>
          </w:p>
        </w:tc>
      </w:tr>
      <w:tr w:rsidR="00F66C89" w:rsidRPr="002635E5" w14:paraId="57DC6293" w14:textId="77777777" w:rsidTr="00936297">
        <w:trPr>
          <w:jc w:val="center"/>
        </w:trPr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068D29" w14:textId="77777777" w:rsidR="00F66C89" w:rsidRPr="002635E5" w:rsidRDefault="00F66C89" w:rsidP="0093629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>3</w:t>
            </w:r>
          </w:p>
        </w:tc>
        <w:tc>
          <w:tcPr>
            <w:tcW w:w="59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621618" w14:textId="77777777" w:rsidR="00F66C89" w:rsidRPr="002635E5" w:rsidRDefault="00F66C89" w:rsidP="00936297">
            <w:pPr>
              <w:rPr>
                <w:rFonts w:ascii="Aptos Narrow" w:hAnsi="Aptos Narrow"/>
                <w:sz w:val="24"/>
                <w:szCs w:val="24"/>
              </w:rPr>
            </w:pPr>
            <w:proofErr w:type="spellStart"/>
            <w:r w:rsidRPr="002635E5">
              <w:rPr>
                <w:rFonts w:ascii="Aptos Narrow" w:hAnsi="Aptos Narrow"/>
                <w:sz w:val="24"/>
                <w:szCs w:val="24"/>
              </w:rPr>
              <w:t>više</w:t>
            </w:r>
            <w:proofErr w:type="spellEnd"/>
            <w:r w:rsidRPr="002635E5">
              <w:rPr>
                <w:rFonts w:ascii="Aptos Narrow" w:hAnsi="Aptos Narrow"/>
                <w:sz w:val="24"/>
                <w:szCs w:val="24"/>
              </w:rPr>
              <w:t xml:space="preserve"> od 100,00 m²</w:t>
            </w:r>
          </w:p>
        </w:tc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F65309" w14:textId="77777777" w:rsidR="00F66C89" w:rsidRPr="002635E5" w:rsidRDefault="00F66C89" w:rsidP="00936297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sz w:val="24"/>
                <w:szCs w:val="24"/>
              </w:rPr>
              <w:t>0,90</w:t>
            </w:r>
          </w:p>
        </w:tc>
      </w:tr>
    </w:tbl>
    <w:p w14:paraId="61C3771E" w14:textId="3DA4450F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</w:t>
      </w:r>
      <w:r w:rsidR="00F66C89">
        <w:rPr>
          <w:rFonts w:ascii="Aptos Narrow" w:hAnsi="Aptos Narrow"/>
          <w:sz w:val="24"/>
          <w:szCs w:val="24"/>
        </w:rPr>
        <w:t>1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22BDA5DF" w14:textId="01A7C8F3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Početna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javnom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niža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</w:t>
      </w:r>
      <w:proofErr w:type="spellStart"/>
      <w:r w:rsidRPr="002635E5">
        <w:rPr>
          <w:rFonts w:ascii="Aptos Narrow" w:hAnsi="Aptos Narrow"/>
          <w:sz w:val="24"/>
          <w:szCs w:val="24"/>
        </w:rPr>
        <w:t>iznosa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izračunanoga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člancima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</w:t>
      </w:r>
      <w:r w:rsidR="002B0229">
        <w:rPr>
          <w:rFonts w:ascii="Aptos Narrow" w:hAnsi="Aptos Narrow"/>
          <w:sz w:val="24"/>
          <w:szCs w:val="24"/>
        </w:rPr>
        <w:t>8</w:t>
      </w:r>
      <w:r w:rsidRPr="002635E5">
        <w:rPr>
          <w:rFonts w:ascii="Aptos Narrow" w:hAnsi="Aptos Narrow"/>
          <w:sz w:val="24"/>
          <w:szCs w:val="24"/>
        </w:rPr>
        <w:t xml:space="preserve">. </w:t>
      </w:r>
      <w:proofErr w:type="spellStart"/>
      <w:r w:rsidRPr="002635E5">
        <w:rPr>
          <w:rFonts w:ascii="Aptos Narrow" w:hAnsi="Aptos Narrow"/>
          <w:sz w:val="24"/>
          <w:szCs w:val="24"/>
        </w:rPr>
        <w:t>do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41. </w:t>
      </w:r>
      <w:proofErr w:type="spellStart"/>
      <w:r w:rsidRPr="002635E5">
        <w:rPr>
          <w:rFonts w:ascii="Aptos Narrow" w:hAnsi="Aptos Narrow"/>
          <w:sz w:val="24"/>
          <w:szCs w:val="24"/>
        </w:rPr>
        <w:t>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0912C09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Ugovorena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jest </w:t>
      </w:r>
      <w:proofErr w:type="spellStart"/>
      <w:r w:rsidRPr="002635E5">
        <w:rPr>
          <w:rFonts w:ascii="Aptos Narrow" w:hAnsi="Aptos Narrow"/>
          <w:sz w:val="24"/>
          <w:szCs w:val="24"/>
        </w:rPr>
        <w:t>najviši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ponude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odabrane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postupku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utvrđen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se </w:t>
      </w:r>
      <w:proofErr w:type="spellStart"/>
      <w:r w:rsidRPr="002635E5">
        <w:rPr>
          <w:rFonts w:ascii="Aptos Narrow" w:hAnsi="Aptos Narrow"/>
          <w:sz w:val="24"/>
          <w:szCs w:val="24"/>
        </w:rPr>
        <w:t>sklapa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</w:t>
      </w:r>
      <w:proofErr w:type="spellStart"/>
      <w:r w:rsidRPr="002635E5">
        <w:rPr>
          <w:rFonts w:ascii="Aptos Narrow" w:hAnsi="Aptos Narrow"/>
          <w:sz w:val="24"/>
          <w:szCs w:val="24"/>
        </w:rPr>
        <w:t>javnoga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C532EC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Ako se u </w:t>
      </w:r>
      <w:proofErr w:type="spellStart"/>
      <w:r w:rsidRPr="002635E5">
        <w:rPr>
          <w:rFonts w:ascii="Aptos Narrow" w:hAnsi="Aptos Narrow"/>
          <w:sz w:val="24"/>
          <w:szCs w:val="24"/>
        </w:rPr>
        <w:t>prostoru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obavlja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više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primjenjuje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koeficijent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zauzima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najveći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dio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površine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ostvaruje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pretežiti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prihod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Ako to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moguće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pouzdano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utvrditi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primjenjuje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najviši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koeficijent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među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obavljati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E37975C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(4) O </w:t>
      </w:r>
      <w:proofErr w:type="spellStart"/>
      <w:r w:rsidRPr="002635E5">
        <w:rPr>
          <w:rFonts w:ascii="Aptos Narrow" w:hAnsi="Aptos Narrow"/>
          <w:sz w:val="24"/>
          <w:szCs w:val="24"/>
        </w:rPr>
        <w:t>razvrstavanju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izrijekom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navedena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odlučuje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Načelnik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njezinoj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prirodi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usporedivoj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skupini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obrazloženje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5B68E4C" w14:textId="36D678FA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</w:t>
      </w:r>
      <w:r w:rsidR="00F66C89">
        <w:rPr>
          <w:rFonts w:ascii="Aptos Narrow" w:hAnsi="Aptos Narrow"/>
          <w:sz w:val="24"/>
          <w:szCs w:val="24"/>
        </w:rPr>
        <w:t>2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177DC657" w14:textId="0A758800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Zakupnina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plaća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mjesečno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unaprijed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najkasnije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do </w:t>
      </w:r>
      <w:proofErr w:type="spellStart"/>
      <w:r w:rsidRPr="002635E5">
        <w:rPr>
          <w:rFonts w:ascii="Aptos Narrow" w:hAnsi="Aptos Narrow"/>
          <w:sz w:val="24"/>
          <w:szCs w:val="24"/>
        </w:rPr>
        <w:t>desetoga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dana u </w:t>
      </w:r>
      <w:proofErr w:type="spellStart"/>
      <w:r w:rsidRPr="002635E5">
        <w:rPr>
          <w:rFonts w:ascii="Aptos Narrow" w:hAnsi="Aptos Narrow"/>
          <w:sz w:val="24"/>
          <w:szCs w:val="24"/>
        </w:rPr>
        <w:t>mjesecu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račun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="007914A0">
        <w:rPr>
          <w:rFonts w:ascii="Aptos Narrow" w:hAnsi="Aptos Narrow"/>
          <w:sz w:val="24"/>
          <w:szCs w:val="24"/>
        </w:rPr>
        <w:t>.</w:t>
      </w:r>
    </w:p>
    <w:p w14:paraId="4F2EAB15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Za </w:t>
      </w:r>
      <w:proofErr w:type="spellStart"/>
      <w:r w:rsidRPr="002635E5">
        <w:rPr>
          <w:rFonts w:ascii="Aptos Narrow" w:hAnsi="Aptos Narrow"/>
          <w:sz w:val="24"/>
          <w:szCs w:val="24"/>
        </w:rPr>
        <w:t>zakašnjenje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obračunava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zakonska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zatezna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kamata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</w:t>
      </w:r>
      <w:proofErr w:type="spellStart"/>
      <w:r w:rsidRPr="002635E5">
        <w:rPr>
          <w:rFonts w:ascii="Aptos Narrow" w:hAnsi="Aptos Narrow"/>
          <w:sz w:val="24"/>
          <w:szCs w:val="24"/>
        </w:rPr>
        <w:t>Uplata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najprije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uračunava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troškove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zatim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kamate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pa u </w:t>
      </w:r>
      <w:proofErr w:type="spellStart"/>
      <w:r w:rsidRPr="002635E5">
        <w:rPr>
          <w:rFonts w:ascii="Aptos Narrow" w:hAnsi="Aptos Narrow"/>
          <w:sz w:val="24"/>
          <w:szCs w:val="24"/>
        </w:rPr>
        <w:t>najstariju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glavnicu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mjerodavni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nalaže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drukčije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4C66164D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Promjena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iznosa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zbog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promjene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dopuštene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površine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kriterija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uređuje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dodatkom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kada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Zakon </w:t>
      </w:r>
      <w:proofErr w:type="spellStart"/>
      <w:r w:rsidRPr="002635E5">
        <w:rPr>
          <w:rFonts w:ascii="Aptos Narrow" w:hAnsi="Aptos Narrow"/>
          <w:sz w:val="24"/>
          <w:szCs w:val="24"/>
        </w:rPr>
        <w:t>neposredno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drugačije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372615E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(4)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plaća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PDV, </w:t>
      </w:r>
      <w:proofErr w:type="spellStart"/>
      <w:r w:rsidRPr="002635E5">
        <w:rPr>
          <w:rFonts w:ascii="Aptos Narrow" w:hAnsi="Aptos Narrow"/>
          <w:sz w:val="24"/>
          <w:szCs w:val="24"/>
        </w:rPr>
        <w:t>režijske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troškove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naknade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troškove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zajedničke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potrošnje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troškove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korištenja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60DFB02" w14:textId="4232EDF0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</w:t>
      </w:r>
      <w:r w:rsidR="00ED3AA3">
        <w:rPr>
          <w:rFonts w:ascii="Aptos Narrow" w:hAnsi="Aptos Narrow"/>
          <w:sz w:val="24"/>
          <w:szCs w:val="24"/>
        </w:rPr>
        <w:t>3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71636DD7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dužan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plaćati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kojem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mogao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koristiti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zbog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izvodi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čije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izvođenje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odgovorna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pod </w:t>
      </w:r>
      <w:proofErr w:type="spellStart"/>
      <w:r w:rsidRPr="002635E5">
        <w:rPr>
          <w:rFonts w:ascii="Aptos Narrow" w:hAnsi="Aptos Narrow"/>
          <w:sz w:val="24"/>
          <w:szCs w:val="24"/>
        </w:rPr>
        <w:t>uvjetima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Zakonom.</w:t>
      </w:r>
    </w:p>
    <w:p w14:paraId="0E79C373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U </w:t>
      </w:r>
      <w:proofErr w:type="spellStart"/>
      <w:r w:rsidRPr="002635E5">
        <w:rPr>
          <w:rFonts w:ascii="Aptos Narrow" w:hAnsi="Aptos Narrow"/>
          <w:sz w:val="24"/>
          <w:szCs w:val="24"/>
        </w:rPr>
        <w:t>slučaju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djelomične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ograničenosti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uporabe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zahtijevati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razmjerno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sniženje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dokaz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trajanju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opsegu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ograničenja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04BCD72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U </w:t>
      </w:r>
      <w:proofErr w:type="spellStart"/>
      <w:r w:rsidRPr="002635E5">
        <w:rPr>
          <w:rFonts w:ascii="Aptos Narrow" w:hAnsi="Aptos Narrow"/>
          <w:sz w:val="24"/>
          <w:szCs w:val="24"/>
        </w:rPr>
        <w:t>izvanrednim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okolnostima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bitno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otežavaju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obavljanje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većem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broju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Općinsko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vijeće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posebnom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uvesti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razmjerne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vremenski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ograničene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mjere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odgode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obročne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otplate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smanjenja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u </w:t>
      </w:r>
      <w:proofErr w:type="spellStart"/>
      <w:r w:rsidRPr="002635E5">
        <w:rPr>
          <w:rFonts w:ascii="Aptos Narrow" w:hAnsi="Aptos Narrow"/>
          <w:sz w:val="24"/>
          <w:szCs w:val="24"/>
        </w:rPr>
        <w:t>skladu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 </w:t>
      </w:r>
      <w:proofErr w:type="spellStart"/>
      <w:r w:rsidRPr="002635E5">
        <w:rPr>
          <w:rFonts w:ascii="Aptos Narrow" w:hAnsi="Aptos Narrow"/>
          <w:sz w:val="24"/>
          <w:szCs w:val="24"/>
        </w:rPr>
        <w:t>pravilima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državnim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potporama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mjerodavnim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propisima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71570DF" w14:textId="1EF6415F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lastRenderedPageBreak/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</w:t>
      </w:r>
      <w:r w:rsidR="00646976">
        <w:rPr>
          <w:rFonts w:ascii="Aptos Narrow" w:hAnsi="Aptos Narrow"/>
          <w:sz w:val="24"/>
          <w:szCs w:val="24"/>
        </w:rPr>
        <w:t>4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7C97E88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izvoditi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preinake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ulaganja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samo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prethodnu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pisanu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suglasnost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Načelnika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ishođenje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potrebnih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dozvola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AC1B613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davanja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suglasnosti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utvrđuju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opseg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procijenjena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vrijednost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rok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izvođenja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nadzor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vlasništvo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ugrađene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opreme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način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amortizacije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eventualno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priznavanje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ulaganja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O tome se </w:t>
      </w:r>
      <w:proofErr w:type="spellStart"/>
      <w:r w:rsidRPr="002635E5">
        <w:rPr>
          <w:rFonts w:ascii="Aptos Narrow" w:hAnsi="Aptos Narrow"/>
          <w:sz w:val="24"/>
          <w:szCs w:val="24"/>
        </w:rPr>
        <w:t>sklapa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poseban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dodatak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472E81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Bez </w:t>
      </w:r>
      <w:proofErr w:type="spellStart"/>
      <w:r w:rsidRPr="002635E5">
        <w:rPr>
          <w:rFonts w:ascii="Aptos Narrow" w:hAnsi="Aptos Narrow"/>
          <w:sz w:val="24"/>
          <w:szCs w:val="24"/>
        </w:rPr>
        <w:t>posebne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pisane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pogodbe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ulaganja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prebiti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zahtijevati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povrat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uloženoga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nužnih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troškova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bila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dužna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snositi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Zakonu.</w:t>
      </w:r>
    </w:p>
    <w:p w14:paraId="673FB258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(4) </w:t>
      </w:r>
      <w:proofErr w:type="spellStart"/>
      <w:r w:rsidRPr="002635E5">
        <w:rPr>
          <w:rFonts w:ascii="Aptos Narrow" w:hAnsi="Aptos Narrow"/>
          <w:sz w:val="24"/>
          <w:szCs w:val="24"/>
        </w:rPr>
        <w:t>Ulaganje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već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priznato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kroz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umanjenu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ponovno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priznati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kupoprodaji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osnovi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1A9C5F2" w14:textId="77777777" w:rsidR="001A559F" w:rsidRPr="002635E5" w:rsidRDefault="00000000">
      <w:pPr>
        <w:pStyle w:val="Chapter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>VI. PRAVA I OBVEZE UGOVORNIH STRANA</w:t>
      </w:r>
    </w:p>
    <w:p w14:paraId="391B7E93" w14:textId="16D08E6E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</w:t>
      </w:r>
      <w:r w:rsidR="00607138">
        <w:rPr>
          <w:rFonts w:ascii="Aptos Narrow" w:hAnsi="Aptos Narrow"/>
          <w:sz w:val="24"/>
          <w:szCs w:val="24"/>
        </w:rPr>
        <w:t>5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6ED3A6F0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dužna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stanju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pogodnom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ugovorenu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ugovoreno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</w:t>
      </w:r>
      <w:proofErr w:type="spellStart"/>
      <w:r w:rsidRPr="002635E5">
        <w:rPr>
          <w:rFonts w:ascii="Aptos Narrow" w:hAnsi="Aptos Narrow"/>
          <w:sz w:val="24"/>
          <w:szCs w:val="24"/>
        </w:rPr>
        <w:t>određene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izvodi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48B847B6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Ako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ugovorenom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uključujući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zahtijevati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otklanjanje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nedostataka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razmjerno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sniženje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raskid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kada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to </w:t>
      </w:r>
      <w:proofErr w:type="spellStart"/>
      <w:r w:rsidRPr="002635E5">
        <w:rPr>
          <w:rFonts w:ascii="Aptos Narrow" w:hAnsi="Aptos Narrow"/>
          <w:sz w:val="24"/>
          <w:szCs w:val="24"/>
        </w:rPr>
        <w:t>ispunjene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pretpostavke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0A3FB24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odgovara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materijalne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nedostatke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opsegu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ugovorom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DE66EBF" w14:textId="1EC2C5CD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</w:t>
      </w:r>
      <w:r w:rsidR="00607138">
        <w:rPr>
          <w:rFonts w:ascii="Aptos Narrow" w:hAnsi="Aptos Narrow"/>
          <w:sz w:val="24"/>
          <w:szCs w:val="24"/>
        </w:rPr>
        <w:t>6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5C33409E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dužan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koristiti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pažnjom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dobroga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gospodarstvenika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isključivo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ugovorenu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održavati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ga </w:t>
      </w:r>
      <w:proofErr w:type="spellStart"/>
      <w:r w:rsidRPr="002635E5">
        <w:rPr>
          <w:rFonts w:ascii="Aptos Narrow" w:hAnsi="Aptos Narrow"/>
          <w:sz w:val="24"/>
          <w:szCs w:val="24"/>
        </w:rPr>
        <w:t>urednim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sigurnim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poštovati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kućni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red, </w:t>
      </w:r>
      <w:proofErr w:type="spellStart"/>
      <w:r w:rsidRPr="002635E5">
        <w:rPr>
          <w:rFonts w:ascii="Aptos Narrow" w:hAnsi="Aptos Narrow"/>
          <w:sz w:val="24"/>
          <w:szCs w:val="24"/>
        </w:rPr>
        <w:t>komunalne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korisnika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542E62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dužan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vlastitom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trošku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ishoditi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održavati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dozvole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minimalne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tehničke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uvjete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odobrenja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potrebna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obavljanje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</w:t>
      </w:r>
      <w:proofErr w:type="spellStart"/>
      <w:r w:rsidRPr="002635E5">
        <w:rPr>
          <w:rFonts w:ascii="Aptos Narrow" w:hAnsi="Aptos Narrow"/>
          <w:sz w:val="24"/>
          <w:szCs w:val="24"/>
        </w:rPr>
        <w:t>Nemogućnost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njihova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ishođenja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oslobađa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ga </w:t>
      </w:r>
      <w:proofErr w:type="spellStart"/>
      <w:r w:rsidRPr="002635E5">
        <w:rPr>
          <w:rFonts w:ascii="Aptos Narrow" w:hAnsi="Aptos Narrow"/>
          <w:sz w:val="24"/>
          <w:szCs w:val="24"/>
        </w:rPr>
        <w:t>ugovornih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uzrok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strani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2856B6B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mora </w:t>
      </w:r>
      <w:proofErr w:type="spellStart"/>
      <w:r w:rsidRPr="002635E5">
        <w:rPr>
          <w:rFonts w:ascii="Aptos Narrow" w:hAnsi="Aptos Narrow"/>
          <w:sz w:val="24"/>
          <w:szCs w:val="24"/>
        </w:rPr>
        <w:t>započeti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obavljati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redovito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koristiti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tijekom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opravdanih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prekida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kojima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prethodno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obavijestio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Općinu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376D99D" w14:textId="5B560F81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</w:t>
      </w:r>
      <w:r w:rsidR="00607138">
        <w:rPr>
          <w:rFonts w:ascii="Aptos Narrow" w:hAnsi="Aptos Narrow"/>
          <w:sz w:val="24"/>
          <w:szCs w:val="24"/>
        </w:rPr>
        <w:t>7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71872B88" w14:textId="6ABDA84C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snosi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troškove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tekućega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održavanja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čišćenja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sitnih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popravaka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zamjene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potrošnih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dijelova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štete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prouzroči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on, </w:t>
      </w:r>
      <w:proofErr w:type="spellStart"/>
      <w:r w:rsidRPr="002635E5">
        <w:rPr>
          <w:rFonts w:ascii="Aptos Narrow" w:hAnsi="Aptos Narrow"/>
          <w:sz w:val="24"/>
          <w:szCs w:val="24"/>
        </w:rPr>
        <w:t>njegovi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zaposlenici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korisnici</w:t>
      </w:r>
      <w:proofErr w:type="spellEnd"/>
      <w:r w:rsidR="00ED427F">
        <w:rPr>
          <w:rFonts w:ascii="Aptos Narrow" w:hAnsi="Aptos Narrow"/>
          <w:sz w:val="24"/>
          <w:szCs w:val="24"/>
        </w:rPr>
        <w:t xml:space="preserve">, </w:t>
      </w:r>
      <w:proofErr w:type="spellStart"/>
      <w:r w:rsidR="00ED427F">
        <w:rPr>
          <w:rFonts w:ascii="Aptos Narrow" w:hAnsi="Aptos Narrow"/>
          <w:sz w:val="24"/>
          <w:szCs w:val="24"/>
        </w:rPr>
        <w:t>stranke</w:t>
      </w:r>
      <w:proofErr w:type="spellEnd"/>
      <w:r w:rsidR="00ED427F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izvođači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99DF5E4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snosi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troškove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investicijskoga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održavanja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konstrukcije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zajedničkih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dijelova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terete </w:t>
      </w:r>
      <w:proofErr w:type="spellStart"/>
      <w:r w:rsidRPr="002635E5">
        <w:rPr>
          <w:rFonts w:ascii="Aptos Narrow" w:hAnsi="Aptos Narrow"/>
          <w:sz w:val="24"/>
          <w:szCs w:val="24"/>
        </w:rPr>
        <w:t>vlasnika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potreba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radovima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nastala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krivnjom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BEF24D6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dužan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</w:t>
      </w:r>
      <w:proofErr w:type="spellStart"/>
      <w:r w:rsidRPr="002635E5">
        <w:rPr>
          <w:rFonts w:ascii="Aptos Narrow" w:hAnsi="Aptos Narrow"/>
          <w:sz w:val="24"/>
          <w:szCs w:val="24"/>
        </w:rPr>
        <w:t>odgode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obavijestiti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kvaru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opasnosti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prouzročiti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štetu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</w:t>
      </w:r>
      <w:proofErr w:type="spellStart"/>
      <w:r w:rsidRPr="002635E5">
        <w:rPr>
          <w:rFonts w:ascii="Aptos Narrow" w:hAnsi="Aptos Narrow"/>
          <w:sz w:val="24"/>
          <w:szCs w:val="24"/>
        </w:rPr>
        <w:t>Odgovara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štetu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nastalu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zbog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zakašnjele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obavijesti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0650CFE" w14:textId="31423AAC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</w:t>
      </w:r>
      <w:r w:rsidR="00607138">
        <w:rPr>
          <w:rFonts w:ascii="Aptos Narrow" w:hAnsi="Aptos Narrow"/>
          <w:sz w:val="24"/>
          <w:szCs w:val="24"/>
        </w:rPr>
        <w:t>8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4FB051CD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smije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</w:t>
      </w:r>
      <w:proofErr w:type="spellStart"/>
      <w:r w:rsidRPr="002635E5">
        <w:rPr>
          <w:rFonts w:ascii="Aptos Narrow" w:hAnsi="Aptos Narrow"/>
          <w:sz w:val="24"/>
          <w:szCs w:val="24"/>
        </w:rPr>
        <w:t>prethodne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pisane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suglasnosti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obavljati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građevinske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instalaterske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preinake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mijenja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konstrukcija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raspored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površina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vanjski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izgled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namjena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A3F0408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lastRenderedPageBreak/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zahtijevati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obustavu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neodobrenih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uspostavu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prijašnjega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trošku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neovisno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pravu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otkaz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naknadu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štete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E8A8997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Za </w:t>
      </w:r>
      <w:proofErr w:type="spellStart"/>
      <w:r w:rsidRPr="002635E5">
        <w:rPr>
          <w:rFonts w:ascii="Aptos Narrow" w:hAnsi="Aptos Narrow"/>
          <w:sz w:val="24"/>
          <w:szCs w:val="24"/>
        </w:rPr>
        <w:t>radove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zaštićenom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kulturnom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dobru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unutar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zaštićene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cjeline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mora </w:t>
      </w:r>
      <w:proofErr w:type="spellStart"/>
      <w:r w:rsidRPr="002635E5">
        <w:rPr>
          <w:rFonts w:ascii="Aptos Narrow" w:hAnsi="Aptos Narrow"/>
          <w:sz w:val="24"/>
          <w:szCs w:val="24"/>
        </w:rPr>
        <w:t>pribaviti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posebna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odobrenja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43CD21CC" w14:textId="5E35644E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r w:rsidR="00607138">
        <w:rPr>
          <w:rFonts w:ascii="Aptos Narrow" w:hAnsi="Aptos Narrow"/>
          <w:sz w:val="24"/>
          <w:szCs w:val="24"/>
        </w:rPr>
        <w:t>49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2F9674F0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vlasništvu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njegov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dio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podzakup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ga po </w:t>
      </w:r>
      <w:proofErr w:type="spellStart"/>
      <w:r w:rsidRPr="002635E5">
        <w:rPr>
          <w:rFonts w:ascii="Aptos Narrow" w:hAnsi="Aptos Narrow"/>
          <w:sz w:val="24"/>
          <w:szCs w:val="24"/>
        </w:rPr>
        <w:t>bilo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osnovi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prepustiti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uporabu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sukorištenje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trećoj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6B7892C" w14:textId="3E7BD1EC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>(</w:t>
      </w:r>
      <w:r w:rsidR="00841E22">
        <w:rPr>
          <w:rFonts w:ascii="Aptos Narrow" w:hAnsi="Aptos Narrow"/>
          <w:sz w:val="24"/>
          <w:szCs w:val="24"/>
        </w:rPr>
        <w:t>2</w:t>
      </w:r>
      <w:r w:rsidRPr="002635E5">
        <w:rPr>
          <w:rFonts w:ascii="Aptos Narrow" w:hAnsi="Aptos Narrow"/>
          <w:sz w:val="24"/>
          <w:szCs w:val="24"/>
        </w:rPr>
        <w:t xml:space="preserve">) U </w:t>
      </w:r>
      <w:proofErr w:type="spellStart"/>
      <w:r w:rsidRPr="002635E5">
        <w:rPr>
          <w:rFonts w:ascii="Aptos Narrow" w:hAnsi="Aptos Narrow"/>
          <w:sz w:val="24"/>
          <w:szCs w:val="24"/>
        </w:rPr>
        <w:t>slučaju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postupanja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protivno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stavku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1. </w:t>
      </w:r>
      <w:proofErr w:type="spellStart"/>
      <w:r w:rsidRPr="002635E5">
        <w:rPr>
          <w:rFonts w:ascii="Aptos Narrow" w:hAnsi="Aptos Narrow"/>
          <w:sz w:val="24"/>
          <w:szCs w:val="24"/>
        </w:rPr>
        <w:t>ovoga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smatra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raskinutim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po </w:t>
      </w:r>
      <w:proofErr w:type="spellStart"/>
      <w:r w:rsidRPr="002635E5">
        <w:rPr>
          <w:rFonts w:ascii="Aptos Narrow" w:hAnsi="Aptos Narrow"/>
          <w:sz w:val="24"/>
          <w:szCs w:val="24"/>
        </w:rPr>
        <w:t>sili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danom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utvrđenja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zabranjenoga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podzakupa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korištenja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sukorištenja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a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kupnju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A1640CA" w14:textId="1866DCEF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5</w:t>
      </w:r>
      <w:r w:rsidR="00607138">
        <w:rPr>
          <w:rFonts w:ascii="Aptos Narrow" w:hAnsi="Aptos Narrow"/>
          <w:sz w:val="24"/>
          <w:szCs w:val="24"/>
        </w:rPr>
        <w:t>0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02C05D21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prethodnu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razumnu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najavu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pregledati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provjere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korištenja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stanja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opreme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mjernih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uređaja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izvršavanja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8C16300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U </w:t>
      </w:r>
      <w:proofErr w:type="spellStart"/>
      <w:r w:rsidRPr="002635E5">
        <w:rPr>
          <w:rFonts w:ascii="Aptos Narrow" w:hAnsi="Aptos Narrow"/>
          <w:sz w:val="24"/>
          <w:szCs w:val="24"/>
        </w:rPr>
        <w:t>hitnom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slučaju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sprječavanja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štete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otklanjanja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neposredne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opasnosti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pristupiti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</w:t>
      </w:r>
      <w:proofErr w:type="spellStart"/>
      <w:r w:rsidRPr="002635E5">
        <w:rPr>
          <w:rFonts w:ascii="Aptos Narrow" w:hAnsi="Aptos Narrow"/>
          <w:sz w:val="24"/>
          <w:szCs w:val="24"/>
        </w:rPr>
        <w:t>prethodne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najave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naknadnu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obavijest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zapisnik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poduzetim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radnjama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DFFD0B2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dužan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omogućiti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održavanja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popravka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obnove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opravdano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izvodi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propisana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9F5F109" w14:textId="6D5981D0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5</w:t>
      </w:r>
      <w:r w:rsidR="00607138">
        <w:rPr>
          <w:rFonts w:ascii="Aptos Narrow" w:hAnsi="Aptos Narrow"/>
          <w:sz w:val="24"/>
          <w:szCs w:val="24"/>
        </w:rPr>
        <w:t>1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6B2CE532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smije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ukloniti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pregradu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ugrađeni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uređaj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instalaciju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dio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je </w:t>
      </w:r>
      <w:proofErr w:type="spellStart"/>
      <w:r w:rsidRPr="002635E5">
        <w:rPr>
          <w:rFonts w:ascii="Aptos Narrow" w:hAnsi="Aptos Narrow"/>
          <w:sz w:val="24"/>
          <w:szCs w:val="24"/>
        </w:rPr>
        <w:t>postao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sastavni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dio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drukčije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pisano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ugovoreno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461A3FA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prestanku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odnijeti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odvojivu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opremu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ugradio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odvoji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</w:t>
      </w:r>
      <w:proofErr w:type="spellStart"/>
      <w:r w:rsidRPr="002635E5">
        <w:rPr>
          <w:rFonts w:ascii="Aptos Narrow" w:hAnsi="Aptos Narrow"/>
          <w:sz w:val="24"/>
          <w:szCs w:val="24"/>
        </w:rPr>
        <w:t>oštećenja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dospjelu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tražbinu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zbog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zadržati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opremu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0DC8E8E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Na </w:t>
      </w:r>
      <w:proofErr w:type="spellStart"/>
      <w:r w:rsidRPr="002635E5">
        <w:rPr>
          <w:rFonts w:ascii="Aptos Narrow" w:hAnsi="Aptos Narrow"/>
          <w:sz w:val="24"/>
          <w:szCs w:val="24"/>
        </w:rPr>
        <w:t>zahtjev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dužan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svojem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trošku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ukloniti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neodobrene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dodatke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vratiti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ugovoreno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stanje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4855A42B" w14:textId="3618649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5</w:t>
      </w:r>
      <w:r w:rsidR="00607138">
        <w:rPr>
          <w:rFonts w:ascii="Aptos Narrow" w:hAnsi="Aptos Narrow"/>
          <w:sz w:val="24"/>
          <w:szCs w:val="24"/>
        </w:rPr>
        <w:t>2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1887E382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dužan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</w:t>
      </w:r>
      <w:proofErr w:type="spellStart"/>
      <w:r w:rsidRPr="002635E5">
        <w:rPr>
          <w:rFonts w:ascii="Aptos Narrow" w:hAnsi="Aptos Narrow"/>
          <w:sz w:val="24"/>
          <w:szCs w:val="24"/>
        </w:rPr>
        <w:t>odgode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prijaviti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promjenu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naziva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sjedišta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prebivališta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osobe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ovlaštene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zastupanje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statusnu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promjenu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prestanak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obrta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otvaranje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predstečajnoga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stečajnoga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postupka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okolnosti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važne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trajanje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izvršavanje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02FBC8F" w14:textId="77777777" w:rsidR="001A559F" w:rsidRPr="002635E5" w:rsidRDefault="00000000">
      <w:pPr>
        <w:pStyle w:val="Chapter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>VII. PRESTANAK ZAKUPA</w:t>
      </w:r>
    </w:p>
    <w:p w14:paraId="3261749F" w14:textId="551B821A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5</w:t>
      </w:r>
      <w:r w:rsidR="002D1C8B">
        <w:rPr>
          <w:rFonts w:ascii="Aptos Narrow" w:hAnsi="Aptos Narrow"/>
          <w:sz w:val="24"/>
          <w:szCs w:val="24"/>
        </w:rPr>
        <w:t>3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5FC3B3DA" w14:textId="386C321D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prestaje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istekom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vremena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sporazumom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otkazom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raskidom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pravomoćnošću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povratu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prijašnjem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vlasniku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kada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primjenjivo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drugim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slučajevima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ugovorom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1D7A5F5" w14:textId="0BBB5B76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5</w:t>
      </w:r>
      <w:r w:rsidR="002D1C8B">
        <w:rPr>
          <w:rFonts w:ascii="Aptos Narrow" w:hAnsi="Aptos Narrow"/>
          <w:sz w:val="24"/>
          <w:szCs w:val="24"/>
        </w:rPr>
        <w:t>4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79069A31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otkazati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svako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doba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bez </w:t>
      </w:r>
      <w:proofErr w:type="spellStart"/>
      <w:r w:rsidRPr="002635E5">
        <w:rPr>
          <w:rFonts w:ascii="Aptos Narrow" w:hAnsi="Aptos Narrow"/>
          <w:sz w:val="24"/>
          <w:szCs w:val="24"/>
        </w:rPr>
        <w:t>obzira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trajanje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nakon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pisane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opomene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>:</w:t>
      </w:r>
    </w:p>
    <w:p w14:paraId="0D56431D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lastRenderedPageBreak/>
        <w:t>koristi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protivno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nanosi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mu </w:t>
      </w:r>
      <w:proofErr w:type="spellStart"/>
      <w:r w:rsidRPr="002635E5">
        <w:rPr>
          <w:rFonts w:ascii="Aptos Narrow" w:hAnsi="Aptos Narrow"/>
          <w:sz w:val="24"/>
          <w:szCs w:val="24"/>
        </w:rPr>
        <w:t>znatniju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štetu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ga </w:t>
      </w:r>
      <w:proofErr w:type="spellStart"/>
      <w:r w:rsidRPr="002635E5">
        <w:rPr>
          <w:rFonts w:ascii="Aptos Narrow" w:hAnsi="Aptos Narrow"/>
          <w:sz w:val="24"/>
          <w:szCs w:val="24"/>
        </w:rPr>
        <w:t>koristi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</w:t>
      </w:r>
      <w:proofErr w:type="spellStart"/>
      <w:r w:rsidRPr="002635E5">
        <w:rPr>
          <w:rFonts w:ascii="Aptos Narrow" w:hAnsi="Aptos Narrow"/>
          <w:sz w:val="24"/>
          <w:szCs w:val="24"/>
        </w:rPr>
        <w:t>dužne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pažnje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41596602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ne </w:t>
      </w:r>
      <w:proofErr w:type="spellStart"/>
      <w:r w:rsidRPr="002635E5">
        <w:rPr>
          <w:rFonts w:ascii="Aptos Narrow" w:hAnsi="Aptos Narrow"/>
          <w:sz w:val="24"/>
          <w:szCs w:val="24"/>
        </w:rPr>
        <w:t>plati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dospjelu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trošak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15 dana od </w:t>
      </w:r>
      <w:proofErr w:type="spellStart"/>
      <w:r w:rsidRPr="002635E5">
        <w:rPr>
          <w:rFonts w:ascii="Aptos Narrow" w:hAnsi="Aptos Narrow"/>
          <w:sz w:val="24"/>
          <w:szCs w:val="24"/>
        </w:rPr>
        <w:t>dostave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pisane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opomene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1DAB3697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ne </w:t>
      </w:r>
      <w:proofErr w:type="spellStart"/>
      <w:r w:rsidRPr="002635E5">
        <w:rPr>
          <w:rFonts w:ascii="Aptos Narrow" w:hAnsi="Aptos Narrow"/>
          <w:sz w:val="24"/>
          <w:szCs w:val="24"/>
        </w:rPr>
        <w:t>započne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neopravdano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prestane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obavljati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4C5A0CDB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izvede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neodobrene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odbije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uspostaviti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prijašnje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stanje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35AC0AC5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onemogućava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nadzor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izvođenje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nužnih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radova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2425FFE9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ne </w:t>
      </w:r>
      <w:proofErr w:type="spellStart"/>
      <w:r w:rsidRPr="002635E5">
        <w:rPr>
          <w:rFonts w:ascii="Aptos Narrow" w:hAnsi="Aptos Narrow"/>
          <w:sz w:val="24"/>
          <w:szCs w:val="24"/>
        </w:rPr>
        <w:t>dostavi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obnovi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sredstvo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osiguranja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60D7470A" w14:textId="77777777" w:rsidR="001A559F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povrijedi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bitnu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obvezu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6DAC09E" w14:textId="77777777" w:rsidR="001A0CE4" w:rsidRPr="002635E5" w:rsidRDefault="001A0CE4" w:rsidP="001A0CE4">
      <w:pPr>
        <w:pStyle w:val="ListBody"/>
        <w:ind w:left="760"/>
        <w:rPr>
          <w:rFonts w:ascii="Aptos Narrow" w:hAnsi="Aptos Narrow"/>
          <w:sz w:val="24"/>
          <w:szCs w:val="24"/>
        </w:rPr>
      </w:pPr>
    </w:p>
    <w:p w14:paraId="3DCD29B8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Opomena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potrebna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kada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povreda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takve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naravi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prestaje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otkazati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</w:t>
      </w:r>
      <w:proofErr w:type="spellStart"/>
      <w:r w:rsidRPr="002635E5">
        <w:rPr>
          <w:rFonts w:ascii="Aptos Narrow" w:hAnsi="Aptos Narrow"/>
          <w:sz w:val="24"/>
          <w:szCs w:val="24"/>
        </w:rPr>
        <w:t>ostavljanja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naknadnoga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osobito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slučaju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zabranjenoga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podzakupa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prepuštanja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trećoj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2C63E95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otkazati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kada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potreban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zadovoljenja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potreba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vlastitoga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korištenja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samo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pod </w:t>
      </w:r>
      <w:proofErr w:type="spellStart"/>
      <w:r w:rsidRPr="002635E5">
        <w:rPr>
          <w:rFonts w:ascii="Aptos Narrow" w:hAnsi="Aptos Narrow"/>
          <w:sz w:val="24"/>
          <w:szCs w:val="24"/>
        </w:rPr>
        <w:t>pretpostavkama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dopuštene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ugovorom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A5B793A" w14:textId="6809CB55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5</w:t>
      </w:r>
      <w:r w:rsidR="002D1C8B">
        <w:rPr>
          <w:rFonts w:ascii="Aptos Narrow" w:hAnsi="Aptos Narrow"/>
          <w:sz w:val="24"/>
          <w:szCs w:val="24"/>
        </w:rPr>
        <w:t>5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72466828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otkazati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Općina u </w:t>
      </w:r>
      <w:proofErr w:type="spellStart"/>
      <w:r w:rsidRPr="002635E5">
        <w:rPr>
          <w:rFonts w:ascii="Aptos Narrow" w:hAnsi="Aptos Narrow"/>
          <w:sz w:val="24"/>
          <w:szCs w:val="24"/>
        </w:rPr>
        <w:t>primjerenom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dovede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ugovoreno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izvrši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popravke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dužna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izvršiti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pod </w:t>
      </w:r>
      <w:proofErr w:type="spellStart"/>
      <w:r w:rsidRPr="002635E5">
        <w:rPr>
          <w:rFonts w:ascii="Aptos Narrow" w:hAnsi="Aptos Narrow"/>
          <w:sz w:val="24"/>
          <w:szCs w:val="24"/>
        </w:rPr>
        <w:t>uvjetima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propisanim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216BF4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otkazati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razloga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njegovu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otkazni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podmirenje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svih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do </w:t>
      </w:r>
      <w:proofErr w:type="spellStart"/>
      <w:r w:rsidRPr="002635E5">
        <w:rPr>
          <w:rFonts w:ascii="Aptos Narrow" w:hAnsi="Aptos Narrow"/>
          <w:sz w:val="24"/>
          <w:szCs w:val="24"/>
        </w:rPr>
        <w:t>predaje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DB5FCEA" w14:textId="2315B9AD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5</w:t>
      </w:r>
      <w:r w:rsidR="002D1C8B">
        <w:rPr>
          <w:rFonts w:ascii="Aptos Narrow" w:hAnsi="Aptos Narrow"/>
          <w:sz w:val="24"/>
          <w:szCs w:val="24"/>
        </w:rPr>
        <w:t>6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19B44DDD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Otkaz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pisanom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obliku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dostavlja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dokaziv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način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</w:t>
      </w:r>
      <w:proofErr w:type="spellStart"/>
      <w:r w:rsidRPr="002635E5">
        <w:rPr>
          <w:rFonts w:ascii="Aptos Narrow" w:hAnsi="Aptos Narrow"/>
          <w:sz w:val="24"/>
          <w:szCs w:val="24"/>
        </w:rPr>
        <w:t>Otkazni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teče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dana </w:t>
      </w:r>
      <w:proofErr w:type="spellStart"/>
      <w:r w:rsidRPr="002635E5">
        <w:rPr>
          <w:rFonts w:ascii="Aptos Narrow" w:hAnsi="Aptos Narrow"/>
          <w:sz w:val="24"/>
          <w:szCs w:val="24"/>
        </w:rPr>
        <w:t>dostave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Zakonom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drukčije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51BDB3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Ako </w:t>
      </w:r>
      <w:proofErr w:type="spellStart"/>
      <w:r w:rsidRPr="002635E5">
        <w:rPr>
          <w:rFonts w:ascii="Aptos Narrow" w:hAnsi="Aptos Narrow"/>
          <w:sz w:val="24"/>
          <w:szCs w:val="24"/>
        </w:rPr>
        <w:t>ugovorom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dulji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primjenjuje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otkazni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8B6D010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Za </w:t>
      </w: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otkaznoga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dužan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uredno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izvršavati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omogućiti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razgledavanje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budućim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zakupnicima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prethodnu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najavu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858B6EC" w14:textId="53CEDCEE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5</w:t>
      </w:r>
      <w:r w:rsidR="002D1C8B">
        <w:rPr>
          <w:rFonts w:ascii="Aptos Narrow" w:hAnsi="Aptos Narrow"/>
          <w:sz w:val="24"/>
          <w:szCs w:val="24"/>
        </w:rPr>
        <w:t>7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2E6E7605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U </w:t>
      </w:r>
      <w:proofErr w:type="spellStart"/>
      <w:r w:rsidRPr="002635E5">
        <w:rPr>
          <w:rFonts w:ascii="Aptos Narrow" w:hAnsi="Aptos Narrow"/>
          <w:sz w:val="24"/>
          <w:szCs w:val="24"/>
        </w:rPr>
        <w:t>slučaju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smrti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prestanka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obrta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statusne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promjene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prestanka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promjene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oblika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prelaze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nasljednika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sljednika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samo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pod </w:t>
      </w:r>
      <w:proofErr w:type="spellStart"/>
      <w:r w:rsidRPr="002635E5">
        <w:rPr>
          <w:rFonts w:ascii="Aptos Narrow" w:hAnsi="Aptos Narrow"/>
          <w:sz w:val="24"/>
          <w:szCs w:val="24"/>
        </w:rPr>
        <w:t>pretpostavkama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EB26213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Nasljednik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sljednik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dužan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bez </w:t>
      </w:r>
      <w:proofErr w:type="spellStart"/>
      <w:r w:rsidRPr="002635E5">
        <w:rPr>
          <w:rFonts w:ascii="Aptos Narrow" w:hAnsi="Aptos Narrow"/>
          <w:sz w:val="24"/>
          <w:szCs w:val="24"/>
        </w:rPr>
        <w:t>odgode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dostaviti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dokaze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pravnom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sljedništvu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ispunjenju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uvjeta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nastavak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O </w:t>
      </w:r>
      <w:proofErr w:type="spellStart"/>
      <w:r w:rsidRPr="002635E5">
        <w:rPr>
          <w:rFonts w:ascii="Aptos Narrow" w:hAnsi="Aptos Narrow"/>
          <w:sz w:val="24"/>
          <w:szCs w:val="24"/>
        </w:rPr>
        <w:t>nastavku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odgovarajući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dodatak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kada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to </w:t>
      </w:r>
      <w:proofErr w:type="spellStart"/>
      <w:r w:rsidRPr="002635E5">
        <w:rPr>
          <w:rFonts w:ascii="Aptos Narrow" w:hAnsi="Aptos Narrow"/>
          <w:sz w:val="24"/>
          <w:szCs w:val="24"/>
        </w:rPr>
        <w:t>potrebno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C695EF2" w14:textId="5C1B09A1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5</w:t>
      </w:r>
      <w:r w:rsidR="002D1C8B">
        <w:rPr>
          <w:rFonts w:ascii="Aptos Narrow" w:hAnsi="Aptos Narrow"/>
          <w:sz w:val="24"/>
          <w:szCs w:val="24"/>
        </w:rPr>
        <w:t>8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716C6744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Po </w:t>
      </w:r>
      <w:proofErr w:type="spellStart"/>
      <w:r w:rsidRPr="002635E5">
        <w:rPr>
          <w:rFonts w:ascii="Aptos Narrow" w:hAnsi="Aptos Narrow"/>
          <w:sz w:val="24"/>
          <w:szCs w:val="24"/>
        </w:rPr>
        <w:t>prestanku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dužan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najkasnije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posljednjega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dana </w:t>
      </w:r>
      <w:proofErr w:type="spellStart"/>
      <w:r w:rsidRPr="002635E5">
        <w:rPr>
          <w:rFonts w:ascii="Aptos Narrow" w:hAnsi="Aptos Narrow"/>
          <w:sz w:val="24"/>
          <w:szCs w:val="24"/>
        </w:rPr>
        <w:t>zakupa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isprazniti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stvari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podmiriti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vratiti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ključeve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stanju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odgovara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urednoj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uporabi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uzimajući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obzir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redovito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trošenje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6C2978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O </w:t>
      </w:r>
      <w:proofErr w:type="spellStart"/>
      <w:r w:rsidRPr="002635E5">
        <w:rPr>
          <w:rFonts w:ascii="Aptos Narrow" w:hAnsi="Aptos Narrow"/>
          <w:sz w:val="24"/>
          <w:szCs w:val="24"/>
        </w:rPr>
        <w:t>povratu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sastavlja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zapisnik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 </w:t>
      </w:r>
      <w:proofErr w:type="spellStart"/>
      <w:r w:rsidRPr="002635E5">
        <w:rPr>
          <w:rFonts w:ascii="Aptos Narrow" w:hAnsi="Aptos Narrow"/>
          <w:sz w:val="24"/>
          <w:szCs w:val="24"/>
        </w:rPr>
        <w:t>očitanjem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brojila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fotodokumentacijom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</w:t>
      </w:r>
      <w:proofErr w:type="spellStart"/>
      <w:r w:rsidRPr="002635E5">
        <w:rPr>
          <w:rFonts w:ascii="Aptos Narrow" w:hAnsi="Aptos Narrow"/>
          <w:sz w:val="24"/>
          <w:szCs w:val="24"/>
        </w:rPr>
        <w:t>Utvrđena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oštećenja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troškove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uspostave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snosi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23D2C87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lastRenderedPageBreak/>
        <w:t xml:space="preserve">(3) Ako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preda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pokrenuti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postupak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ispražnjenja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naplatiti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naknadu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korištenje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najmanje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visini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ne </w:t>
      </w:r>
      <w:proofErr w:type="spellStart"/>
      <w:r w:rsidRPr="002635E5">
        <w:rPr>
          <w:rFonts w:ascii="Aptos Narrow" w:hAnsi="Aptos Narrow"/>
          <w:sz w:val="24"/>
          <w:szCs w:val="24"/>
        </w:rPr>
        <w:t>dovodeći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pitanje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veću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štetu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FE2203F" w14:textId="77777777" w:rsidR="001A559F" w:rsidRPr="002635E5" w:rsidRDefault="00000000">
      <w:pPr>
        <w:pStyle w:val="Chapter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>VIII. KUPOPRODAJA POSLOVNOGA PROSTORA</w:t>
      </w:r>
    </w:p>
    <w:p w14:paraId="70FBC542" w14:textId="12C734D6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r w:rsidR="002D1C8B">
        <w:rPr>
          <w:rFonts w:ascii="Aptos Narrow" w:hAnsi="Aptos Narrow"/>
          <w:sz w:val="24"/>
          <w:szCs w:val="24"/>
        </w:rPr>
        <w:t>59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05CB73E9" w14:textId="2F31178A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vlasništvu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prodati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sadašnjem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</w:t>
      </w:r>
      <w:proofErr w:type="spellStart"/>
      <w:r w:rsidRPr="002635E5">
        <w:rPr>
          <w:rFonts w:ascii="Aptos Narrow" w:hAnsi="Aptos Narrow"/>
          <w:sz w:val="24"/>
          <w:szCs w:val="24"/>
        </w:rPr>
        <w:t>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sklopljen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 Općinom, </w:t>
      </w:r>
      <w:proofErr w:type="spellStart"/>
      <w:r w:rsidRPr="002635E5">
        <w:rPr>
          <w:rFonts w:ascii="Aptos Narrow" w:hAnsi="Aptos Narrow"/>
          <w:sz w:val="24"/>
          <w:szCs w:val="24"/>
        </w:rPr>
        <w:t>neprekinuto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najmanje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pet </w:t>
      </w:r>
      <w:proofErr w:type="spellStart"/>
      <w:r w:rsidRPr="002635E5">
        <w:rPr>
          <w:rFonts w:ascii="Aptos Narrow" w:hAnsi="Aptos Narrow"/>
          <w:sz w:val="24"/>
          <w:szCs w:val="24"/>
        </w:rPr>
        <w:t>godina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obavlja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dopuštenu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uredno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ispunjava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financijske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92A59BB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Kupoprodaja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dopuštena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samo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pod </w:t>
      </w:r>
      <w:proofErr w:type="spellStart"/>
      <w:r w:rsidRPr="002635E5">
        <w:rPr>
          <w:rFonts w:ascii="Aptos Narrow" w:hAnsi="Aptos Narrow"/>
          <w:sz w:val="24"/>
          <w:szCs w:val="24"/>
        </w:rPr>
        <w:t>uvjetima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postupku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propisanim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temelju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objavljenoga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popisa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</w:t>
      </w:r>
      <w:proofErr w:type="spellStart"/>
      <w:r w:rsidRPr="002635E5">
        <w:rPr>
          <w:rFonts w:ascii="Aptos Narrow" w:hAnsi="Aptos Narrow"/>
          <w:sz w:val="24"/>
          <w:szCs w:val="24"/>
        </w:rPr>
        <w:t>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predmet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kupoprodaje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8C13B98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Uvrštenje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popis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stvara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prestanu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ispunjene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zakonske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pretpostavke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utvrdi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zapreka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raspolaganju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4817F5D5" w14:textId="6EBD3AAF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6</w:t>
      </w:r>
      <w:r w:rsidR="00B07447">
        <w:rPr>
          <w:rFonts w:ascii="Aptos Narrow" w:hAnsi="Aptos Narrow"/>
          <w:sz w:val="24"/>
          <w:szCs w:val="24"/>
        </w:rPr>
        <w:t>0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5A3ECE62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Popis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</w:t>
      </w:r>
      <w:proofErr w:type="spellStart"/>
      <w:r w:rsidRPr="002635E5">
        <w:rPr>
          <w:rFonts w:ascii="Aptos Narrow" w:hAnsi="Aptos Narrow"/>
          <w:sz w:val="24"/>
          <w:szCs w:val="24"/>
        </w:rPr>
        <w:t>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predmet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kupoprodaje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utvrđuje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Općinsko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vijeće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prijedlog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Načelnika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ga </w:t>
      </w:r>
      <w:proofErr w:type="spellStart"/>
      <w:r w:rsidRPr="002635E5">
        <w:rPr>
          <w:rFonts w:ascii="Aptos Narrow" w:hAnsi="Aptos Narrow"/>
          <w:sz w:val="24"/>
          <w:szCs w:val="24"/>
        </w:rPr>
        <w:t>objavljuje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mrežnoj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stranici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oglasnoj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ploči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68075EC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predlaganja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popisa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nadležni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upravni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odjel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provjerava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vlasništvo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posjed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ugovorni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status, </w:t>
      </w:r>
      <w:proofErr w:type="spellStart"/>
      <w:r w:rsidRPr="002635E5">
        <w:rPr>
          <w:rFonts w:ascii="Aptos Narrow" w:hAnsi="Aptos Narrow"/>
          <w:sz w:val="24"/>
          <w:szCs w:val="24"/>
        </w:rPr>
        <w:t>namjenu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stratešku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potrebu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mogućnost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samostalne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uporabe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terete, </w:t>
      </w:r>
      <w:proofErr w:type="spellStart"/>
      <w:r w:rsidRPr="002635E5">
        <w:rPr>
          <w:rFonts w:ascii="Aptos Narrow" w:hAnsi="Aptos Narrow"/>
          <w:sz w:val="24"/>
          <w:szCs w:val="24"/>
        </w:rPr>
        <w:t>sporove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okolnosti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važne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raspolaganje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9389CEC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Na </w:t>
      </w:r>
      <w:proofErr w:type="spellStart"/>
      <w:r w:rsidRPr="002635E5">
        <w:rPr>
          <w:rFonts w:ascii="Aptos Narrow" w:hAnsi="Aptos Narrow"/>
          <w:sz w:val="24"/>
          <w:szCs w:val="24"/>
        </w:rPr>
        <w:t>popis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neće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uvrstiti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</w:t>
      </w:r>
      <w:proofErr w:type="spellStart"/>
      <w:r w:rsidRPr="002635E5">
        <w:rPr>
          <w:rFonts w:ascii="Aptos Narrow" w:hAnsi="Aptos Narrow"/>
          <w:sz w:val="24"/>
          <w:szCs w:val="24"/>
        </w:rPr>
        <w:t>kumulativno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ispunjava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sljedeće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uvjete</w:t>
      </w:r>
      <w:proofErr w:type="spellEnd"/>
      <w:r w:rsidRPr="002635E5">
        <w:rPr>
          <w:rFonts w:ascii="Aptos Narrow" w:hAnsi="Aptos Narrow"/>
          <w:sz w:val="24"/>
          <w:szCs w:val="24"/>
        </w:rPr>
        <w:t>:</w:t>
      </w:r>
    </w:p>
    <w:p w14:paraId="0BE900CD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nalazi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u </w:t>
      </w:r>
      <w:proofErr w:type="spellStart"/>
      <w:r w:rsidRPr="002635E5">
        <w:rPr>
          <w:rFonts w:ascii="Aptos Narrow" w:hAnsi="Aptos Narrow"/>
          <w:sz w:val="24"/>
          <w:szCs w:val="24"/>
        </w:rPr>
        <w:t>nultoj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prvoj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zoni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04D05DB7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ulični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 </w:t>
      </w:r>
      <w:proofErr w:type="spellStart"/>
      <w:r w:rsidRPr="002635E5">
        <w:rPr>
          <w:rFonts w:ascii="Aptos Narrow" w:hAnsi="Aptos Narrow"/>
          <w:sz w:val="24"/>
          <w:szCs w:val="24"/>
        </w:rPr>
        <w:t>izlogom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</w:t>
      </w:r>
      <w:proofErr w:type="spellStart"/>
      <w:r w:rsidRPr="002635E5">
        <w:rPr>
          <w:rFonts w:ascii="Aptos Narrow" w:hAnsi="Aptos Narrow"/>
          <w:sz w:val="24"/>
          <w:szCs w:val="24"/>
        </w:rPr>
        <w:t>gleda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uličnu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stranu</w:t>
      </w:r>
      <w:proofErr w:type="spellEnd"/>
      <w:r w:rsidRPr="002635E5">
        <w:rPr>
          <w:rFonts w:ascii="Aptos Narrow" w:hAnsi="Aptos Narrow"/>
          <w:sz w:val="24"/>
          <w:szCs w:val="24"/>
        </w:rPr>
        <w:t>,</w:t>
      </w:r>
    </w:p>
    <w:p w14:paraId="6E361E70" w14:textId="77777777" w:rsidR="001A559F" w:rsidRPr="002635E5" w:rsidRDefault="00000000">
      <w:pPr>
        <w:pStyle w:val="ListBody"/>
        <w:numPr>
          <w:ilvl w:val="0"/>
          <w:numId w:val="1"/>
        </w:numPr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vrijednost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15 </w:t>
      </w:r>
      <w:proofErr w:type="spellStart"/>
      <w:r w:rsidRPr="002635E5">
        <w:rPr>
          <w:rFonts w:ascii="Aptos Narrow" w:hAnsi="Aptos Narrow"/>
          <w:sz w:val="24"/>
          <w:szCs w:val="24"/>
        </w:rPr>
        <w:t>godina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jednaka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procijenjenoj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vrijednosti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nekretnine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od </w:t>
      </w:r>
      <w:proofErr w:type="spellStart"/>
      <w:r w:rsidRPr="002635E5">
        <w:rPr>
          <w:rFonts w:ascii="Aptos Narrow" w:hAnsi="Aptos Narrow"/>
          <w:sz w:val="24"/>
          <w:szCs w:val="24"/>
        </w:rPr>
        <w:t>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veća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E6B5D20" w14:textId="35D213CC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6</w:t>
      </w:r>
      <w:r w:rsidR="00B07447">
        <w:rPr>
          <w:rFonts w:ascii="Aptos Narrow" w:hAnsi="Aptos Narrow"/>
          <w:sz w:val="24"/>
          <w:szCs w:val="24"/>
        </w:rPr>
        <w:t>1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37E0707D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Zahtjev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kupnju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podnosi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nadležnom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upravnom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odjelu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90 dana od </w:t>
      </w:r>
      <w:proofErr w:type="spellStart"/>
      <w:r w:rsidRPr="002635E5">
        <w:rPr>
          <w:rFonts w:ascii="Aptos Narrow" w:hAnsi="Aptos Narrow"/>
          <w:sz w:val="24"/>
          <w:szCs w:val="24"/>
        </w:rPr>
        <w:t>javne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objave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popisa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8483969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Zahtjev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mora </w:t>
      </w:r>
      <w:proofErr w:type="spellStart"/>
      <w:r w:rsidRPr="002635E5">
        <w:rPr>
          <w:rFonts w:ascii="Aptos Narrow" w:hAnsi="Aptos Narrow"/>
          <w:sz w:val="24"/>
          <w:szCs w:val="24"/>
        </w:rPr>
        <w:t>sadržavati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podatke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podnositelju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dokaze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trajanju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urednosti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obavljanju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dopuštene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djelatnosti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podmirenim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nepostojanju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zabranjenoga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podzakupa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prepuštanja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korištenja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dokaze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zatražene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objavljenom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pozivu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45CF4E5B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Nepravodoban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zahtjev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odbacit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se. </w:t>
      </w:r>
      <w:proofErr w:type="spellStart"/>
      <w:r w:rsidRPr="002635E5">
        <w:rPr>
          <w:rFonts w:ascii="Aptos Narrow" w:hAnsi="Aptos Narrow"/>
          <w:sz w:val="24"/>
          <w:szCs w:val="24"/>
        </w:rPr>
        <w:t>Podnositelj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nepotpunoga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zahtjeva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pozvat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da ga </w:t>
      </w:r>
      <w:proofErr w:type="spellStart"/>
      <w:r w:rsidRPr="002635E5">
        <w:rPr>
          <w:rFonts w:ascii="Aptos Narrow" w:hAnsi="Aptos Narrow"/>
          <w:sz w:val="24"/>
          <w:szCs w:val="24"/>
        </w:rPr>
        <w:t>dopuni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primjerenom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;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to ne </w:t>
      </w:r>
      <w:proofErr w:type="spellStart"/>
      <w:r w:rsidRPr="002635E5">
        <w:rPr>
          <w:rFonts w:ascii="Aptos Narrow" w:hAnsi="Aptos Narrow"/>
          <w:sz w:val="24"/>
          <w:szCs w:val="24"/>
        </w:rPr>
        <w:t>učini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zahtjev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odbaciti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CFDD166" w14:textId="740777FB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6</w:t>
      </w:r>
      <w:r w:rsidR="00B07447">
        <w:rPr>
          <w:rFonts w:ascii="Aptos Narrow" w:hAnsi="Aptos Narrow"/>
          <w:sz w:val="24"/>
          <w:szCs w:val="24"/>
        </w:rPr>
        <w:t>2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705715C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Iznimno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</w:t>
      </w:r>
      <w:proofErr w:type="spellStart"/>
      <w:r w:rsidRPr="002635E5">
        <w:rPr>
          <w:rFonts w:ascii="Aptos Narrow" w:hAnsi="Aptos Narrow"/>
          <w:sz w:val="24"/>
          <w:szCs w:val="24"/>
        </w:rPr>
        <w:t>uvjeta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neprekinutoga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najmanje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pet </w:t>
      </w:r>
      <w:proofErr w:type="spellStart"/>
      <w:r w:rsidRPr="002635E5">
        <w:rPr>
          <w:rFonts w:ascii="Aptos Narrow" w:hAnsi="Aptos Narrow"/>
          <w:sz w:val="24"/>
          <w:szCs w:val="24"/>
        </w:rPr>
        <w:t>godina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kupnju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ostvariti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je u </w:t>
      </w:r>
      <w:proofErr w:type="spellStart"/>
      <w:r w:rsidRPr="002635E5">
        <w:rPr>
          <w:rFonts w:ascii="Aptos Narrow" w:hAnsi="Aptos Narrow"/>
          <w:sz w:val="24"/>
          <w:szCs w:val="24"/>
        </w:rPr>
        <w:t>zakupnom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kraće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pet </w:t>
      </w:r>
      <w:proofErr w:type="spellStart"/>
      <w:r w:rsidRPr="002635E5">
        <w:rPr>
          <w:rFonts w:ascii="Aptos Narrow" w:hAnsi="Aptos Narrow"/>
          <w:sz w:val="24"/>
          <w:szCs w:val="24"/>
        </w:rPr>
        <w:t>godina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podmirio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ispunjava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jednu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posebnih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pretpostavki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članka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33.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7. </w:t>
      </w:r>
      <w:proofErr w:type="spellStart"/>
      <w:r w:rsidRPr="002635E5">
        <w:rPr>
          <w:rFonts w:ascii="Aptos Narrow" w:hAnsi="Aptos Narrow"/>
          <w:sz w:val="24"/>
          <w:szCs w:val="24"/>
        </w:rPr>
        <w:t>Zakona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osobito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kada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u </w:t>
      </w:r>
      <w:proofErr w:type="spellStart"/>
      <w:r w:rsidRPr="002635E5">
        <w:rPr>
          <w:rFonts w:ascii="Aptos Narrow" w:hAnsi="Aptos Narrow"/>
          <w:sz w:val="24"/>
          <w:szCs w:val="24"/>
        </w:rPr>
        <w:t>propisani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uračunava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prethodni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neprekinuti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 </w:t>
      </w:r>
      <w:proofErr w:type="spellStart"/>
      <w:r w:rsidRPr="002635E5">
        <w:rPr>
          <w:rFonts w:ascii="Aptos Narrow" w:hAnsi="Aptos Narrow"/>
          <w:sz w:val="24"/>
          <w:szCs w:val="24"/>
        </w:rPr>
        <w:t>Općinom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Republikom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Hrvatskom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prednika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obrta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je </w:t>
      </w:r>
      <w:proofErr w:type="spellStart"/>
      <w:r w:rsidRPr="002635E5">
        <w:rPr>
          <w:rFonts w:ascii="Aptos Narrow" w:hAnsi="Aptos Narrow"/>
          <w:sz w:val="24"/>
          <w:szCs w:val="24"/>
        </w:rPr>
        <w:t>morao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napušten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zbog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povrata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prijašnjem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vlasniku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7ECABA5" w14:textId="61FD8851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lastRenderedPageBreak/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6</w:t>
      </w:r>
      <w:r w:rsidR="00B07447">
        <w:rPr>
          <w:rFonts w:ascii="Aptos Narrow" w:hAnsi="Aptos Narrow"/>
          <w:sz w:val="24"/>
          <w:szCs w:val="24"/>
        </w:rPr>
        <w:t>3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2D81C61D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Pravo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kupnju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ostvariti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je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njegov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dio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dao u </w:t>
      </w:r>
      <w:proofErr w:type="spellStart"/>
      <w:r w:rsidRPr="002635E5">
        <w:rPr>
          <w:rFonts w:ascii="Aptos Narrow" w:hAnsi="Aptos Narrow"/>
          <w:sz w:val="24"/>
          <w:szCs w:val="24"/>
        </w:rPr>
        <w:t>podzakup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ga je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temelju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bilo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osnove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prepustio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korištenje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69A12F6" w14:textId="435DD7C2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6</w:t>
      </w:r>
      <w:r w:rsidR="00B07447">
        <w:rPr>
          <w:rFonts w:ascii="Aptos Narrow" w:hAnsi="Aptos Narrow"/>
          <w:sz w:val="24"/>
          <w:szCs w:val="24"/>
        </w:rPr>
        <w:t>4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3FD64BB2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po </w:t>
      </w:r>
      <w:proofErr w:type="spellStart"/>
      <w:r w:rsidRPr="002635E5">
        <w:rPr>
          <w:rFonts w:ascii="Aptos Narrow" w:hAnsi="Aptos Narrow"/>
          <w:sz w:val="24"/>
          <w:szCs w:val="24"/>
        </w:rPr>
        <w:t>procijenjenoj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vrijednosti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utvrđuje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procjenitelj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ovlašten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uređuje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procjena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vrijednosti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nekretnina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gramStart"/>
      <w:r w:rsidRPr="002635E5">
        <w:rPr>
          <w:rFonts w:ascii="Aptos Narrow" w:hAnsi="Aptos Narrow"/>
          <w:sz w:val="24"/>
          <w:szCs w:val="24"/>
        </w:rPr>
        <w:t>a</w:t>
      </w:r>
      <w:proofErr w:type="gram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odabire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ga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1B22CDD3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Kada se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sadašnjem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procijenjena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vrijednost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umanjuje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za </w:t>
      </w:r>
      <w:proofErr w:type="spellStart"/>
      <w:r w:rsidRPr="002635E5">
        <w:rPr>
          <w:rFonts w:ascii="Aptos Narrow" w:hAnsi="Aptos Narrow"/>
          <w:sz w:val="24"/>
          <w:szCs w:val="24"/>
        </w:rPr>
        <w:t>neamortizirana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ulaganja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utjecala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procijenjenu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vrijednost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Općina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dala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prethodnu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pisanu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suglasnost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najviše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do 30 % </w:t>
      </w:r>
      <w:proofErr w:type="spellStart"/>
      <w:r w:rsidRPr="002635E5">
        <w:rPr>
          <w:rFonts w:ascii="Aptos Narrow" w:hAnsi="Aptos Narrow"/>
          <w:sz w:val="24"/>
          <w:szCs w:val="24"/>
        </w:rPr>
        <w:t>procijenjene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vrijednosti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13EC92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Ne </w:t>
      </w:r>
      <w:proofErr w:type="spellStart"/>
      <w:r w:rsidRPr="002635E5">
        <w:rPr>
          <w:rFonts w:ascii="Aptos Narrow" w:hAnsi="Aptos Narrow"/>
          <w:sz w:val="24"/>
          <w:szCs w:val="24"/>
        </w:rPr>
        <w:t>priznaju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ulaganja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preinake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izvedene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bez </w:t>
      </w:r>
      <w:proofErr w:type="spellStart"/>
      <w:r w:rsidRPr="002635E5">
        <w:rPr>
          <w:rFonts w:ascii="Aptos Narrow" w:hAnsi="Aptos Narrow"/>
          <w:sz w:val="24"/>
          <w:szCs w:val="24"/>
        </w:rPr>
        <w:t>prethodne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pisane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suglasnosti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nužnih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troškova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smislu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ulaganja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već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priznata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smanjenjem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način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00B8C607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(4) </w:t>
      </w:r>
      <w:proofErr w:type="spellStart"/>
      <w:r w:rsidRPr="002635E5">
        <w:rPr>
          <w:rFonts w:ascii="Aptos Narrow" w:hAnsi="Aptos Narrow"/>
          <w:sz w:val="24"/>
          <w:szCs w:val="24"/>
        </w:rPr>
        <w:t>Procjenitelj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1. </w:t>
      </w:r>
      <w:proofErr w:type="spellStart"/>
      <w:r w:rsidRPr="002635E5">
        <w:rPr>
          <w:rFonts w:ascii="Aptos Narrow" w:hAnsi="Aptos Narrow"/>
          <w:sz w:val="24"/>
          <w:szCs w:val="24"/>
        </w:rPr>
        <w:t>utvrđuje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vrijednost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neamortiziranih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ulaganja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</w:t>
      </w:r>
      <w:proofErr w:type="spellStart"/>
      <w:r w:rsidRPr="002635E5">
        <w:rPr>
          <w:rFonts w:ascii="Aptos Narrow" w:hAnsi="Aptos Narrow"/>
          <w:sz w:val="24"/>
          <w:szCs w:val="24"/>
        </w:rPr>
        <w:t>Trošak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procjene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snosi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podnositelj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zahtjeva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do </w:t>
      </w:r>
      <w:proofErr w:type="spellStart"/>
      <w:r w:rsidRPr="002635E5">
        <w:rPr>
          <w:rFonts w:ascii="Aptos Narrow" w:hAnsi="Aptos Narrow"/>
          <w:sz w:val="24"/>
          <w:szCs w:val="24"/>
        </w:rPr>
        <w:t>prodaje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dođe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njegovom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voljom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zbog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okolnosti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njegovoj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strani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tako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pozivom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4B91A5A0" w14:textId="44B3C367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6</w:t>
      </w:r>
      <w:r w:rsidR="00B07447">
        <w:rPr>
          <w:rFonts w:ascii="Aptos Narrow" w:hAnsi="Aptos Narrow"/>
          <w:sz w:val="24"/>
          <w:szCs w:val="24"/>
        </w:rPr>
        <w:t>5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2D8BD5FA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Odluku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kupoprodaji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donosi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Općinsko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vijeće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Načelnik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ovisno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vrijednosti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granicama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ovlasti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zakonom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Statutom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aktom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uređuje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raspolaganje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nekretninama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89C9782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Poslovni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ne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prodati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fizičkoj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osobi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dospjelu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nepodmirenu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državnom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proračunu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jedinicama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lokalne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područne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(</w:t>
      </w:r>
      <w:proofErr w:type="spellStart"/>
      <w:r w:rsidRPr="002635E5">
        <w:rPr>
          <w:rFonts w:ascii="Aptos Narrow" w:hAnsi="Aptos Narrow"/>
          <w:sz w:val="24"/>
          <w:szCs w:val="24"/>
        </w:rPr>
        <w:t>regionalne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) </w:t>
      </w:r>
      <w:proofErr w:type="spellStart"/>
      <w:r w:rsidRPr="002635E5">
        <w:rPr>
          <w:rFonts w:ascii="Aptos Narrow" w:hAnsi="Aptos Narrow"/>
          <w:sz w:val="24"/>
          <w:szCs w:val="24"/>
        </w:rPr>
        <w:t>samouprave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zaposlenicima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dobavljačima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je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posebnom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odobrena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odgoda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plaćanja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uredno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pridržava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rokova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plaćanja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5A6D3F33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Ispunjenje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uvjeta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stavka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2. </w:t>
      </w:r>
      <w:proofErr w:type="spellStart"/>
      <w:r w:rsidRPr="002635E5">
        <w:rPr>
          <w:rFonts w:ascii="Aptos Narrow" w:hAnsi="Aptos Narrow"/>
          <w:sz w:val="24"/>
          <w:szCs w:val="24"/>
        </w:rPr>
        <w:t>provjerava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neposredno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donošenja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2C1E73BA" w14:textId="4E1D37D4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6</w:t>
      </w:r>
      <w:r w:rsidR="00B07447">
        <w:rPr>
          <w:rFonts w:ascii="Aptos Narrow" w:hAnsi="Aptos Narrow"/>
          <w:sz w:val="24"/>
          <w:szCs w:val="24"/>
        </w:rPr>
        <w:t>6</w:t>
      </w:r>
      <w:r w:rsidRPr="002635E5">
        <w:rPr>
          <w:rFonts w:ascii="Aptos Narrow" w:hAnsi="Aptos Narrow"/>
          <w:sz w:val="24"/>
          <w:szCs w:val="24"/>
        </w:rPr>
        <w:t>.</w:t>
      </w:r>
    </w:p>
    <w:p w14:paraId="274A6523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Kupoprodajna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cijena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plaća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isključivo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jednokratno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u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ne </w:t>
      </w:r>
      <w:proofErr w:type="spellStart"/>
      <w:r w:rsidRPr="002635E5">
        <w:rPr>
          <w:rFonts w:ascii="Aptos Narrow" w:hAnsi="Aptos Narrow"/>
          <w:sz w:val="24"/>
          <w:szCs w:val="24"/>
        </w:rPr>
        <w:t>može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dulji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30 dana od dana </w:t>
      </w:r>
      <w:proofErr w:type="spellStart"/>
      <w:r w:rsidRPr="002635E5">
        <w:rPr>
          <w:rFonts w:ascii="Aptos Narrow" w:hAnsi="Aptos Narrow"/>
          <w:sz w:val="24"/>
          <w:szCs w:val="24"/>
        </w:rPr>
        <w:t>sklapanja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C16BCE3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kupoprodaji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sklapa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u </w:t>
      </w:r>
      <w:proofErr w:type="spellStart"/>
      <w:r w:rsidRPr="002635E5">
        <w:rPr>
          <w:rFonts w:ascii="Aptos Narrow" w:hAnsi="Aptos Narrow"/>
          <w:sz w:val="24"/>
          <w:szCs w:val="24"/>
        </w:rPr>
        <w:t>pisanom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obliku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mora ga </w:t>
      </w:r>
      <w:proofErr w:type="spellStart"/>
      <w:r w:rsidRPr="002635E5">
        <w:rPr>
          <w:rFonts w:ascii="Aptos Narrow" w:hAnsi="Aptos Narrow"/>
          <w:sz w:val="24"/>
          <w:szCs w:val="24"/>
        </w:rPr>
        <w:t>potvrditi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(</w:t>
      </w:r>
      <w:proofErr w:type="spellStart"/>
      <w:r w:rsidRPr="002635E5">
        <w:rPr>
          <w:rFonts w:ascii="Aptos Narrow" w:hAnsi="Aptos Narrow"/>
          <w:sz w:val="24"/>
          <w:szCs w:val="24"/>
        </w:rPr>
        <w:t>solemnizirati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) </w:t>
      </w:r>
      <w:proofErr w:type="spellStart"/>
      <w:r w:rsidRPr="002635E5">
        <w:rPr>
          <w:rFonts w:ascii="Aptos Narrow" w:hAnsi="Aptos Narrow"/>
          <w:sz w:val="24"/>
          <w:szCs w:val="24"/>
        </w:rPr>
        <w:t>javni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bilježnik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. </w:t>
      </w:r>
      <w:proofErr w:type="spellStart"/>
      <w:r w:rsidRPr="002635E5">
        <w:rPr>
          <w:rFonts w:ascii="Aptos Narrow" w:hAnsi="Aptos Narrow"/>
          <w:sz w:val="24"/>
          <w:szCs w:val="24"/>
        </w:rPr>
        <w:t>Troškove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solemnizacije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uknjižbe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porezne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obveze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snosi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kupac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drukčije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određeno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3F59541D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Načelnik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kupac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sklopit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90 dana od dana </w:t>
      </w:r>
      <w:proofErr w:type="spellStart"/>
      <w:r w:rsidRPr="002635E5">
        <w:rPr>
          <w:rFonts w:ascii="Aptos Narrow" w:hAnsi="Aptos Narrow"/>
          <w:sz w:val="24"/>
          <w:szCs w:val="24"/>
        </w:rPr>
        <w:t>donošenja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kupoprodaji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60FCBBEB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(4) </w:t>
      </w:r>
      <w:proofErr w:type="spellStart"/>
      <w:r w:rsidRPr="002635E5">
        <w:rPr>
          <w:rFonts w:ascii="Aptos Narrow" w:hAnsi="Aptos Narrow"/>
          <w:sz w:val="24"/>
          <w:szCs w:val="24"/>
        </w:rPr>
        <w:t>Tabularna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isprava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uknjižbu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prava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vlasništva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izdaje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nakon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potpune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uplate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kupoprodajne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cijene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podmirenja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svih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troškova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sadržana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solemniziranom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pod </w:t>
      </w:r>
      <w:proofErr w:type="spellStart"/>
      <w:r w:rsidRPr="002635E5">
        <w:rPr>
          <w:rFonts w:ascii="Aptos Narrow" w:hAnsi="Aptos Narrow"/>
          <w:sz w:val="24"/>
          <w:szCs w:val="24"/>
        </w:rPr>
        <w:t>odgodnim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uvjetom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potpune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uplate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401B664" w14:textId="77777777" w:rsidR="001A559F" w:rsidRPr="002635E5" w:rsidRDefault="00000000">
      <w:pPr>
        <w:pStyle w:val="Chapter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>X. PRIJELAZNE I ZAVRŠNE ODREDBE</w:t>
      </w:r>
    </w:p>
    <w:p w14:paraId="00BF1E48" w14:textId="5764A453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r w:rsidR="00B07447">
        <w:rPr>
          <w:rFonts w:ascii="Aptos Narrow" w:hAnsi="Aptos Narrow"/>
          <w:sz w:val="24"/>
          <w:szCs w:val="24"/>
        </w:rPr>
        <w:t>67.</w:t>
      </w:r>
    </w:p>
    <w:p w14:paraId="3EF95EB0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Ugovori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zakupu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sklopljeni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stupanja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snagu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ostaju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snazi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do </w:t>
      </w:r>
      <w:proofErr w:type="spellStart"/>
      <w:r w:rsidRPr="002635E5">
        <w:rPr>
          <w:rFonts w:ascii="Aptos Narrow" w:hAnsi="Aptos Narrow"/>
          <w:sz w:val="24"/>
          <w:szCs w:val="24"/>
        </w:rPr>
        <w:t>isteka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vremena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sklopljeni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odnosno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do </w:t>
      </w:r>
      <w:proofErr w:type="spellStart"/>
      <w:r w:rsidRPr="002635E5">
        <w:rPr>
          <w:rFonts w:ascii="Aptos Narrow" w:hAnsi="Aptos Narrow"/>
          <w:sz w:val="24"/>
          <w:szCs w:val="24"/>
        </w:rPr>
        <w:t>njihova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prestanka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način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FB2580E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lastRenderedPageBreak/>
        <w:t xml:space="preserve">(2) Na </w:t>
      </w:r>
      <w:proofErr w:type="spellStart"/>
      <w:r w:rsidRPr="002635E5">
        <w:rPr>
          <w:rFonts w:ascii="Aptos Narrow" w:hAnsi="Aptos Narrow"/>
          <w:sz w:val="24"/>
          <w:szCs w:val="24"/>
        </w:rPr>
        <w:t>ponude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sklapanje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novoga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sadašnjem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bivšem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dodatke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druga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raspolaganja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nakon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stupanja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snagu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primjenjuju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Zakon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ova </w:t>
      </w:r>
      <w:proofErr w:type="spellStart"/>
      <w:r w:rsidRPr="002635E5">
        <w:rPr>
          <w:rFonts w:ascii="Aptos Narrow" w:hAnsi="Aptos Narrow"/>
          <w:sz w:val="24"/>
          <w:szCs w:val="24"/>
        </w:rPr>
        <w:t>Odluka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7E91FBF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(3) </w:t>
      </w:r>
      <w:proofErr w:type="spellStart"/>
      <w:r w:rsidRPr="002635E5">
        <w:rPr>
          <w:rFonts w:ascii="Aptos Narrow" w:hAnsi="Aptos Narrow"/>
          <w:sz w:val="24"/>
          <w:szCs w:val="24"/>
        </w:rPr>
        <w:t>Postupci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javnoga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započeti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stupanja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snagu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dovršit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prema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propisima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koji </w:t>
      </w:r>
      <w:proofErr w:type="spellStart"/>
      <w:r w:rsidRPr="002635E5">
        <w:rPr>
          <w:rFonts w:ascii="Aptos Narrow" w:hAnsi="Aptos Narrow"/>
          <w:sz w:val="24"/>
          <w:szCs w:val="24"/>
        </w:rPr>
        <w:t>su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važili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vrijeme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njihova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pokretanja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osim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ako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bi to </w:t>
      </w:r>
      <w:proofErr w:type="spellStart"/>
      <w:r w:rsidRPr="002635E5">
        <w:rPr>
          <w:rFonts w:ascii="Aptos Narrow" w:hAnsi="Aptos Narrow"/>
          <w:sz w:val="24"/>
          <w:szCs w:val="24"/>
        </w:rPr>
        <w:t>bilo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protivno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prisilnoj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odredbi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Zakona.</w:t>
      </w:r>
    </w:p>
    <w:p w14:paraId="4573DC98" w14:textId="4E42CDBF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r w:rsidR="00B07447">
        <w:rPr>
          <w:rFonts w:ascii="Aptos Narrow" w:hAnsi="Aptos Narrow"/>
          <w:sz w:val="24"/>
          <w:szCs w:val="24"/>
        </w:rPr>
        <w:t>68.</w:t>
      </w:r>
    </w:p>
    <w:p w14:paraId="08E296F4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(1) </w:t>
      </w:r>
      <w:proofErr w:type="spellStart"/>
      <w:r w:rsidRPr="002635E5">
        <w:rPr>
          <w:rFonts w:ascii="Aptos Narrow" w:hAnsi="Aptos Narrow"/>
          <w:sz w:val="24"/>
          <w:szCs w:val="24"/>
        </w:rPr>
        <w:t>Nadležni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upravni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odjel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uskladit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evidenciju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poslovnih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obrasce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te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podatke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potrebne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obračun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zakupnine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 </w:t>
      </w:r>
      <w:proofErr w:type="spellStart"/>
      <w:r w:rsidRPr="002635E5">
        <w:rPr>
          <w:rFonts w:ascii="Aptos Narrow" w:hAnsi="Aptos Narrow"/>
          <w:sz w:val="24"/>
          <w:szCs w:val="24"/>
        </w:rPr>
        <w:t>ovom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roku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od 60 dana od </w:t>
      </w:r>
      <w:proofErr w:type="spellStart"/>
      <w:r w:rsidRPr="002635E5">
        <w:rPr>
          <w:rFonts w:ascii="Aptos Narrow" w:hAnsi="Aptos Narrow"/>
          <w:sz w:val="24"/>
          <w:szCs w:val="24"/>
        </w:rPr>
        <w:t>njezina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stupanja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snagu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7C5B90C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(2) Za </w:t>
      </w:r>
      <w:proofErr w:type="spellStart"/>
      <w:r w:rsidRPr="002635E5">
        <w:rPr>
          <w:rFonts w:ascii="Aptos Narrow" w:hAnsi="Aptos Narrow"/>
          <w:sz w:val="24"/>
          <w:szCs w:val="24"/>
        </w:rPr>
        <w:t>poslovne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koje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korisna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površina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pouzdano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utvrđena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provest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će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se </w:t>
      </w:r>
      <w:proofErr w:type="spellStart"/>
      <w:r w:rsidRPr="002635E5">
        <w:rPr>
          <w:rFonts w:ascii="Aptos Narrow" w:hAnsi="Aptos Narrow"/>
          <w:sz w:val="24"/>
          <w:szCs w:val="24"/>
        </w:rPr>
        <w:t>izmjera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prvoga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novog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natječaja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, </w:t>
      </w:r>
      <w:proofErr w:type="spellStart"/>
      <w:r w:rsidRPr="002635E5">
        <w:rPr>
          <w:rFonts w:ascii="Aptos Narrow" w:hAnsi="Aptos Narrow"/>
          <w:sz w:val="24"/>
          <w:szCs w:val="24"/>
        </w:rPr>
        <w:t>ponude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za </w:t>
      </w:r>
      <w:proofErr w:type="spellStart"/>
      <w:r w:rsidRPr="002635E5">
        <w:rPr>
          <w:rFonts w:ascii="Aptos Narrow" w:hAnsi="Aptos Narrow"/>
          <w:sz w:val="24"/>
          <w:szCs w:val="24"/>
        </w:rPr>
        <w:t>sklapanje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novoga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ugovora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ili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pokretanja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kupoprodaje</w:t>
      </w:r>
      <w:proofErr w:type="spellEnd"/>
      <w:r w:rsidRPr="002635E5">
        <w:rPr>
          <w:rFonts w:ascii="Aptos Narrow" w:hAnsi="Aptos Narrow"/>
          <w:sz w:val="24"/>
          <w:szCs w:val="24"/>
        </w:rPr>
        <w:t>.</w:t>
      </w:r>
    </w:p>
    <w:p w14:paraId="7758FA37" w14:textId="4F021F8D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r w:rsidR="00B07447">
        <w:rPr>
          <w:rFonts w:ascii="Aptos Narrow" w:hAnsi="Aptos Narrow"/>
          <w:sz w:val="24"/>
          <w:szCs w:val="24"/>
        </w:rPr>
        <w:t>69.</w:t>
      </w:r>
    </w:p>
    <w:p w14:paraId="2B840FBC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Danom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stupanja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snagu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prestaje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važiti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Odluka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o </w:t>
      </w:r>
      <w:proofErr w:type="spellStart"/>
      <w:r w:rsidRPr="002635E5">
        <w:rPr>
          <w:rFonts w:ascii="Aptos Narrow" w:hAnsi="Aptos Narrow"/>
          <w:sz w:val="24"/>
          <w:szCs w:val="24"/>
        </w:rPr>
        <w:t>davanju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zakup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poslovnog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prostora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</w:t>
      </w:r>
      <w:proofErr w:type="spellStart"/>
      <w:r w:rsidRPr="002635E5">
        <w:rPr>
          <w:rFonts w:ascii="Aptos Narrow" w:hAnsi="Aptos Narrow"/>
          <w:sz w:val="24"/>
          <w:szCs w:val="24"/>
        </w:rPr>
        <w:t>vlasništvu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Općine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Malinska-Dubašnica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(»</w:t>
      </w:r>
      <w:proofErr w:type="spellStart"/>
      <w:r w:rsidRPr="002635E5">
        <w:rPr>
          <w:rFonts w:ascii="Aptos Narrow" w:hAnsi="Aptos Narrow"/>
          <w:sz w:val="24"/>
          <w:szCs w:val="24"/>
        </w:rPr>
        <w:t>Službene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novine </w:t>
      </w:r>
      <w:proofErr w:type="spellStart"/>
      <w:r w:rsidRPr="002635E5">
        <w:rPr>
          <w:rFonts w:ascii="Aptos Narrow" w:hAnsi="Aptos Narrow"/>
          <w:sz w:val="24"/>
          <w:szCs w:val="24"/>
        </w:rPr>
        <w:t>Primorsko-goranske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županije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«, </w:t>
      </w:r>
      <w:proofErr w:type="spellStart"/>
      <w:r w:rsidRPr="002635E5">
        <w:rPr>
          <w:rFonts w:ascii="Aptos Narrow" w:hAnsi="Aptos Narrow"/>
          <w:sz w:val="24"/>
          <w:szCs w:val="24"/>
        </w:rPr>
        <w:t>broj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41/06, 49/09 </w:t>
      </w:r>
      <w:proofErr w:type="spellStart"/>
      <w:r w:rsidRPr="002635E5">
        <w:rPr>
          <w:rFonts w:ascii="Aptos Narrow" w:hAnsi="Aptos Narrow"/>
          <w:sz w:val="24"/>
          <w:szCs w:val="24"/>
        </w:rPr>
        <w:t>i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10/14).</w:t>
      </w:r>
    </w:p>
    <w:p w14:paraId="045C6D9A" w14:textId="5CA4AA9D" w:rsidR="001A559F" w:rsidRPr="002635E5" w:rsidRDefault="00000000">
      <w:pPr>
        <w:pStyle w:val="Article"/>
        <w:rPr>
          <w:rFonts w:ascii="Aptos Narrow" w:hAnsi="Aptos Narrow"/>
          <w:sz w:val="24"/>
          <w:szCs w:val="24"/>
        </w:rPr>
      </w:pPr>
      <w:proofErr w:type="spellStart"/>
      <w:r w:rsidRPr="002635E5">
        <w:rPr>
          <w:rFonts w:ascii="Aptos Narrow" w:hAnsi="Aptos Narrow"/>
          <w:sz w:val="24"/>
          <w:szCs w:val="24"/>
        </w:rPr>
        <w:t>Članak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7</w:t>
      </w:r>
      <w:r w:rsidR="00B07447">
        <w:rPr>
          <w:rFonts w:ascii="Aptos Narrow" w:hAnsi="Aptos Narrow"/>
          <w:sz w:val="24"/>
          <w:szCs w:val="24"/>
        </w:rPr>
        <w:t>0.</w:t>
      </w:r>
    </w:p>
    <w:p w14:paraId="68E5594D" w14:textId="77777777" w:rsidR="001A559F" w:rsidRPr="002635E5" w:rsidRDefault="00000000">
      <w:pPr>
        <w:pStyle w:val="Body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 xml:space="preserve">Ova </w:t>
      </w:r>
      <w:proofErr w:type="spellStart"/>
      <w:r w:rsidRPr="002635E5">
        <w:rPr>
          <w:rFonts w:ascii="Aptos Narrow" w:hAnsi="Aptos Narrow"/>
          <w:sz w:val="24"/>
          <w:szCs w:val="24"/>
        </w:rPr>
        <w:t>Odluka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stupa </w:t>
      </w:r>
      <w:proofErr w:type="spellStart"/>
      <w:r w:rsidRPr="002635E5">
        <w:rPr>
          <w:rFonts w:ascii="Aptos Narrow" w:hAnsi="Aptos Narrow"/>
          <w:sz w:val="24"/>
          <w:szCs w:val="24"/>
        </w:rPr>
        <w:t>na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snagu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osmoga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dana od dana </w:t>
      </w:r>
      <w:proofErr w:type="spellStart"/>
      <w:r w:rsidRPr="002635E5">
        <w:rPr>
          <w:rFonts w:ascii="Aptos Narrow" w:hAnsi="Aptos Narrow"/>
          <w:sz w:val="24"/>
          <w:szCs w:val="24"/>
        </w:rPr>
        <w:t>objave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u »</w:t>
      </w:r>
      <w:proofErr w:type="spellStart"/>
      <w:r w:rsidRPr="002635E5">
        <w:rPr>
          <w:rFonts w:ascii="Aptos Narrow" w:hAnsi="Aptos Narrow"/>
          <w:sz w:val="24"/>
          <w:szCs w:val="24"/>
        </w:rPr>
        <w:t>Službenim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novinama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Primorsko-goranske</w:t>
      </w:r>
      <w:proofErr w:type="spellEnd"/>
      <w:r w:rsidRPr="002635E5">
        <w:rPr>
          <w:rFonts w:ascii="Aptos Narrow" w:hAnsi="Aptos Narrow"/>
          <w:sz w:val="24"/>
          <w:szCs w:val="24"/>
        </w:rPr>
        <w:t xml:space="preserve"> </w:t>
      </w:r>
      <w:proofErr w:type="spellStart"/>
      <w:r w:rsidRPr="002635E5">
        <w:rPr>
          <w:rFonts w:ascii="Aptos Narrow" w:hAnsi="Aptos Narrow"/>
          <w:sz w:val="24"/>
          <w:szCs w:val="24"/>
        </w:rPr>
        <w:t>županije</w:t>
      </w:r>
      <w:proofErr w:type="spellEnd"/>
      <w:r w:rsidRPr="002635E5">
        <w:rPr>
          <w:rFonts w:ascii="Aptos Narrow" w:hAnsi="Aptos Narrow"/>
          <w:sz w:val="24"/>
          <w:szCs w:val="24"/>
        </w:rPr>
        <w:t>«.</w:t>
      </w:r>
    </w:p>
    <w:p w14:paraId="419FCD31" w14:textId="77777777" w:rsidR="001A559F" w:rsidRPr="002635E5" w:rsidRDefault="00000000">
      <w:pPr>
        <w:spacing w:before="280" w:after="0"/>
        <w:rPr>
          <w:rFonts w:ascii="Aptos Narrow" w:hAnsi="Aptos Narrow"/>
          <w:sz w:val="24"/>
          <w:szCs w:val="24"/>
        </w:rPr>
      </w:pPr>
      <w:r w:rsidRPr="002635E5">
        <w:rPr>
          <w:rFonts w:ascii="Aptos Narrow" w:hAnsi="Aptos Narrow"/>
          <w:sz w:val="24"/>
          <w:szCs w:val="24"/>
        </w:rPr>
        <w:t>KLASA: ____________________</w:t>
      </w:r>
      <w:r w:rsidRPr="002635E5">
        <w:rPr>
          <w:rFonts w:ascii="Aptos Narrow" w:hAnsi="Aptos Narrow"/>
          <w:sz w:val="24"/>
          <w:szCs w:val="24"/>
        </w:rPr>
        <w:br/>
        <w:t>URBROJ: ___________________</w:t>
      </w:r>
      <w:r w:rsidRPr="002635E5">
        <w:rPr>
          <w:rFonts w:ascii="Aptos Narrow" w:hAnsi="Aptos Narrow"/>
          <w:sz w:val="24"/>
          <w:szCs w:val="24"/>
        </w:rPr>
        <w:br/>
      </w:r>
      <w:proofErr w:type="spellStart"/>
      <w:r w:rsidRPr="002635E5">
        <w:rPr>
          <w:rFonts w:ascii="Aptos Narrow" w:hAnsi="Aptos Narrow"/>
          <w:sz w:val="24"/>
          <w:szCs w:val="24"/>
        </w:rPr>
        <w:t>Malinska</w:t>
      </w:r>
      <w:proofErr w:type="spellEnd"/>
      <w:r w:rsidRPr="002635E5">
        <w:rPr>
          <w:rFonts w:ascii="Aptos Narrow" w:hAnsi="Aptos Narrow"/>
          <w:sz w:val="24"/>
          <w:szCs w:val="24"/>
        </w:rPr>
        <w:t>, ______________ 2026.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91"/>
        <w:gridCol w:w="4691"/>
      </w:tblGrid>
      <w:tr w:rsidR="001A559F" w:rsidRPr="002635E5" w14:paraId="7B338ED0" w14:textId="77777777">
        <w:trPr>
          <w:jc w:val="center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14:paraId="2A8FB20F" w14:textId="77777777" w:rsidR="001A559F" w:rsidRPr="002635E5" w:rsidRDefault="001A559F">
            <w:pPr>
              <w:rPr>
                <w:rFonts w:ascii="Aptos Narrow" w:hAnsi="Aptos Narrow"/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14:paraId="65AEBA72" w14:textId="04B0B9E3" w:rsidR="001A559F" w:rsidRPr="002635E5" w:rsidRDefault="00000000">
            <w:pPr>
              <w:spacing w:before="160"/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2635E5">
              <w:rPr>
                <w:rFonts w:ascii="Aptos Narrow" w:hAnsi="Aptos Narrow"/>
                <w:b/>
                <w:sz w:val="24"/>
                <w:szCs w:val="24"/>
              </w:rPr>
              <w:t>OPĆINSKO VIJEĆE</w:t>
            </w:r>
            <w:r w:rsidRPr="002635E5">
              <w:rPr>
                <w:rFonts w:ascii="Aptos Narrow" w:hAnsi="Aptos Narrow"/>
                <w:b/>
                <w:sz w:val="24"/>
                <w:szCs w:val="24"/>
              </w:rPr>
              <w:br/>
              <w:t>OPĆINE MALINSKA-DUBAŠNICA</w:t>
            </w:r>
            <w:r w:rsidRPr="002635E5">
              <w:rPr>
                <w:rFonts w:ascii="Aptos Narrow" w:hAnsi="Aptos Narrow"/>
                <w:b/>
                <w:sz w:val="24"/>
                <w:szCs w:val="24"/>
              </w:rPr>
              <w:br/>
            </w:r>
            <w:proofErr w:type="spellStart"/>
            <w:r w:rsidRPr="002635E5">
              <w:rPr>
                <w:rFonts w:ascii="Aptos Narrow" w:hAnsi="Aptos Narrow"/>
                <w:b/>
                <w:sz w:val="24"/>
                <w:szCs w:val="24"/>
              </w:rPr>
              <w:t>Predsjednica</w:t>
            </w:r>
            <w:proofErr w:type="spellEnd"/>
            <w:r w:rsidRPr="002635E5">
              <w:rPr>
                <w:rFonts w:ascii="Aptos Narrow" w:hAnsi="Aptos Narrow"/>
                <w:b/>
                <w:sz w:val="24"/>
                <w:szCs w:val="24"/>
              </w:rPr>
              <w:br/>
            </w:r>
            <w:r w:rsidRPr="002635E5">
              <w:rPr>
                <w:rFonts w:ascii="Aptos Narrow" w:hAnsi="Aptos Narrow"/>
                <w:b/>
                <w:sz w:val="24"/>
                <w:szCs w:val="24"/>
              </w:rPr>
              <w:br/>
            </w:r>
            <w:r w:rsidR="008633BC">
              <w:rPr>
                <w:rFonts w:ascii="Aptos Narrow" w:hAnsi="Aptos Narrow"/>
                <w:b/>
                <w:sz w:val="24"/>
                <w:szCs w:val="24"/>
              </w:rPr>
              <w:t>Ivana Mišković</w:t>
            </w:r>
          </w:p>
        </w:tc>
      </w:tr>
    </w:tbl>
    <w:p w14:paraId="03FAB4E2" w14:textId="77777777" w:rsidR="00D955C3" w:rsidRPr="002635E5" w:rsidRDefault="00D955C3">
      <w:pPr>
        <w:rPr>
          <w:rFonts w:ascii="Aptos Narrow" w:hAnsi="Aptos Narrow"/>
          <w:sz w:val="24"/>
          <w:szCs w:val="24"/>
        </w:rPr>
      </w:pPr>
    </w:p>
    <w:sectPr w:rsidR="00D955C3" w:rsidRPr="002635E5" w:rsidSect="00034616">
      <w:headerReference w:type="default" r:id="rId8"/>
      <w:footerReference w:type="default" r:id="rId9"/>
      <w:pgSz w:w="11906" w:h="16838"/>
      <w:pgMar w:top="1162" w:right="1134" w:bottom="1077" w:left="1389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77C3A" w14:textId="77777777" w:rsidR="007C1367" w:rsidRDefault="007C1367">
      <w:pPr>
        <w:spacing w:after="0" w:line="240" w:lineRule="auto"/>
      </w:pPr>
      <w:r>
        <w:separator/>
      </w:r>
    </w:p>
  </w:endnote>
  <w:endnote w:type="continuationSeparator" w:id="0">
    <w:p w14:paraId="1B85045A" w14:textId="77777777" w:rsidR="007C1367" w:rsidRDefault="007C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erif">
    <w:altName w:val="Cambria"/>
    <w:panose1 w:val="02060603050605020204"/>
    <w:charset w:val="EE"/>
    <w:family w:val="roman"/>
    <w:pitch w:val="variable"/>
    <w:sig w:usb0="E50006FF" w:usb1="5200F9FB" w:usb2="0A04002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DejaVu Sans">
    <w:altName w:val="Verdana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1768855"/>
      <w:docPartObj>
        <w:docPartGallery w:val="Page Numbers (Bottom of Page)"/>
        <w:docPartUnique/>
      </w:docPartObj>
    </w:sdtPr>
    <w:sdtContent>
      <w:p w14:paraId="4FAD25F2" w14:textId="6CD60959" w:rsidR="00FE587E" w:rsidRDefault="00FE587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50985C36" w14:textId="7A556170" w:rsidR="001A559F" w:rsidRPr="00FE587E" w:rsidRDefault="001A559F" w:rsidP="00FE587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0BFF7" w14:textId="77777777" w:rsidR="007C1367" w:rsidRDefault="007C1367">
      <w:pPr>
        <w:spacing w:after="0" w:line="240" w:lineRule="auto"/>
      </w:pPr>
      <w:r>
        <w:separator/>
      </w:r>
    </w:p>
  </w:footnote>
  <w:footnote w:type="continuationSeparator" w:id="0">
    <w:p w14:paraId="6CD83816" w14:textId="77777777" w:rsidR="007C1367" w:rsidRDefault="007C1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6651513"/>
      <w:docPartObj>
        <w:docPartGallery w:val="Page Numbers (Top of Page)"/>
        <w:docPartUnique/>
      </w:docPartObj>
    </w:sdtPr>
    <w:sdtContent>
      <w:p w14:paraId="0B65410E" w14:textId="631B5886" w:rsidR="00FE587E" w:rsidRDefault="00FE587E" w:rsidP="00FE587E">
        <w:pPr>
          <w:pStyle w:val="Zaglavlje"/>
          <w:jc w:val="right"/>
        </w:pPr>
        <w:proofErr w:type="spellStart"/>
        <w:r w:rsidRPr="00FE587E">
          <w:rPr>
            <w:rFonts w:ascii="Aptos Narrow" w:hAnsi="Aptos Narrow"/>
            <w:i/>
            <w:iCs/>
          </w:rPr>
          <w:t>Prijedlog</w:t>
        </w:r>
        <w:proofErr w:type="spellEnd"/>
        <w:r w:rsidRPr="00FE587E">
          <w:rPr>
            <w:rFonts w:ascii="Aptos Narrow" w:hAnsi="Aptos Narrow"/>
            <w:i/>
            <w:iCs/>
          </w:rPr>
          <w:t xml:space="preserve"> </w:t>
        </w:r>
        <w:proofErr w:type="spellStart"/>
        <w:r w:rsidRPr="00FE587E">
          <w:rPr>
            <w:rFonts w:ascii="Aptos Narrow" w:hAnsi="Aptos Narrow"/>
            <w:i/>
            <w:iCs/>
          </w:rPr>
          <w:t>Odluke</w:t>
        </w:r>
        <w:proofErr w:type="spellEnd"/>
      </w:p>
    </w:sdtContent>
  </w:sdt>
  <w:p w14:paraId="7A25CFA5" w14:textId="0AAF8A9C" w:rsidR="001A559F" w:rsidRPr="00FE587E" w:rsidRDefault="001A559F">
    <w:pPr>
      <w:pStyle w:val="Zaglavlje"/>
      <w:jc w:val="right"/>
      <w:rPr>
        <w:rFonts w:ascii="Aptos Narrow" w:hAnsi="Aptos Narrow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197F73"/>
    <w:multiLevelType w:val="singleLevel"/>
    <w:tmpl w:val="64AC9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20"/>
      </w:pPr>
    </w:lvl>
  </w:abstractNum>
  <w:abstractNum w:abstractNumId="10" w15:restartNumberingAfterBreak="0">
    <w:nsid w:val="201320A1"/>
    <w:multiLevelType w:val="singleLevel"/>
    <w:tmpl w:val="DF9277E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20"/>
      </w:pPr>
    </w:lvl>
  </w:abstractNum>
  <w:abstractNum w:abstractNumId="11" w15:restartNumberingAfterBreak="0">
    <w:nsid w:val="208F534F"/>
    <w:multiLevelType w:val="singleLevel"/>
    <w:tmpl w:val="83F01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20"/>
      </w:pPr>
    </w:lvl>
  </w:abstractNum>
  <w:abstractNum w:abstractNumId="12" w15:restartNumberingAfterBreak="0">
    <w:nsid w:val="25014E8B"/>
    <w:multiLevelType w:val="singleLevel"/>
    <w:tmpl w:val="BE184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20"/>
      </w:pPr>
    </w:lvl>
  </w:abstractNum>
  <w:abstractNum w:abstractNumId="13" w15:restartNumberingAfterBreak="0">
    <w:nsid w:val="2D1133FC"/>
    <w:multiLevelType w:val="multilevel"/>
    <w:tmpl w:val="F574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2B5EF1"/>
    <w:multiLevelType w:val="singleLevel"/>
    <w:tmpl w:val="1D628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20"/>
      </w:pPr>
    </w:lvl>
  </w:abstractNum>
  <w:abstractNum w:abstractNumId="15" w15:restartNumberingAfterBreak="0">
    <w:nsid w:val="3F8F0DE3"/>
    <w:multiLevelType w:val="singleLevel"/>
    <w:tmpl w:val="041A0001"/>
    <w:lvl w:ilvl="0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</w:abstractNum>
  <w:abstractNum w:abstractNumId="16" w15:restartNumberingAfterBreak="0">
    <w:nsid w:val="6D87345A"/>
    <w:multiLevelType w:val="multilevel"/>
    <w:tmpl w:val="1FEC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464E74"/>
    <w:multiLevelType w:val="singleLevel"/>
    <w:tmpl w:val="EEAE1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20"/>
      </w:pPr>
    </w:lvl>
  </w:abstractNum>
  <w:num w:numId="1" w16cid:durableId="745958263">
    <w:abstractNumId w:val="15"/>
  </w:num>
  <w:num w:numId="2" w16cid:durableId="1111239967">
    <w:abstractNumId w:val="16"/>
  </w:num>
  <w:num w:numId="3" w16cid:durableId="12009702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4D6"/>
    <w:rsid w:val="00034616"/>
    <w:rsid w:val="0006063C"/>
    <w:rsid w:val="00147BC5"/>
    <w:rsid w:val="0015074B"/>
    <w:rsid w:val="001621B2"/>
    <w:rsid w:val="0017583B"/>
    <w:rsid w:val="001A0CE4"/>
    <w:rsid w:val="001A559F"/>
    <w:rsid w:val="002635E5"/>
    <w:rsid w:val="0029639D"/>
    <w:rsid w:val="002B0229"/>
    <w:rsid w:val="002D1C8B"/>
    <w:rsid w:val="002E6479"/>
    <w:rsid w:val="00310B1F"/>
    <w:rsid w:val="00326F90"/>
    <w:rsid w:val="003561B7"/>
    <w:rsid w:val="0036298B"/>
    <w:rsid w:val="00432B8A"/>
    <w:rsid w:val="00494C00"/>
    <w:rsid w:val="004E66B5"/>
    <w:rsid w:val="00512FFF"/>
    <w:rsid w:val="00607138"/>
    <w:rsid w:val="00646976"/>
    <w:rsid w:val="00663B48"/>
    <w:rsid w:val="006A2508"/>
    <w:rsid w:val="006C7329"/>
    <w:rsid w:val="006D6C94"/>
    <w:rsid w:val="006F497F"/>
    <w:rsid w:val="007914A0"/>
    <w:rsid w:val="007A5FA7"/>
    <w:rsid w:val="007C1367"/>
    <w:rsid w:val="008173F1"/>
    <w:rsid w:val="00817F64"/>
    <w:rsid w:val="00841E22"/>
    <w:rsid w:val="008633BC"/>
    <w:rsid w:val="008A5741"/>
    <w:rsid w:val="009D2325"/>
    <w:rsid w:val="00A76668"/>
    <w:rsid w:val="00AA1D8D"/>
    <w:rsid w:val="00AC1198"/>
    <w:rsid w:val="00AD70F3"/>
    <w:rsid w:val="00B04DCB"/>
    <w:rsid w:val="00B07447"/>
    <w:rsid w:val="00B47730"/>
    <w:rsid w:val="00B56970"/>
    <w:rsid w:val="00B967FF"/>
    <w:rsid w:val="00CA057C"/>
    <w:rsid w:val="00CB0664"/>
    <w:rsid w:val="00D05866"/>
    <w:rsid w:val="00D144A2"/>
    <w:rsid w:val="00D955C3"/>
    <w:rsid w:val="00E27BEF"/>
    <w:rsid w:val="00E331E9"/>
    <w:rsid w:val="00E67CBD"/>
    <w:rsid w:val="00ED3AA3"/>
    <w:rsid w:val="00ED427F"/>
    <w:rsid w:val="00F540E1"/>
    <w:rsid w:val="00F60F6A"/>
    <w:rsid w:val="00F66C89"/>
    <w:rsid w:val="00FC693F"/>
    <w:rsid w:val="00FE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195115"/>
  <w14:defaultImageDpi w14:val="300"/>
  <w15:docId w15:val="{18B11571-4D30-4C65-A9A7-4C98B008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DejaVu Serif" w:eastAsia="DejaVu Serif" w:hAnsi="DejaVu Serif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">
    <w:name w:val="Body"/>
    <w:basedOn w:val="Normal"/>
    <w:pPr>
      <w:spacing w:after="70" w:line="259" w:lineRule="auto"/>
      <w:jc w:val="both"/>
    </w:pPr>
  </w:style>
  <w:style w:type="paragraph" w:customStyle="1" w:styleId="Article">
    <w:name w:val="Article"/>
    <w:basedOn w:val="Normal"/>
    <w:pPr>
      <w:keepNext/>
      <w:spacing w:before="160" w:after="80"/>
      <w:jc w:val="center"/>
    </w:pPr>
    <w:rPr>
      <w:b/>
      <w:sz w:val="21"/>
    </w:rPr>
  </w:style>
  <w:style w:type="paragraph" w:customStyle="1" w:styleId="Chapter">
    <w:name w:val="Chapter"/>
    <w:basedOn w:val="Normal"/>
    <w:pPr>
      <w:keepNext/>
      <w:pBdr>
        <w:bottom w:val="single" w:sz="8" w:space="4" w:color="6F8798"/>
      </w:pBdr>
      <w:spacing w:before="260" w:after="120"/>
    </w:pPr>
    <w:rPr>
      <w:b/>
      <w:color w:val="1F374A"/>
      <w:sz w:val="22"/>
    </w:rPr>
  </w:style>
  <w:style w:type="paragraph" w:customStyle="1" w:styleId="ListBody">
    <w:name w:val="List Body"/>
    <w:basedOn w:val="Body"/>
    <w:pPr>
      <w:spacing w:after="50"/>
    </w:pPr>
  </w:style>
  <w:style w:type="paragraph" w:customStyle="1" w:styleId="Formula">
    <w:name w:val="Formula"/>
    <w:basedOn w:val="Normal"/>
    <w:pPr>
      <w:spacing w:before="80" w:after="120"/>
      <w:jc w:val="center"/>
    </w:pPr>
    <w:rPr>
      <w:rFonts w:ascii="DejaVu Sans" w:eastAsia="DejaVu Sans" w:hAnsi="DejaVu Sans"/>
      <w:b/>
      <w:color w:val="1F374A"/>
      <w:sz w:val="23"/>
    </w:rPr>
  </w:style>
  <w:style w:type="paragraph" w:styleId="StandardWeb">
    <w:name w:val="Normal (Web)"/>
    <w:basedOn w:val="Normal"/>
    <w:uiPriority w:val="99"/>
    <w:semiHidden/>
    <w:unhideWhenUsed/>
    <w:rsid w:val="00B9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6044</Words>
  <Characters>34457</Characters>
  <Application>Microsoft Office Word</Application>
  <DocSecurity>0</DocSecurity>
  <Lines>287</Lines>
  <Paragraphs>80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Prijedlog Odluke o zakupu i kupoprodaji poslovnog prostora Općine Malinska-Dubašnica</vt:lpstr>
      <vt:lpstr/>
    </vt:vector>
  </TitlesOfParts>
  <Manager/>
  <Company/>
  <LinksUpToDate>false</LinksUpToDate>
  <CharactersWithSpaces>40421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 Odluke o zakupu i kupoprodaji poslovnog prostora Općine Malinska-Dubašnica</dc:title>
  <dc:subject>Prijedlog općeg akta</dc:subject>
  <dc:creator>Općina Malinska-Dubašnica</dc:creator>
  <cp:keywords>zakup, kupoprodaja, poslovni prostor, Malinska-Dubašnica</cp:keywords>
  <dc:description>generated by python-docx</dc:description>
  <cp:lastModifiedBy>Neven Matuč</cp:lastModifiedBy>
  <cp:revision>3</cp:revision>
  <cp:lastPrinted>2026-08-31T14:03:00Z</cp:lastPrinted>
  <dcterms:created xsi:type="dcterms:W3CDTF">2026-08-31T13:59:00Z</dcterms:created>
  <dcterms:modified xsi:type="dcterms:W3CDTF">2026-08-31T14:03:00Z</dcterms:modified>
  <cp:category/>
</cp:coreProperties>
</file>